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95C6D" w14:textId="57942B18" w:rsidR="00076B18" w:rsidRPr="0005568A" w:rsidRDefault="00EA252F" w:rsidP="00076B18">
      <w:pPr>
        <w:spacing w:after="0"/>
        <w:jc w:val="center"/>
      </w:pPr>
      <w:r>
        <w:rPr>
          <w:noProof/>
        </w:rPr>
        <w:drawing>
          <wp:inline distT="0" distB="0" distL="0" distR="0" wp14:anchorId="6A461EE5" wp14:editId="1F1C159A">
            <wp:extent cx="2727830" cy="1188000"/>
            <wp:effectExtent l="0" t="0" r="3175" b="6350"/>
            <wp:docPr id="15775427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42781" name="Immagine 1577542781"/>
                    <pic:cNvPicPr/>
                  </pic:nvPicPr>
                  <pic:blipFill rotWithShape="1">
                    <a:blip r:embed="rId8"/>
                    <a:srcRect t="6691" b="1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3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B5C320" w14:textId="77777777" w:rsidR="00E87245" w:rsidRDefault="00E87245" w:rsidP="00076B1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</w:p>
    <w:p w14:paraId="465B8389" w14:textId="07131FC0" w:rsidR="00076B18" w:rsidRPr="00E87245" w:rsidRDefault="00076B18" w:rsidP="00076B1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E87245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Università degli Studi di Messina</w:t>
      </w:r>
    </w:p>
    <w:p w14:paraId="3FD1F29D" w14:textId="77777777" w:rsidR="00076B18" w:rsidRPr="00E87245" w:rsidRDefault="00076B18" w:rsidP="00076B18">
      <w:pPr>
        <w:spacing w:after="0"/>
        <w:jc w:val="center"/>
        <w:rPr>
          <w:rFonts w:ascii="Times New Roman" w:hAnsi="Times New Roman" w:cs="Times New Roman"/>
          <w:smallCaps/>
          <w:sz w:val="28"/>
          <w:szCs w:val="28"/>
          <w:lang w:val="it-IT"/>
        </w:rPr>
      </w:pPr>
      <w:r w:rsidRPr="00E87245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Dottorato di Ricerca in Scienze Giuridiche</w:t>
      </w:r>
    </w:p>
    <w:p w14:paraId="2C82D385" w14:textId="77777777" w:rsidR="00076B18" w:rsidRPr="00E87245" w:rsidRDefault="00076B18">
      <w:pPr>
        <w:spacing w:after="40"/>
        <w:jc w:val="center"/>
        <w:rPr>
          <w:rFonts w:ascii="Times New Roman" w:hAnsi="Times New Roman" w:cs="Times New Roman"/>
          <w:b/>
          <w:sz w:val="36"/>
          <w:lang w:val="it-IT"/>
        </w:rPr>
      </w:pPr>
    </w:p>
    <w:p w14:paraId="58572914" w14:textId="77777777" w:rsidR="00E71CFF" w:rsidRPr="009D59E8" w:rsidRDefault="00E71CFF" w:rsidP="00E71CFF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9D59E8">
        <w:rPr>
          <w:rFonts w:ascii="Times New Roman" w:hAnsi="Times New Roman" w:cs="Times New Roman"/>
          <w:b/>
          <w:sz w:val="28"/>
          <w:szCs w:val="28"/>
          <w:lang w:val="it-IT"/>
        </w:rPr>
        <w:t xml:space="preserve">RELAZIONE ANNUALE SULLE ATTIVITÀ SVOLTE </w:t>
      </w:r>
    </w:p>
    <w:p w14:paraId="22CFC154" w14:textId="77777777" w:rsidR="00E71CFF" w:rsidRPr="009D59E8" w:rsidRDefault="00E71CFF" w:rsidP="00E71CFF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9D59E8">
        <w:rPr>
          <w:rFonts w:ascii="Times New Roman" w:hAnsi="Times New Roman" w:cs="Times New Roman"/>
          <w:b/>
          <w:sz w:val="28"/>
          <w:szCs w:val="28"/>
          <w:lang w:val="it-IT"/>
        </w:rPr>
        <w:t>E SUI RISULTATI CONSEGUITI</w:t>
      </w:r>
    </w:p>
    <w:p w14:paraId="3C546E9E" w14:textId="2882BD5A" w:rsidR="00E71CFF" w:rsidRPr="009D59E8" w:rsidRDefault="00E71CFF">
      <w:pPr>
        <w:spacing w:after="4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9D59E8">
        <w:rPr>
          <w:rFonts w:ascii="Times New Roman" w:hAnsi="Times New Roman" w:cs="Times New Roman"/>
          <w:b/>
          <w:sz w:val="28"/>
          <w:szCs w:val="28"/>
          <w:lang w:val="it-IT"/>
        </w:rPr>
        <w:t xml:space="preserve">Ciclo XLII </w:t>
      </w:r>
    </w:p>
    <w:p w14:paraId="2E6FB2C8" w14:textId="73F1E188" w:rsidR="00176DED" w:rsidRPr="00E87245" w:rsidRDefault="000F48EB" w:rsidP="00E87245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</w:rPr>
      </w:pPr>
      <w:r w:rsidRPr="00E87245">
        <w:rPr>
          <w:rFonts w:ascii="Times New Roman" w:hAnsi="Times New Roman" w:cs="Times New Roman"/>
          <w:b/>
          <w:sz w:val="28"/>
        </w:rPr>
        <w:t xml:space="preserve">Dati </w:t>
      </w:r>
      <w:proofErr w:type="spellStart"/>
      <w:r w:rsidRPr="00E87245">
        <w:rPr>
          <w:rFonts w:ascii="Times New Roman" w:hAnsi="Times New Roman" w:cs="Times New Roman"/>
          <w:b/>
          <w:sz w:val="28"/>
        </w:rPr>
        <w:t>Anagrafici</w:t>
      </w:r>
      <w:proofErr w:type="spellEnd"/>
      <w:r w:rsidRPr="00E87245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6074"/>
      </w:tblGrid>
      <w:tr w:rsidR="00176DED" w:rsidRPr="00E87245" w14:paraId="07B3372F" w14:textId="77777777" w:rsidTr="00E87245">
        <w:trPr>
          <w:jc w:val="center"/>
        </w:trPr>
        <w:tc>
          <w:tcPr>
            <w:tcW w:w="1974" w:type="pct"/>
          </w:tcPr>
          <w:p w14:paraId="0E2A748E" w14:textId="0A3AD024" w:rsidR="00176DED" w:rsidRPr="00DF7028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Nome e </w:t>
            </w:r>
            <w:proofErr w:type="spellStart"/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Cognome</w:t>
            </w:r>
            <w:proofErr w:type="spellEnd"/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26" w:type="pct"/>
          </w:tcPr>
          <w:p w14:paraId="0DC63385" w14:textId="2D3F09D7" w:rsidR="00176DED" w:rsidRPr="00DF7028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1D71A0" w14:paraId="1118C680" w14:textId="77777777" w:rsidTr="00E87245">
        <w:trPr>
          <w:jc w:val="center"/>
        </w:trPr>
        <w:tc>
          <w:tcPr>
            <w:tcW w:w="1974" w:type="pct"/>
          </w:tcPr>
          <w:p w14:paraId="0158AC97" w14:textId="77777777" w:rsidR="00176DED" w:rsidRPr="00DF7028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Ciclo di Dottorato e Anno di Corso:</w:t>
            </w:r>
          </w:p>
        </w:tc>
        <w:tc>
          <w:tcPr>
            <w:tcW w:w="3026" w:type="pct"/>
          </w:tcPr>
          <w:p w14:paraId="41E1DE45" w14:textId="27165239" w:rsidR="00176DED" w:rsidRPr="00DF7028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76DED" w:rsidRPr="00E87245" w14:paraId="2A935B13" w14:textId="77777777" w:rsidTr="00E87245">
        <w:trPr>
          <w:jc w:val="center"/>
        </w:trPr>
        <w:tc>
          <w:tcPr>
            <w:tcW w:w="1974" w:type="pct"/>
          </w:tcPr>
          <w:p w14:paraId="7E83DBBC" w14:textId="3EE9524E" w:rsidR="00176DED" w:rsidRPr="00DF7028" w:rsidRDefault="000D79A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Curriculum:</w:t>
            </w:r>
          </w:p>
        </w:tc>
        <w:tc>
          <w:tcPr>
            <w:tcW w:w="3026" w:type="pct"/>
          </w:tcPr>
          <w:p w14:paraId="2391C731" w14:textId="025BFD20" w:rsidR="00176DED" w:rsidRPr="00DF7028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76DED" w:rsidRPr="00E87245" w14:paraId="0A0E700B" w14:textId="77777777" w:rsidTr="00E87245">
        <w:trPr>
          <w:jc w:val="center"/>
        </w:trPr>
        <w:tc>
          <w:tcPr>
            <w:tcW w:w="1974" w:type="pct"/>
          </w:tcPr>
          <w:p w14:paraId="7219AB2F" w14:textId="79A00B18" w:rsidR="00176DED" w:rsidRPr="00DF7028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Supervisor:</w:t>
            </w:r>
          </w:p>
        </w:tc>
        <w:tc>
          <w:tcPr>
            <w:tcW w:w="3026" w:type="pct"/>
          </w:tcPr>
          <w:p w14:paraId="5DC92E9F" w14:textId="1E51932E" w:rsidR="00176DED" w:rsidRPr="00DF7028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76B18" w:rsidRPr="00E87245" w14:paraId="2951F024" w14:textId="77777777" w:rsidTr="00E87245">
        <w:trPr>
          <w:jc w:val="center"/>
        </w:trPr>
        <w:tc>
          <w:tcPr>
            <w:tcW w:w="1974" w:type="pct"/>
          </w:tcPr>
          <w:p w14:paraId="3FB88630" w14:textId="0323AC3D" w:rsidR="00076B18" w:rsidRPr="00DF7028" w:rsidRDefault="00076B18" w:rsidP="00076B18">
            <w:pPr>
              <w:spacing w:before="80" w:after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Co-Supervisor:</w:t>
            </w:r>
          </w:p>
        </w:tc>
        <w:tc>
          <w:tcPr>
            <w:tcW w:w="3026" w:type="pct"/>
          </w:tcPr>
          <w:p w14:paraId="2500C352" w14:textId="475C4AAF" w:rsidR="00076B18" w:rsidRPr="00DF7028" w:rsidRDefault="00076B18" w:rsidP="00076B18">
            <w:pPr>
              <w:spacing w:before="80" w:after="80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</w:tc>
      </w:tr>
      <w:tr w:rsidR="00076B18" w:rsidRPr="00E87245" w14:paraId="1E9E7BED" w14:textId="77777777" w:rsidTr="00E87245">
        <w:trPr>
          <w:jc w:val="center"/>
        </w:trPr>
        <w:tc>
          <w:tcPr>
            <w:tcW w:w="1974" w:type="pct"/>
          </w:tcPr>
          <w:p w14:paraId="1CB23CAE" w14:textId="38E2E82D" w:rsidR="00076B18" w:rsidRPr="00DF7028" w:rsidRDefault="00076B18" w:rsidP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Progetto di Ricerca:</w:t>
            </w:r>
          </w:p>
        </w:tc>
        <w:tc>
          <w:tcPr>
            <w:tcW w:w="3026" w:type="pct"/>
          </w:tcPr>
          <w:p w14:paraId="7CCEA50A" w14:textId="69489E86" w:rsidR="00076B18" w:rsidRPr="00DF7028" w:rsidRDefault="00076B18" w:rsidP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76B18" w:rsidRPr="00E87245" w14:paraId="3EF4ACE9" w14:textId="77777777" w:rsidTr="00E87245">
        <w:trPr>
          <w:jc w:val="center"/>
        </w:trPr>
        <w:tc>
          <w:tcPr>
            <w:tcW w:w="1974" w:type="pct"/>
          </w:tcPr>
          <w:p w14:paraId="46CB3DA8" w14:textId="2503E7A8" w:rsidR="00076B18" w:rsidRPr="00DF7028" w:rsidRDefault="00076B18" w:rsidP="00DF7028">
            <w:pPr>
              <w:spacing w:before="80" w:after="80"/>
              <w:ind w:right="154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Periodo di riferimento della rendicontazione: </w:t>
            </w:r>
          </w:p>
        </w:tc>
        <w:tc>
          <w:tcPr>
            <w:tcW w:w="3026" w:type="pct"/>
          </w:tcPr>
          <w:p w14:paraId="7E091EEF" w14:textId="523A76E1" w:rsidR="00076B18" w:rsidRPr="00DF7028" w:rsidRDefault="00E87245" w:rsidP="00076B18">
            <w:pPr>
              <w:spacing w:before="80" w:after="8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F702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Dal ____/____ /______ al ____ / ____/______</w:t>
            </w:r>
          </w:p>
        </w:tc>
      </w:tr>
    </w:tbl>
    <w:p w14:paraId="41050059" w14:textId="77777777" w:rsidR="00176DED" w:rsidRPr="00E87245" w:rsidRDefault="00176DED">
      <w:pPr>
        <w:rPr>
          <w:rFonts w:ascii="Times New Roman" w:hAnsi="Times New Roman" w:cs="Times New Roman"/>
          <w:lang w:val="it-IT"/>
        </w:rPr>
      </w:pPr>
    </w:p>
    <w:p w14:paraId="77EB3A95" w14:textId="77777777" w:rsidR="00176DED" w:rsidRPr="00E87245" w:rsidRDefault="000F48EB" w:rsidP="00E87245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  <w:lang w:val="it-IT"/>
        </w:rPr>
      </w:pPr>
      <w:r w:rsidRPr="00E87245">
        <w:rPr>
          <w:rFonts w:ascii="Times New Roman" w:hAnsi="Times New Roman" w:cs="Times New Roman"/>
          <w:b/>
          <w:sz w:val="28"/>
          <w:lang w:val="it-IT"/>
        </w:rPr>
        <w:t>1. Attività Formative Svolte</w:t>
      </w:r>
    </w:p>
    <w:p w14:paraId="4D1D5A4C" w14:textId="28DEE7EC" w:rsidR="00176DED" w:rsidRPr="00DF7028" w:rsidRDefault="000F48EB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A.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Lezioni c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omun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5E4B25FE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7A1DF883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6AD3B0C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/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Descrizione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56328203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Organizzatore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6AB28953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49219A6E" w14:textId="77777777" w:rsidTr="00E87245">
        <w:trPr>
          <w:jc w:val="center"/>
        </w:trPr>
        <w:tc>
          <w:tcPr>
            <w:tcW w:w="882" w:type="pct"/>
            <w:vAlign w:val="center"/>
          </w:tcPr>
          <w:p w14:paraId="03FD703F" w14:textId="29435A14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CC7D4BD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93924D0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0460458" w14:textId="552F102E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4AAEFF24" w14:textId="77777777" w:rsidTr="00E87245">
        <w:trPr>
          <w:jc w:val="center"/>
        </w:trPr>
        <w:tc>
          <w:tcPr>
            <w:tcW w:w="882" w:type="pct"/>
            <w:vAlign w:val="center"/>
          </w:tcPr>
          <w:p w14:paraId="292E4E8C" w14:textId="43A35422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0880981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DE17FFE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EF7FCEE" w14:textId="098C9260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366A0FD2" w14:textId="77777777" w:rsidTr="00E87245">
        <w:trPr>
          <w:jc w:val="center"/>
        </w:trPr>
        <w:tc>
          <w:tcPr>
            <w:tcW w:w="882" w:type="pct"/>
            <w:vAlign w:val="center"/>
          </w:tcPr>
          <w:p w14:paraId="61F0A50D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7F8BDB6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C92CEBA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71186B8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00B7332" w14:textId="77777777" w:rsidTr="00E87245">
        <w:trPr>
          <w:jc w:val="center"/>
        </w:trPr>
        <w:tc>
          <w:tcPr>
            <w:tcW w:w="882" w:type="pct"/>
            <w:vAlign w:val="center"/>
          </w:tcPr>
          <w:p w14:paraId="3935479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C07FCF0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97F6CE9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8820BCC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D54B1A0" w14:textId="77777777" w:rsidTr="00E87245">
        <w:trPr>
          <w:jc w:val="center"/>
        </w:trPr>
        <w:tc>
          <w:tcPr>
            <w:tcW w:w="882" w:type="pct"/>
            <w:vAlign w:val="center"/>
          </w:tcPr>
          <w:p w14:paraId="1A932BAE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1AFF7AF8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61D3DE1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ADBCD03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7EE943" w14:textId="2325E12C" w:rsidR="00176DED" w:rsidRPr="00DF7028" w:rsidRDefault="000F48EB">
      <w:pPr>
        <w:keepNext/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DF7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proofErr w:type="spellStart"/>
      <w:r w:rsidRPr="00DF7028">
        <w:rPr>
          <w:rFonts w:ascii="Times New Roman" w:hAnsi="Times New Roman" w:cs="Times New Roman"/>
          <w:b/>
          <w:sz w:val="24"/>
          <w:szCs w:val="24"/>
        </w:rPr>
        <w:t>Lezioni</w:t>
      </w:r>
      <w:proofErr w:type="spellEnd"/>
      <w:r w:rsidRPr="00DF70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71CFF" w:rsidRPr="00DF7028">
        <w:rPr>
          <w:rFonts w:ascii="Times New Roman" w:hAnsi="Times New Roman" w:cs="Times New Roman"/>
          <w:b/>
          <w:sz w:val="24"/>
          <w:szCs w:val="24"/>
        </w:rPr>
        <w:t>c</w:t>
      </w:r>
      <w:r w:rsidRPr="00DF7028">
        <w:rPr>
          <w:rFonts w:ascii="Times New Roman" w:hAnsi="Times New Roman" w:cs="Times New Roman"/>
          <w:b/>
          <w:sz w:val="24"/>
          <w:szCs w:val="24"/>
        </w:rPr>
        <w:t>urricolari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6E9B4C65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3DC7795F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2887F6A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Insegnamento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Corso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Curricolare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030EF111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Dipartimento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6F42BEB6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461F85AE" w14:textId="77777777" w:rsidTr="00E87245">
        <w:trPr>
          <w:jc w:val="center"/>
        </w:trPr>
        <w:tc>
          <w:tcPr>
            <w:tcW w:w="882" w:type="pct"/>
            <w:vAlign w:val="center"/>
          </w:tcPr>
          <w:p w14:paraId="56CEAE69" w14:textId="5CD19819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205C564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2725F99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8CA5B5B" w14:textId="70D8224C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7679AFB2" w14:textId="77777777" w:rsidTr="00E87245">
        <w:trPr>
          <w:jc w:val="center"/>
        </w:trPr>
        <w:tc>
          <w:tcPr>
            <w:tcW w:w="882" w:type="pct"/>
            <w:vAlign w:val="center"/>
          </w:tcPr>
          <w:p w14:paraId="425832F6" w14:textId="273811C3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CA7DD89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EEAA643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AF93BD8" w14:textId="2EA8AB02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52A507E9" w14:textId="77777777" w:rsidTr="00E87245">
        <w:trPr>
          <w:jc w:val="center"/>
        </w:trPr>
        <w:tc>
          <w:tcPr>
            <w:tcW w:w="882" w:type="pct"/>
            <w:vAlign w:val="center"/>
          </w:tcPr>
          <w:p w14:paraId="5214D50D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43E2ACB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FFC63C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08C54FB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1879E1F" w14:textId="77777777" w:rsidTr="00E87245">
        <w:trPr>
          <w:jc w:val="center"/>
        </w:trPr>
        <w:tc>
          <w:tcPr>
            <w:tcW w:w="882" w:type="pct"/>
            <w:vAlign w:val="center"/>
          </w:tcPr>
          <w:p w14:paraId="57DA8CD6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659C94D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D8C8DD3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429C56C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7846385" w14:textId="77777777" w:rsidTr="00E87245">
        <w:trPr>
          <w:jc w:val="center"/>
        </w:trPr>
        <w:tc>
          <w:tcPr>
            <w:tcW w:w="882" w:type="pct"/>
            <w:vAlign w:val="center"/>
          </w:tcPr>
          <w:p w14:paraId="7E87A98A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5800C71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C6A27E4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F890B53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E893A0" w14:textId="77777777" w:rsidR="00C851A6" w:rsidRDefault="00C851A6">
      <w:pPr>
        <w:keepNext/>
        <w:spacing w:before="200" w:after="80"/>
        <w:rPr>
          <w:rFonts w:ascii="Times New Roman" w:hAnsi="Times New Roman" w:cs="Times New Roman"/>
          <w:b/>
          <w:lang w:val="it-IT"/>
        </w:rPr>
      </w:pPr>
    </w:p>
    <w:p w14:paraId="355644F6" w14:textId="38454158" w:rsidR="00176DED" w:rsidRPr="00DF7028" w:rsidRDefault="000F48EB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 Seminari 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nterdisciplinari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, multidisciplinari e transdisciplinari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1DCABA8A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9A0709A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2B0C989E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Titolo del Seminario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1D47A29E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Relatore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 Organizzatore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60364A3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46F2A7C9" w14:textId="77777777" w:rsidTr="00E87245">
        <w:trPr>
          <w:jc w:val="center"/>
        </w:trPr>
        <w:tc>
          <w:tcPr>
            <w:tcW w:w="882" w:type="pct"/>
            <w:vAlign w:val="center"/>
          </w:tcPr>
          <w:p w14:paraId="0562F257" w14:textId="60FC05C3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FF79B8B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916F638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0F08A34" w14:textId="1CEA9C2B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172F53C5" w14:textId="77777777" w:rsidTr="00E87245">
        <w:trPr>
          <w:jc w:val="center"/>
        </w:trPr>
        <w:tc>
          <w:tcPr>
            <w:tcW w:w="882" w:type="pct"/>
            <w:vAlign w:val="center"/>
          </w:tcPr>
          <w:p w14:paraId="661B9B04" w14:textId="3B066179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C16CFDB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230D183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5E256F8" w14:textId="6F75CF98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3792A639" w14:textId="77777777" w:rsidTr="00E87245">
        <w:trPr>
          <w:jc w:val="center"/>
        </w:trPr>
        <w:tc>
          <w:tcPr>
            <w:tcW w:w="882" w:type="pct"/>
            <w:vAlign w:val="center"/>
          </w:tcPr>
          <w:p w14:paraId="69964B6C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5D86F56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B340ECF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728E980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6C179EEF" w14:textId="77777777" w:rsidTr="00E87245">
        <w:trPr>
          <w:jc w:val="center"/>
        </w:trPr>
        <w:tc>
          <w:tcPr>
            <w:tcW w:w="882" w:type="pct"/>
            <w:vAlign w:val="center"/>
          </w:tcPr>
          <w:p w14:paraId="11A17E70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B7C5711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C2512D8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550E96B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0E77C9BD" w14:textId="77777777" w:rsidTr="00E87245">
        <w:trPr>
          <w:jc w:val="center"/>
        </w:trPr>
        <w:tc>
          <w:tcPr>
            <w:tcW w:w="882" w:type="pct"/>
            <w:vAlign w:val="center"/>
          </w:tcPr>
          <w:p w14:paraId="565D053C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99EACAF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7537FE7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95EA1F4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AD7464" w14:textId="77777777" w:rsidR="00C851A6" w:rsidRDefault="00C851A6">
      <w:pPr>
        <w:keepNext/>
        <w:spacing w:before="200" w:after="80"/>
        <w:rPr>
          <w:rFonts w:ascii="Times New Roman" w:hAnsi="Times New Roman" w:cs="Times New Roman"/>
          <w:b/>
          <w:lang w:val="it-IT"/>
        </w:rPr>
      </w:pPr>
    </w:p>
    <w:p w14:paraId="0DAD60B8" w14:textId="1C7445FB" w:rsidR="00176DED" w:rsidRPr="00DF7028" w:rsidRDefault="000F48EB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D. 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erfezionamento 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>l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inguistico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77784D58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F643681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528BCD87" w14:textId="5117180B" w:rsidR="00176DED" w:rsidRPr="00ED6743" w:rsidRDefault="00DF215C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585885A4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Sede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570BB700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55D8E1CF" w14:textId="77777777" w:rsidTr="00E87245">
        <w:trPr>
          <w:jc w:val="center"/>
        </w:trPr>
        <w:tc>
          <w:tcPr>
            <w:tcW w:w="882" w:type="pct"/>
            <w:vAlign w:val="center"/>
          </w:tcPr>
          <w:p w14:paraId="5D3C1AB5" w14:textId="4A6046A8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5D987C4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53A4743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7CCC61C" w14:textId="2482FEB3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636606C8" w14:textId="77777777" w:rsidTr="00E87245">
        <w:trPr>
          <w:jc w:val="center"/>
        </w:trPr>
        <w:tc>
          <w:tcPr>
            <w:tcW w:w="882" w:type="pct"/>
            <w:vAlign w:val="center"/>
          </w:tcPr>
          <w:p w14:paraId="7C5BA088" w14:textId="1FF0192C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22A758B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1EC4451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005A3B4" w14:textId="5071E4DB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70715E2B" w14:textId="77777777" w:rsidTr="00E87245">
        <w:trPr>
          <w:jc w:val="center"/>
        </w:trPr>
        <w:tc>
          <w:tcPr>
            <w:tcW w:w="882" w:type="pct"/>
            <w:vAlign w:val="center"/>
          </w:tcPr>
          <w:p w14:paraId="1365F507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975C30B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5C84AFF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FF1F5D9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696C11CF" w14:textId="77777777" w:rsidTr="00E87245">
        <w:trPr>
          <w:jc w:val="center"/>
        </w:trPr>
        <w:tc>
          <w:tcPr>
            <w:tcW w:w="882" w:type="pct"/>
            <w:vAlign w:val="center"/>
          </w:tcPr>
          <w:p w14:paraId="4A1CFD42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52C9F79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BEEBE46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1064AB1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6474EB00" w14:textId="77777777" w:rsidTr="00E87245">
        <w:trPr>
          <w:jc w:val="center"/>
        </w:trPr>
        <w:tc>
          <w:tcPr>
            <w:tcW w:w="882" w:type="pct"/>
            <w:vAlign w:val="center"/>
          </w:tcPr>
          <w:p w14:paraId="0CDB6699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7FBA1CB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B7ADB02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330DC01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EA683B" w14:textId="77777777" w:rsidR="00C851A6" w:rsidRDefault="00C851A6" w:rsidP="00DF215C">
      <w:pPr>
        <w:keepNext/>
        <w:spacing w:before="200" w:after="80"/>
        <w:rPr>
          <w:rFonts w:ascii="Times New Roman" w:hAnsi="Times New Roman" w:cs="Times New Roman"/>
          <w:b/>
          <w:lang w:val="it-IT"/>
        </w:rPr>
      </w:pPr>
    </w:p>
    <w:p w14:paraId="1E35155A" w14:textId="205701BD" w:rsidR="00DF215C" w:rsidRPr="00DF7028" w:rsidRDefault="00DF215C" w:rsidP="00DF215C">
      <w:pPr>
        <w:keepNext/>
        <w:spacing w:before="200" w:after="8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E. Attività di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erfezionamento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nformati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DF215C" w:rsidRPr="00E87245" w14:paraId="62407720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7580D8D0" w14:textId="77777777" w:rsidR="00DF215C" w:rsidRPr="00ED6743" w:rsidRDefault="00DF215C" w:rsidP="00A9387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6B0A8976" w14:textId="7F573EF4" w:rsidR="00DF215C" w:rsidRPr="00ED6743" w:rsidRDefault="00DF215C" w:rsidP="00A9387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0E487546" w14:textId="77777777" w:rsidR="00DF215C" w:rsidRPr="00ED6743" w:rsidRDefault="00DF215C" w:rsidP="00A9387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Sede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0CC7A638" w14:textId="77777777" w:rsidR="00DF215C" w:rsidRPr="00ED6743" w:rsidRDefault="00DF215C" w:rsidP="00A9387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DF215C" w:rsidRPr="00E87245" w14:paraId="78C2CFCE" w14:textId="77777777" w:rsidTr="00E87245">
        <w:trPr>
          <w:jc w:val="center"/>
        </w:trPr>
        <w:tc>
          <w:tcPr>
            <w:tcW w:w="882" w:type="pct"/>
            <w:vAlign w:val="center"/>
          </w:tcPr>
          <w:p w14:paraId="5E26FD16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18C81581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EEDA78A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E414362" w14:textId="74685AA1" w:rsidR="00DF215C" w:rsidRPr="00ED6743" w:rsidRDefault="00DF215C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215C" w:rsidRPr="00E87245" w14:paraId="3BB8B463" w14:textId="77777777" w:rsidTr="00E87245">
        <w:trPr>
          <w:jc w:val="center"/>
        </w:trPr>
        <w:tc>
          <w:tcPr>
            <w:tcW w:w="882" w:type="pct"/>
            <w:vAlign w:val="center"/>
          </w:tcPr>
          <w:p w14:paraId="64AAFD6E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EC95EDF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E4958CB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EE03E09" w14:textId="6269C773" w:rsidR="00DF215C" w:rsidRPr="00ED6743" w:rsidRDefault="00DF215C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366FD8E" w14:textId="77777777" w:rsidTr="00E87245">
        <w:trPr>
          <w:jc w:val="center"/>
        </w:trPr>
        <w:tc>
          <w:tcPr>
            <w:tcW w:w="882" w:type="pct"/>
            <w:vAlign w:val="center"/>
          </w:tcPr>
          <w:p w14:paraId="7011A245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F8B1757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60B628F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DD0EED4" w14:textId="77777777" w:rsidR="00E87245" w:rsidRPr="00ED6743" w:rsidRDefault="00E87245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1EEF446" w14:textId="77777777" w:rsidTr="00E87245">
        <w:trPr>
          <w:jc w:val="center"/>
        </w:trPr>
        <w:tc>
          <w:tcPr>
            <w:tcW w:w="882" w:type="pct"/>
            <w:vAlign w:val="center"/>
          </w:tcPr>
          <w:p w14:paraId="3746A3A1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C003214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E8DF3E6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6D26EBC" w14:textId="77777777" w:rsidR="00E87245" w:rsidRPr="00ED6743" w:rsidRDefault="00E87245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A2855FF" w14:textId="77777777" w:rsidTr="00E87245">
        <w:trPr>
          <w:jc w:val="center"/>
        </w:trPr>
        <w:tc>
          <w:tcPr>
            <w:tcW w:w="882" w:type="pct"/>
            <w:vAlign w:val="center"/>
          </w:tcPr>
          <w:p w14:paraId="09A0842E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DFB9134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6FE7671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B12C54F" w14:textId="77777777" w:rsidR="00E87245" w:rsidRPr="00ED6743" w:rsidRDefault="00E87245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DE5AEB" w14:textId="77777777" w:rsidR="00C851A6" w:rsidRDefault="00C851A6" w:rsidP="00B110CD">
      <w:pPr>
        <w:keepNext/>
        <w:spacing w:before="200" w:after="80"/>
        <w:jc w:val="both"/>
        <w:rPr>
          <w:rFonts w:ascii="Times New Roman" w:hAnsi="Times New Roman" w:cs="Times New Roman"/>
          <w:b/>
          <w:lang w:val="it-IT"/>
        </w:rPr>
      </w:pPr>
    </w:p>
    <w:p w14:paraId="5C1F110E" w14:textId="6FAD7E97" w:rsidR="00176DED" w:rsidRPr="00DF7028" w:rsidRDefault="00842951" w:rsidP="00B110CD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F. 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Formazione in materia di gestione della ricerca e della conoscenza dei sistemi di ricerca europei e internazionali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000670E8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2EDE1D3B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1A141D6E" w14:textId="79565066" w:rsidR="00176DED" w:rsidRPr="00ED6743" w:rsidRDefault="00DF215C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10B9B2E5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3F10BBEE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002F0CE5" w14:textId="77777777" w:rsidTr="00E87245">
        <w:trPr>
          <w:jc w:val="center"/>
        </w:trPr>
        <w:tc>
          <w:tcPr>
            <w:tcW w:w="882" w:type="pct"/>
            <w:vAlign w:val="center"/>
          </w:tcPr>
          <w:p w14:paraId="122626C9" w14:textId="221B85E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CAAB0D4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B4EAB46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40D602A" w14:textId="6877D97F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7EFAA26C" w14:textId="77777777" w:rsidTr="00E87245">
        <w:trPr>
          <w:jc w:val="center"/>
        </w:trPr>
        <w:tc>
          <w:tcPr>
            <w:tcW w:w="882" w:type="pct"/>
            <w:vAlign w:val="center"/>
          </w:tcPr>
          <w:p w14:paraId="280E544E" w14:textId="62A175DA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8C50722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9AF8090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CE3ECA7" w14:textId="58DFD060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64CE1EA" w14:textId="77777777" w:rsidTr="00E87245">
        <w:trPr>
          <w:jc w:val="center"/>
        </w:trPr>
        <w:tc>
          <w:tcPr>
            <w:tcW w:w="882" w:type="pct"/>
            <w:vAlign w:val="center"/>
          </w:tcPr>
          <w:p w14:paraId="262E8BBC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2B37B0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A8352D9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B0E151E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7348F24" w14:textId="77777777" w:rsidTr="00E87245">
        <w:trPr>
          <w:jc w:val="center"/>
        </w:trPr>
        <w:tc>
          <w:tcPr>
            <w:tcW w:w="882" w:type="pct"/>
            <w:vAlign w:val="center"/>
          </w:tcPr>
          <w:p w14:paraId="14BB429F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EF79ADC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BFCE69B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0278561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52A5AC44" w14:textId="77777777" w:rsidTr="00E87245">
        <w:trPr>
          <w:jc w:val="center"/>
        </w:trPr>
        <w:tc>
          <w:tcPr>
            <w:tcW w:w="882" w:type="pct"/>
            <w:vAlign w:val="center"/>
          </w:tcPr>
          <w:p w14:paraId="6A0E82A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9B6D220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5A7FBD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874C491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2E684F" w14:textId="77777777" w:rsidR="00C851A6" w:rsidRDefault="00C851A6" w:rsidP="00B110CD">
      <w:pPr>
        <w:keepNext/>
        <w:spacing w:before="200" w:after="80"/>
        <w:jc w:val="both"/>
        <w:rPr>
          <w:rFonts w:ascii="Times New Roman" w:hAnsi="Times New Roman" w:cs="Times New Roman"/>
          <w:b/>
          <w:lang w:val="it-IT"/>
        </w:rPr>
      </w:pPr>
    </w:p>
    <w:p w14:paraId="05E1626D" w14:textId="0652D127" w:rsidR="00DF215C" w:rsidRPr="00DF7028" w:rsidRDefault="00842951" w:rsidP="00B110CD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G.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Attività di formazione volta alla valorizzazione e disseminazione dei risultati della proprietà intellettuale e dell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accesso aperto ai dati e ai prodotti della ricerca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DF215C" w:rsidRPr="00E87245" w14:paraId="2D88335E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3289B0B6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674D0A09" w14:textId="4E9305E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1186E5E5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7F2E47DF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DF215C" w:rsidRPr="00E87245" w14:paraId="241B72D9" w14:textId="77777777" w:rsidTr="00E87245">
        <w:trPr>
          <w:jc w:val="center"/>
        </w:trPr>
        <w:tc>
          <w:tcPr>
            <w:tcW w:w="882" w:type="pct"/>
            <w:vAlign w:val="center"/>
          </w:tcPr>
          <w:p w14:paraId="5D2772A4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D65E115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878C4DC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C250AC8" w14:textId="38CE9262" w:rsidR="00DF215C" w:rsidRPr="00ED6743" w:rsidRDefault="00DF215C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215C" w:rsidRPr="00E87245" w14:paraId="28DC52A4" w14:textId="77777777" w:rsidTr="00E87245">
        <w:trPr>
          <w:jc w:val="center"/>
        </w:trPr>
        <w:tc>
          <w:tcPr>
            <w:tcW w:w="882" w:type="pct"/>
            <w:vAlign w:val="center"/>
          </w:tcPr>
          <w:p w14:paraId="4C11C0A7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018ADFE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DD7D59F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C2B0143" w14:textId="67D27FBB" w:rsidR="00DF215C" w:rsidRPr="00ED6743" w:rsidRDefault="00DF215C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44759D2" w14:textId="77777777" w:rsidTr="00E87245">
        <w:trPr>
          <w:jc w:val="center"/>
        </w:trPr>
        <w:tc>
          <w:tcPr>
            <w:tcW w:w="882" w:type="pct"/>
            <w:vAlign w:val="center"/>
          </w:tcPr>
          <w:p w14:paraId="2654B43A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1A92D5A9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E1B7DE7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FB9C1A9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BCC2E3B" w14:textId="77777777" w:rsidTr="00E87245">
        <w:trPr>
          <w:jc w:val="center"/>
        </w:trPr>
        <w:tc>
          <w:tcPr>
            <w:tcW w:w="882" w:type="pct"/>
            <w:vAlign w:val="center"/>
          </w:tcPr>
          <w:p w14:paraId="51BE1B2A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525081B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8B4B239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7261A4F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73C4DF5F" w14:textId="77777777" w:rsidTr="00E87245">
        <w:trPr>
          <w:jc w:val="center"/>
        </w:trPr>
        <w:tc>
          <w:tcPr>
            <w:tcW w:w="882" w:type="pct"/>
            <w:vAlign w:val="center"/>
          </w:tcPr>
          <w:p w14:paraId="28442874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9D0BB10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37A5353F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7F882F5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87EB42" w14:textId="77777777" w:rsidR="00C851A6" w:rsidRDefault="00C851A6" w:rsidP="00B110CD">
      <w:pPr>
        <w:keepNext/>
        <w:spacing w:before="200" w:after="80"/>
        <w:jc w:val="both"/>
        <w:rPr>
          <w:rFonts w:ascii="Times New Roman" w:hAnsi="Times New Roman" w:cs="Times New Roman"/>
          <w:b/>
          <w:lang w:val="it-IT"/>
        </w:rPr>
      </w:pPr>
    </w:p>
    <w:p w14:paraId="1C3BA9AD" w14:textId="39647FCF" w:rsidR="00DF215C" w:rsidRPr="00DF7028" w:rsidRDefault="00842951" w:rsidP="00B110CD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H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. Attività di approfondimento in materia di principi fondamentali di etica, uguaglianza di genere e integrità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DF215C" w:rsidRPr="00E87245" w14:paraId="5AFF449C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37E9118A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03529DC0" w14:textId="09139049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137A6E39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5AE33F46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DF215C" w:rsidRPr="00E87245" w14:paraId="3175A3F9" w14:textId="77777777" w:rsidTr="00E87245">
        <w:trPr>
          <w:jc w:val="center"/>
        </w:trPr>
        <w:tc>
          <w:tcPr>
            <w:tcW w:w="882" w:type="pct"/>
            <w:vAlign w:val="center"/>
          </w:tcPr>
          <w:p w14:paraId="0DF7E8E5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AAE52F5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CB182EF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0F8BCF4" w14:textId="62BA2EB4" w:rsidR="00DF215C" w:rsidRPr="00ED6743" w:rsidRDefault="00DF215C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215C" w:rsidRPr="00E87245" w14:paraId="0147AAFD" w14:textId="77777777" w:rsidTr="00E87245">
        <w:trPr>
          <w:jc w:val="center"/>
        </w:trPr>
        <w:tc>
          <w:tcPr>
            <w:tcW w:w="882" w:type="pct"/>
            <w:vAlign w:val="center"/>
          </w:tcPr>
          <w:p w14:paraId="09205E4D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9CE7774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0C981EB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D89F9FA" w14:textId="1B9E9E83" w:rsidR="00DF215C" w:rsidRPr="00ED6743" w:rsidRDefault="00DF215C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76E89F63" w14:textId="77777777" w:rsidTr="00E87245">
        <w:trPr>
          <w:jc w:val="center"/>
        </w:trPr>
        <w:tc>
          <w:tcPr>
            <w:tcW w:w="882" w:type="pct"/>
            <w:vAlign w:val="center"/>
          </w:tcPr>
          <w:p w14:paraId="6E748E0D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87A8AE0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02E7A7B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21DA8FB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3F2D4A72" w14:textId="77777777" w:rsidTr="00E87245">
        <w:trPr>
          <w:jc w:val="center"/>
        </w:trPr>
        <w:tc>
          <w:tcPr>
            <w:tcW w:w="882" w:type="pct"/>
            <w:vAlign w:val="center"/>
          </w:tcPr>
          <w:p w14:paraId="427404B7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7E5ACD4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12444BD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76DED17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5A8053E8" w14:textId="77777777" w:rsidTr="00E87245">
        <w:trPr>
          <w:jc w:val="center"/>
        </w:trPr>
        <w:tc>
          <w:tcPr>
            <w:tcW w:w="882" w:type="pct"/>
            <w:vAlign w:val="center"/>
          </w:tcPr>
          <w:p w14:paraId="34140EB2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08492FE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907C2F5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9CF230C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123D3C" w14:textId="77777777" w:rsidR="00C851A6" w:rsidRDefault="00C851A6" w:rsidP="00842951">
      <w:pPr>
        <w:spacing w:before="240" w:after="240"/>
        <w:rPr>
          <w:rFonts w:ascii="Times New Roman" w:hAnsi="Times New Roman" w:cs="Times New Roman"/>
          <w:b/>
          <w:lang w:val="it-IT"/>
        </w:rPr>
      </w:pPr>
    </w:p>
    <w:p w14:paraId="01CCEB44" w14:textId="6A8D1D11" w:rsidR="00842951" w:rsidRPr="00DF7028" w:rsidRDefault="00842951" w:rsidP="00842951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I. Attività formative a scelta</w:t>
      </w:r>
      <w:r w:rsidR="00F216B3" w:rsidRPr="00DF7028">
        <w:rPr>
          <w:rStyle w:val="Rimandonotaapidipagina"/>
          <w:rFonts w:ascii="Times New Roman" w:hAnsi="Times New Roman" w:cs="Times New Roman"/>
          <w:b/>
          <w:sz w:val="24"/>
          <w:szCs w:val="24"/>
          <w:lang w:val="it-IT"/>
        </w:rPr>
        <w:footnoteReference w:id="1"/>
      </w:r>
    </w:p>
    <w:p w14:paraId="2A868E5A" w14:textId="77777777" w:rsidR="00842951" w:rsidRPr="00E87245" w:rsidRDefault="00842951" w:rsidP="00842951">
      <w:pPr>
        <w:pStyle w:val="Paragrafoelenco"/>
        <w:widowControl w:val="0"/>
        <w:autoSpaceDE w:val="0"/>
        <w:autoSpaceDN w:val="0"/>
        <w:spacing w:after="0" w:line="240" w:lineRule="auto"/>
        <w:ind w:left="1302"/>
        <w:contextualSpacing w:val="0"/>
        <w:jc w:val="both"/>
        <w:rPr>
          <w:rFonts w:ascii="Times New Roman" w:eastAsiaTheme="minorHAnsi" w:hAnsi="Times New Roman" w:cs="Times New Roman"/>
          <w:sz w:val="24"/>
          <w:szCs w:val="24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6711"/>
        <w:gridCol w:w="833"/>
        <w:gridCol w:w="831"/>
      </w:tblGrid>
      <w:tr w:rsidR="00842951" w:rsidRPr="00E87245" w14:paraId="21E2A5EF" w14:textId="4BD1EC53" w:rsidTr="00FC6592">
        <w:trPr>
          <w:jc w:val="center"/>
        </w:trPr>
        <w:tc>
          <w:tcPr>
            <w:tcW w:w="828" w:type="pct"/>
            <w:shd w:val="clear" w:color="auto" w:fill="DBE5F1" w:themeFill="accent1" w:themeFillTint="33"/>
            <w:vAlign w:val="center"/>
          </w:tcPr>
          <w:p w14:paraId="6155253C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342" w:type="pct"/>
            <w:shd w:val="clear" w:color="auto" w:fill="DBE5F1" w:themeFill="accent1" w:themeFillTint="33"/>
            <w:vAlign w:val="center"/>
          </w:tcPr>
          <w:p w14:paraId="1A82681C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Descrizione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attività</w:t>
            </w:r>
          </w:p>
        </w:tc>
        <w:tc>
          <w:tcPr>
            <w:tcW w:w="415" w:type="pct"/>
            <w:shd w:val="clear" w:color="auto" w:fill="DBE5F1" w:themeFill="accent1" w:themeFillTint="33"/>
            <w:vAlign w:val="center"/>
          </w:tcPr>
          <w:p w14:paraId="17E0B093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  <w:tc>
          <w:tcPr>
            <w:tcW w:w="414" w:type="pct"/>
            <w:shd w:val="clear" w:color="auto" w:fill="DBE5F1" w:themeFill="accent1" w:themeFillTint="33"/>
          </w:tcPr>
          <w:p w14:paraId="4F6406D1" w14:textId="21AA7B66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CFU</w:t>
            </w:r>
          </w:p>
        </w:tc>
      </w:tr>
      <w:tr w:rsidR="00842951" w:rsidRPr="00E87245" w14:paraId="2C4AD109" w14:textId="4B665186" w:rsidTr="00BE6D0A">
        <w:trPr>
          <w:jc w:val="center"/>
        </w:trPr>
        <w:tc>
          <w:tcPr>
            <w:tcW w:w="828" w:type="pct"/>
          </w:tcPr>
          <w:p w14:paraId="0F0493F3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3DAC87C0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1EE0AC9D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2F52541A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42951" w:rsidRPr="00E87245" w14:paraId="5D0BD56B" w14:textId="04713BCC" w:rsidTr="00BE6D0A">
        <w:trPr>
          <w:jc w:val="center"/>
        </w:trPr>
        <w:tc>
          <w:tcPr>
            <w:tcW w:w="828" w:type="pct"/>
          </w:tcPr>
          <w:p w14:paraId="4D42237B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7D57FE05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33B90BF0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070FA621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E6D0A" w:rsidRPr="00E87245" w14:paraId="33FEEC06" w14:textId="77777777" w:rsidTr="00BE6D0A">
        <w:trPr>
          <w:jc w:val="center"/>
        </w:trPr>
        <w:tc>
          <w:tcPr>
            <w:tcW w:w="828" w:type="pct"/>
          </w:tcPr>
          <w:p w14:paraId="6643E877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563A1976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0DEFA3DB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3D6DAFD2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E6D0A" w:rsidRPr="00E87245" w14:paraId="56C84987" w14:textId="77777777" w:rsidTr="00BE6D0A">
        <w:trPr>
          <w:jc w:val="center"/>
        </w:trPr>
        <w:tc>
          <w:tcPr>
            <w:tcW w:w="828" w:type="pct"/>
          </w:tcPr>
          <w:p w14:paraId="52C85BF2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6B7C46AD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19B04D0B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1B884B95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51A6" w:rsidRPr="00E87245" w14:paraId="52BD3330" w14:textId="77777777" w:rsidTr="00BE6D0A">
        <w:trPr>
          <w:jc w:val="center"/>
        </w:trPr>
        <w:tc>
          <w:tcPr>
            <w:tcW w:w="828" w:type="pct"/>
          </w:tcPr>
          <w:p w14:paraId="11682699" w14:textId="77777777" w:rsidR="00C851A6" w:rsidRPr="00ED6743" w:rsidRDefault="00C851A6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639D7C78" w14:textId="77777777" w:rsidR="00C851A6" w:rsidRPr="00ED6743" w:rsidRDefault="00C851A6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2BBCECF9" w14:textId="77777777" w:rsidR="00C851A6" w:rsidRPr="00ED6743" w:rsidRDefault="00C851A6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09DBDD15" w14:textId="77777777" w:rsidR="00C851A6" w:rsidRPr="00ED6743" w:rsidRDefault="00C851A6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3242F1DA" w14:textId="77777777" w:rsidR="00BE6D0A" w:rsidRDefault="00BE6D0A">
      <w:pPr>
        <w:spacing w:before="240" w:after="240"/>
        <w:rPr>
          <w:rFonts w:ascii="Times New Roman" w:hAnsi="Times New Roman" w:cs="Times New Roman"/>
          <w:b/>
          <w:lang w:val="it-IT"/>
        </w:rPr>
      </w:pPr>
    </w:p>
    <w:p w14:paraId="6B9E4E49" w14:textId="77777777" w:rsidR="00BE6D0A" w:rsidRDefault="00BE6D0A">
      <w:pPr>
        <w:spacing w:before="240" w:after="240"/>
        <w:rPr>
          <w:rFonts w:ascii="Times New Roman" w:hAnsi="Times New Roman" w:cs="Times New Roman"/>
          <w:b/>
          <w:lang w:val="it-IT"/>
        </w:rPr>
      </w:pPr>
    </w:p>
    <w:p w14:paraId="2857256B" w14:textId="093A67B2" w:rsidR="000D79A6" w:rsidRPr="00DF7028" w:rsidRDefault="000F48EB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TOTALE ORE FORMATIVE MATURATE NELL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ANNO:</w:t>
      </w:r>
    </w:p>
    <w:p w14:paraId="70360ED4" w14:textId="4D2463B9" w:rsidR="00176DED" w:rsidRPr="00DF7028" w:rsidRDefault="000D79A6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A.</w:t>
      </w:r>
      <w:r w:rsidR="00D1750B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Lezioni c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omun</w:t>
      </w:r>
      <w:r w:rsidR="00D1750B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2C79D086" w14:textId="3105BB56" w:rsidR="000D79A6" w:rsidRPr="00DF7028" w:rsidRDefault="000D79A6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B. Lezioni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urricolari ______ Ore</w:t>
      </w:r>
    </w:p>
    <w:p w14:paraId="28411342" w14:textId="394EC3D7" w:rsidR="000D79A6" w:rsidRPr="00DF7028" w:rsidRDefault="000D79A6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 Seminari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nterdisciplinari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, Multidisciplinari e Transdisciplinari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252E7C84" w14:textId="6071E0AE" w:rsidR="000D79A6" w:rsidRPr="00DF7028" w:rsidRDefault="000D79A6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D. 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erfezionamento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L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inguistico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233E1154" w14:textId="108ABF63" w:rsidR="000D79A6" w:rsidRPr="00DF7028" w:rsidRDefault="00DF215C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E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erfezionamento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nformatico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52BF2B49" w14:textId="35DCE6F9" w:rsidR="000D79A6" w:rsidRPr="00DF7028" w:rsidRDefault="00D1750B" w:rsidP="00BE6D0A">
      <w:pPr>
        <w:keepNext/>
        <w:spacing w:before="200" w:after="8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F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Formazione in materia di gestione della ricerca e della conoscenza dei sistemi di ricerca europei e internazionali 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>______ Ore</w:t>
      </w:r>
    </w:p>
    <w:p w14:paraId="609D224A" w14:textId="0694551B" w:rsidR="000D79A6" w:rsidRPr="00DF7028" w:rsidRDefault="00D1750B" w:rsidP="00BE6D0A">
      <w:pPr>
        <w:keepNext/>
        <w:spacing w:before="200" w:after="8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G.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Attività di formazione volta alla valorizzazione e disseminazione dei risultati della proprietà intellettuale e dell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accesso aperto ai dati e ai prodotti della ricerca 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______ Ore </w:t>
      </w:r>
    </w:p>
    <w:p w14:paraId="30E62553" w14:textId="2AA57391" w:rsidR="000D79A6" w:rsidRPr="00DF7028" w:rsidRDefault="00D1750B" w:rsidP="00BE6D0A">
      <w:pPr>
        <w:keepNext/>
        <w:spacing w:before="200" w:after="8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H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Attività di approfondimento in materia di principi fondamentali di etica, uguaglianza di genere e integrità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>______ Ore</w:t>
      </w:r>
    </w:p>
    <w:p w14:paraId="11B2B8B3" w14:textId="3F6199FF" w:rsidR="00D1750B" w:rsidRDefault="00D1750B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I. Attività formative a scelta______ </w:t>
      </w:r>
      <w:proofErr w:type="gramStart"/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Ore  _</w:t>
      </w:r>
      <w:proofErr w:type="gramEnd"/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_____CFU </w:t>
      </w:r>
    </w:p>
    <w:p w14:paraId="1227E0DB" w14:textId="77777777" w:rsidR="00DF7028" w:rsidRPr="00DF7028" w:rsidRDefault="00DF7028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4E3D61F" w14:textId="77777777" w:rsidR="00176DED" w:rsidRPr="00E87245" w:rsidRDefault="000F48EB" w:rsidP="00BE6D0A">
      <w:pPr>
        <w:keepNext/>
        <w:shd w:val="clear" w:color="auto" w:fill="DBE5F1" w:themeFill="accent1" w:themeFillTint="33"/>
        <w:spacing w:before="320" w:after="120"/>
        <w:ind w:right="-160"/>
        <w:rPr>
          <w:rFonts w:ascii="Times New Roman" w:hAnsi="Times New Roman" w:cs="Times New Roman"/>
          <w:lang w:val="it-IT"/>
        </w:rPr>
      </w:pPr>
      <w:r w:rsidRPr="00E87245">
        <w:rPr>
          <w:rFonts w:ascii="Times New Roman" w:hAnsi="Times New Roman" w:cs="Times New Roman"/>
          <w:b/>
          <w:sz w:val="28"/>
          <w:lang w:val="it-IT"/>
        </w:rPr>
        <w:t>2. Pubblicazioni Scientifiche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9"/>
        <w:gridCol w:w="2349"/>
        <w:gridCol w:w="2989"/>
      </w:tblGrid>
      <w:tr w:rsidR="00076B18" w:rsidRPr="00E87245" w14:paraId="432C291E" w14:textId="77777777" w:rsidTr="00BE6D0A">
        <w:trPr>
          <w:trHeight w:val="486"/>
        </w:trPr>
        <w:tc>
          <w:tcPr>
            <w:tcW w:w="2341" w:type="pct"/>
            <w:shd w:val="clear" w:color="auto" w:fill="F0F4F8"/>
            <w:vAlign w:val="center"/>
          </w:tcPr>
          <w:p w14:paraId="139A4DE3" w14:textId="77777777" w:rsidR="00076B18" w:rsidRPr="00ED6743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del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Contributo</w:t>
            </w:r>
            <w:proofErr w:type="spellEnd"/>
          </w:p>
        </w:tc>
        <w:tc>
          <w:tcPr>
            <w:tcW w:w="1170" w:type="pct"/>
            <w:shd w:val="clear" w:color="auto" w:fill="F0F4F8"/>
            <w:vAlign w:val="center"/>
          </w:tcPr>
          <w:p w14:paraId="2F0D5FCC" w14:textId="77777777" w:rsidR="00076B18" w:rsidRPr="00ED6743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Tipologia</w:t>
            </w:r>
            <w:proofErr w:type="spellEnd"/>
          </w:p>
        </w:tc>
        <w:tc>
          <w:tcPr>
            <w:tcW w:w="1489" w:type="pct"/>
            <w:shd w:val="clear" w:color="auto" w:fill="F0F4F8"/>
            <w:vAlign w:val="center"/>
          </w:tcPr>
          <w:p w14:paraId="2F20EA87" w14:textId="4A21257B" w:rsidR="00076B18" w:rsidRPr="00ED6743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Sede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editoriale</w:t>
            </w:r>
          </w:p>
        </w:tc>
      </w:tr>
      <w:tr w:rsidR="00076B18" w:rsidRPr="00E87245" w14:paraId="2BB68738" w14:textId="77777777" w:rsidTr="00BE6D0A">
        <w:trPr>
          <w:trHeight w:val="463"/>
        </w:trPr>
        <w:tc>
          <w:tcPr>
            <w:tcW w:w="2341" w:type="pct"/>
            <w:vAlign w:val="center"/>
          </w:tcPr>
          <w:p w14:paraId="10324263" w14:textId="7777777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1AEC347E" w14:textId="216620C9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72A684EF" w14:textId="7777777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6B18" w:rsidRPr="00E87245" w14:paraId="7D76D159" w14:textId="77777777" w:rsidTr="00BE6D0A">
        <w:trPr>
          <w:trHeight w:val="453"/>
        </w:trPr>
        <w:tc>
          <w:tcPr>
            <w:tcW w:w="2341" w:type="pct"/>
            <w:vAlign w:val="center"/>
          </w:tcPr>
          <w:p w14:paraId="146E394D" w14:textId="7777777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F3504F4" w14:textId="6604749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300BF688" w14:textId="7777777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4680F3AF" w14:textId="77777777" w:rsidTr="00BE6D0A">
        <w:trPr>
          <w:trHeight w:val="453"/>
        </w:trPr>
        <w:tc>
          <w:tcPr>
            <w:tcW w:w="2341" w:type="pct"/>
            <w:vAlign w:val="center"/>
          </w:tcPr>
          <w:p w14:paraId="34BE1AFF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C1E76DC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37C2C80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1C35597C" w14:textId="77777777" w:rsidTr="00BE6D0A">
        <w:trPr>
          <w:trHeight w:val="453"/>
        </w:trPr>
        <w:tc>
          <w:tcPr>
            <w:tcW w:w="2341" w:type="pct"/>
            <w:vAlign w:val="center"/>
          </w:tcPr>
          <w:p w14:paraId="1743659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0F9D173E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189160A5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2A8F4CF4" w14:textId="77777777" w:rsidTr="00BE6D0A">
        <w:trPr>
          <w:trHeight w:val="453"/>
        </w:trPr>
        <w:tc>
          <w:tcPr>
            <w:tcW w:w="2341" w:type="pct"/>
            <w:vAlign w:val="center"/>
          </w:tcPr>
          <w:p w14:paraId="3006027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19948FF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20926091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167BA4" w14:textId="2DE05600" w:rsidR="00176DED" w:rsidRPr="00E87245" w:rsidRDefault="000F48EB" w:rsidP="00BE6D0A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</w:rPr>
      </w:pPr>
      <w:r w:rsidRPr="00E87245">
        <w:rPr>
          <w:rFonts w:ascii="Times New Roman" w:hAnsi="Times New Roman" w:cs="Times New Roman"/>
          <w:b/>
          <w:sz w:val="28"/>
        </w:rPr>
        <w:t xml:space="preserve">3. </w:t>
      </w:r>
      <w:proofErr w:type="spellStart"/>
      <w:r w:rsidRPr="00E87245">
        <w:rPr>
          <w:rFonts w:ascii="Times New Roman" w:hAnsi="Times New Roman" w:cs="Times New Roman"/>
          <w:b/>
          <w:sz w:val="28"/>
        </w:rPr>
        <w:t>Partecipazione</w:t>
      </w:r>
      <w:proofErr w:type="spellEnd"/>
      <w:r w:rsidRPr="00E87245">
        <w:rPr>
          <w:rFonts w:ascii="Times New Roman" w:hAnsi="Times New Roman" w:cs="Times New Roman"/>
          <w:b/>
          <w:sz w:val="28"/>
        </w:rPr>
        <w:t xml:space="preserve"> a</w:t>
      </w:r>
      <w:r w:rsidR="000D79A6" w:rsidRPr="00E8724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87245">
        <w:rPr>
          <w:rFonts w:ascii="Times New Roman" w:hAnsi="Times New Roman" w:cs="Times New Roman"/>
          <w:b/>
          <w:sz w:val="28"/>
        </w:rPr>
        <w:t>Eventi</w:t>
      </w:r>
      <w:proofErr w:type="spellEnd"/>
      <w:r w:rsidRPr="00E8724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87245">
        <w:rPr>
          <w:rFonts w:ascii="Times New Roman" w:hAnsi="Times New Roman" w:cs="Times New Roman"/>
          <w:b/>
          <w:sz w:val="28"/>
        </w:rPr>
        <w:t>Scientifici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3099"/>
        <w:gridCol w:w="1919"/>
        <w:gridCol w:w="1329"/>
        <w:gridCol w:w="2214"/>
      </w:tblGrid>
      <w:tr w:rsidR="00176DED" w:rsidRPr="00E87245" w14:paraId="7E2FA769" w14:textId="77777777" w:rsidTr="00BE6D0A">
        <w:trPr>
          <w:jc w:val="center"/>
        </w:trPr>
        <w:tc>
          <w:tcPr>
            <w:tcW w:w="735" w:type="pct"/>
            <w:shd w:val="clear" w:color="auto" w:fill="F0F4F8"/>
            <w:vAlign w:val="center"/>
          </w:tcPr>
          <w:p w14:paraId="4A9205B7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44" w:type="pct"/>
            <w:shd w:val="clear" w:color="auto" w:fill="F0F4F8"/>
            <w:vAlign w:val="center"/>
          </w:tcPr>
          <w:p w14:paraId="5EF20DBA" w14:textId="480218AC" w:rsidR="00176DED" w:rsidRPr="00ED6743" w:rsidRDefault="00E154F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Evento</w:t>
            </w:r>
            <w:proofErr w:type="spellEnd"/>
          </w:p>
        </w:tc>
        <w:tc>
          <w:tcPr>
            <w:tcW w:w="956" w:type="pct"/>
            <w:shd w:val="clear" w:color="auto" w:fill="F0F4F8"/>
            <w:vAlign w:val="center"/>
          </w:tcPr>
          <w:p w14:paraId="07058705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Ente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</w:p>
        </w:tc>
        <w:tc>
          <w:tcPr>
            <w:tcW w:w="662" w:type="pct"/>
            <w:shd w:val="clear" w:color="auto" w:fill="F0F4F8"/>
            <w:vAlign w:val="center"/>
          </w:tcPr>
          <w:p w14:paraId="7A197440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Ruolo</w:t>
            </w:r>
            <w:proofErr w:type="spellEnd"/>
          </w:p>
        </w:tc>
        <w:tc>
          <w:tcPr>
            <w:tcW w:w="1103" w:type="pct"/>
            <w:shd w:val="clear" w:color="auto" w:fill="F0F4F8"/>
            <w:vAlign w:val="center"/>
          </w:tcPr>
          <w:p w14:paraId="3D8DA640" w14:textId="342240A6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</w:t>
            </w:r>
            <w:proofErr w:type="spellStart"/>
            <w:r w:rsidR="0080278A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ntervento</w:t>
            </w:r>
            <w:proofErr w:type="spellEnd"/>
          </w:p>
        </w:tc>
      </w:tr>
      <w:tr w:rsidR="00176DED" w:rsidRPr="00E87245" w14:paraId="0456DF6D" w14:textId="77777777" w:rsidTr="00BE6D0A">
        <w:trPr>
          <w:jc w:val="center"/>
        </w:trPr>
        <w:tc>
          <w:tcPr>
            <w:tcW w:w="735" w:type="pct"/>
            <w:vAlign w:val="center"/>
          </w:tcPr>
          <w:p w14:paraId="05364FE6" w14:textId="2742333B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0FA3DBA3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C2DAEB8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F948CA8" w14:textId="74A7AFEE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20E4CB45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78EFD3EB" w14:textId="77777777" w:rsidTr="00BE6D0A">
        <w:trPr>
          <w:jc w:val="center"/>
        </w:trPr>
        <w:tc>
          <w:tcPr>
            <w:tcW w:w="735" w:type="pct"/>
            <w:vAlign w:val="center"/>
          </w:tcPr>
          <w:p w14:paraId="13C60568" w14:textId="31B43101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2ECA3216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DF03E86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49B6DED" w14:textId="60152BE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79D4EF5E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40012797" w14:textId="77777777" w:rsidTr="00BE6D0A">
        <w:trPr>
          <w:jc w:val="center"/>
        </w:trPr>
        <w:tc>
          <w:tcPr>
            <w:tcW w:w="735" w:type="pct"/>
            <w:vAlign w:val="center"/>
          </w:tcPr>
          <w:p w14:paraId="39CC46B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6CC2112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6C18FF3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60429DE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38C6DC60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5186C41E" w14:textId="77777777" w:rsidTr="00BE6D0A">
        <w:trPr>
          <w:jc w:val="center"/>
        </w:trPr>
        <w:tc>
          <w:tcPr>
            <w:tcW w:w="735" w:type="pct"/>
            <w:vAlign w:val="center"/>
          </w:tcPr>
          <w:p w14:paraId="1029B990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2BC095A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63A781F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5C1EFD2D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2BE37EDE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4EC3B762" w14:textId="77777777" w:rsidTr="00BE6D0A">
        <w:trPr>
          <w:jc w:val="center"/>
        </w:trPr>
        <w:tc>
          <w:tcPr>
            <w:tcW w:w="735" w:type="pct"/>
            <w:vAlign w:val="center"/>
          </w:tcPr>
          <w:p w14:paraId="5994859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31D619C5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7DA77693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C7CE7B5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7ED1B96E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A1D86E" w14:textId="77777777" w:rsidR="00176DED" w:rsidRPr="00E87245" w:rsidRDefault="00176DED">
      <w:pPr>
        <w:rPr>
          <w:rFonts w:ascii="Times New Roman" w:hAnsi="Times New Roman" w:cs="Times New Roman"/>
        </w:rPr>
      </w:pPr>
    </w:p>
    <w:p w14:paraId="12F8C9C2" w14:textId="380CF520" w:rsidR="00176DED" w:rsidRPr="00BE6D0A" w:rsidRDefault="000F48EB" w:rsidP="00BE6D0A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  <w:lang w:val="it-IT"/>
        </w:rPr>
      </w:pPr>
      <w:r w:rsidRPr="00BE6D0A">
        <w:rPr>
          <w:rFonts w:ascii="Times New Roman" w:hAnsi="Times New Roman" w:cs="Times New Roman"/>
          <w:b/>
          <w:sz w:val="28"/>
          <w:lang w:val="it-IT"/>
        </w:rPr>
        <w:t>4. Mobilità Internazionale e Soggiorni all</w:t>
      </w:r>
      <w:r w:rsidR="00BE6D0A" w:rsidRPr="00BE6D0A">
        <w:rPr>
          <w:rFonts w:ascii="Times New Roman" w:hAnsi="Times New Roman" w:cs="Times New Roman"/>
          <w:b/>
          <w:sz w:val="28"/>
          <w:lang w:val="it-IT"/>
        </w:rPr>
        <w:t>’</w:t>
      </w:r>
      <w:r w:rsidRPr="00BE6D0A">
        <w:rPr>
          <w:rFonts w:ascii="Times New Roman" w:hAnsi="Times New Roman" w:cs="Times New Roman"/>
          <w:b/>
          <w:sz w:val="28"/>
          <w:lang w:val="it-IT"/>
        </w:rPr>
        <w:t>Estero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1624"/>
        <w:gridCol w:w="1329"/>
        <w:gridCol w:w="1329"/>
        <w:gridCol w:w="1329"/>
        <w:gridCol w:w="1769"/>
      </w:tblGrid>
      <w:tr w:rsidR="00176DED" w:rsidRPr="00E87245" w14:paraId="1CADAFBF" w14:textId="77777777" w:rsidTr="00BE6D0A">
        <w:trPr>
          <w:jc w:val="center"/>
        </w:trPr>
        <w:tc>
          <w:tcPr>
            <w:tcW w:w="1324" w:type="pct"/>
            <w:shd w:val="clear" w:color="auto" w:fill="F0F4F8"/>
            <w:vAlign w:val="center"/>
          </w:tcPr>
          <w:p w14:paraId="6D60CA20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Istituzione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Università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Ospitante</w:t>
            </w:r>
            <w:proofErr w:type="spellEnd"/>
          </w:p>
        </w:tc>
        <w:tc>
          <w:tcPr>
            <w:tcW w:w="809" w:type="pct"/>
            <w:shd w:val="clear" w:color="auto" w:fill="F0F4F8"/>
            <w:vAlign w:val="center"/>
          </w:tcPr>
          <w:p w14:paraId="353725B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Paese / Città</w:t>
            </w:r>
          </w:p>
        </w:tc>
        <w:tc>
          <w:tcPr>
            <w:tcW w:w="662" w:type="pct"/>
            <w:shd w:val="clear" w:color="auto" w:fill="F0F4F8"/>
            <w:vAlign w:val="center"/>
          </w:tcPr>
          <w:p w14:paraId="1FAF7DBB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Inizio</w:t>
            </w:r>
            <w:proofErr w:type="spellEnd"/>
          </w:p>
        </w:tc>
        <w:tc>
          <w:tcPr>
            <w:tcW w:w="662" w:type="pct"/>
            <w:shd w:val="clear" w:color="auto" w:fill="F0F4F8"/>
            <w:vAlign w:val="center"/>
          </w:tcPr>
          <w:p w14:paraId="2A774002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 Fine</w:t>
            </w:r>
          </w:p>
        </w:tc>
        <w:tc>
          <w:tcPr>
            <w:tcW w:w="662" w:type="pct"/>
            <w:shd w:val="clear" w:color="auto" w:fill="F0F4F8"/>
            <w:vAlign w:val="center"/>
          </w:tcPr>
          <w:p w14:paraId="3BDF54B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Durata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  <w:proofErr w:type="spellEnd"/>
          </w:p>
        </w:tc>
        <w:tc>
          <w:tcPr>
            <w:tcW w:w="882" w:type="pct"/>
            <w:shd w:val="clear" w:color="auto" w:fill="F0F4F8"/>
            <w:vAlign w:val="center"/>
          </w:tcPr>
          <w:p w14:paraId="01C27922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Referente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Estero</w:t>
            </w:r>
          </w:p>
        </w:tc>
      </w:tr>
      <w:tr w:rsidR="00176DED" w:rsidRPr="00E87245" w14:paraId="2CAAF4CF" w14:textId="77777777" w:rsidTr="00BE6D0A">
        <w:trPr>
          <w:jc w:val="center"/>
        </w:trPr>
        <w:tc>
          <w:tcPr>
            <w:tcW w:w="1324" w:type="pct"/>
            <w:vAlign w:val="center"/>
          </w:tcPr>
          <w:p w14:paraId="4E3BF42D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6D133F42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66EA9CF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E753428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15EA0B8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0648A9E9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67C0F2F4" w14:textId="77777777" w:rsidTr="00BE6D0A">
        <w:trPr>
          <w:jc w:val="center"/>
        </w:trPr>
        <w:tc>
          <w:tcPr>
            <w:tcW w:w="1324" w:type="pct"/>
            <w:vAlign w:val="center"/>
          </w:tcPr>
          <w:p w14:paraId="78F0B505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455D7D5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E9E94F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4C605E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BDD228C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3D830E1B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1275DE37" w14:textId="77777777" w:rsidTr="00BE6D0A">
        <w:trPr>
          <w:jc w:val="center"/>
        </w:trPr>
        <w:tc>
          <w:tcPr>
            <w:tcW w:w="1324" w:type="pct"/>
            <w:vAlign w:val="center"/>
          </w:tcPr>
          <w:p w14:paraId="56F3887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57C6F9EC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76EB18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3C9D0C8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FF6E013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6CFF1FD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71EC85EC" w14:textId="77777777" w:rsidTr="00BE6D0A">
        <w:trPr>
          <w:jc w:val="center"/>
        </w:trPr>
        <w:tc>
          <w:tcPr>
            <w:tcW w:w="1324" w:type="pct"/>
            <w:vAlign w:val="center"/>
          </w:tcPr>
          <w:p w14:paraId="71090EAF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03854AE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B977F8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E03F7F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94CB91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7F6572A8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2B3880CB" w14:textId="77777777" w:rsidTr="00BE6D0A">
        <w:trPr>
          <w:jc w:val="center"/>
        </w:trPr>
        <w:tc>
          <w:tcPr>
            <w:tcW w:w="1324" w:type="pct"/>
            <w:vAlign w:val="center"/>
          </w:tcPr>
          <w:p w14:paraId="02E3B32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745C6888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8231E4D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64E21F4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4E79470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1DA7035B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6FF8D7" w14:textId="77777777" w:rsidR="00C851A6" w:rsidRDefault="00C851A6">
      <w:pPr>
        <w:keepNext/>
        <w:spacing w:before="160" w:after="40"/>
        <w:rPr>
          <w:rFonts w:ascii="Times New Roman" w:hAnsi="Times New Roman" w:cs="Times New Roman"/>
          <w:b/>
          <w:sz w:val="21"/>
          <w:lang w:val="it-IT"/>
        </w:rPr>
      </w:pPr>
    </w:p>
    <w:p w14:paraId="357E86A3" w14:textId="50E08C37" w:rsidR="00176DED" w:rsidRPr="00DF7028" w:rsidRDefault="000F48EB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a) Attività scientifiche e formative svolte durante la mobilità:</w:t>
      </w:r>
    </w:p>
    <w:p w14:paraId="51FFE219" w14:textId="6A612253" w:rsidR="00176DED" w:rsidRPr="00DF7028" w:rsidRDefault="000F48EB">
      <w:pPr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 xml:space="preserve">Descrivere nel dettaglio le attività di ricerca </w:t>
      </w:r>
      <w:r w:rsidR="00E154F0" w:rsidRPr="00DF7028">
        <w:rPr>
          <w:rFonts w:ascii="Times New Roman" w:hAnsi="Times New Roman" w:cs="Times New Roman"/>
          <w:i/>
          <w:sz w:val="24"/>
          <w:szCs w:val="24"/>
          <w:lang w:val="it-IT"/>
        </w:rPr>
        <w:t>svolte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, la consultazione di archivi/biblioteche, le attività di laboratorio, la frequenza di corsi o seminari presso l</w:t>
      </w:r>
      <w:r w:rsidR="00BE6D0A" w:rsidRPr="00DF7028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istituzione ospitante.</w:t>
      </w:r>
    </w:p>
    <w:p w14:paraId="6091AC7A" w14:textId="44886EA9" w:rsidR="00176DED" w:rsidRPr="00DF7028" w:rsidRDefault="00BE6D0A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92A487" w14:textId="524AAE44" w:rsidR="00176DED" w:rsidRPr="00DF7028" w:rsidRDefault="000F48EB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b) </w:t>
      </w:r>
      <w:proofErr w:type="spellStart"/>
      <w:r w:rsidRPr="00DF7028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>Outcomes</w:t>
      </w:r>
      <w:proofErr w:type="spellEnd"/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dell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esperienza internazionale (Pubblicazioni, Collaborazioni, Convegni):</w:t>
      </w:r>
    </w:p>
    <w:p w14:paraId="47BEB193" w14:textId="1BAE8E5B" w:rsidR="00176DED" w:rsidRPr="00DF7028" w:rsidRDefault="000F48EB" w:rsidP="000D79A6">
      <w:pPr>
        <w:spacing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Indicare eventuali articoli scaturiti, progetti di ricerca o collaborazioni scientifiche avviate con l</w:t>
      </w:r>
      <w:r w:rsidR="00BE6D0A" w:rsidRPr="00DF7028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 xml:space="preserve">ente ospitante, e </w:t>
      </w:r>
      <w:r w:rsidR="000D79A6" w:rsidRPr="00DF7028">
        <w:rPr>
          <w:rFonts w:ascii="Times New Roman" w:hAnsi="Times New Roman" w:cs="Times New Roman"/>
          <w:i/>
          <w:sz w:val="24"/>
          <w:szCs w:val="24"/>
          <w:lang w:val="it-IT"/>
        </w:rPr>
        <w:t>relazion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i tenute a seminari o convegni all</w:t>
      </w:r>
      <w:r w:rsidR="00BE6D0A" w:rsidRPr="00DF7028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estero.</w:t>
      </w:r>
    </w:p>
    <w:p w14:paraId="5E0D547A" w14:textId="77777777" w:rsidR="0080278A" w:rsidRDefault="00BE6D0A" w:rsidP="00DF7028">
      <w:pPr>
        <w:spacing w:after="16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p w14:paraId="4FBBFBA3" w14:textId="322F5CF1" w:rsidR="00176DED" w:rsidRPr="00DF7028" w:rsidRDefault="000F48EB" w:rsidP="00DF7028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c) Impatto della mobilità sul percorso di ricerca e sulla tesi di dottorato:</w:t>
      </w:r>
    </w:p>
    <w:p w14:paraId="79B16F9B" w14:textId="6C1D35A0" w:rsidR="00176DED" w:rsidRPr="00DF7028" w:rsidRDefault="000F48EB">
      <w:pPr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Descrivere sinteticamente in che modo il periodo all</w:t>
      </w:r>
      <w:r w:rsidR="00BE6D0A" w:rsidRPr="00DF7028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estero ha contribuito allo sviluppo scientifico del progetto.</w:t>
      </w:r>
    </w:p>
    <w:p w14:paraId="3F6BADEF" w14:textId="3CE8271E" w:rsidR="00BE6D0A" w:rsidRPr="00E87245" w:rsidRDefault="00BE6D0A" w:rsidP="00BE6D0A">
      <w:pPr>
        <w:spacing w:after="160"/>
        <w:rPr>
          <w:rFonts w:ascii="Times New Roman" w:hAnsi="Times New Roman" w:cs="Times New Roman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87245">
        <w:rPr>
          <w:rFonts w:ascii="Times New Roman" w:hAnsi="Times New Roman" w:cs="Times New Roman"/>
          <w:i/>
          <w:sz w:val="20"/>
          <w:lang w:val="it-IT"/>
        </w:rPr>
        <w:br/>
      </w:r>
    </w:p>
    <w:p w14:paraId="6D8CC0F7" w14:textId="75909F2B" w:rsidR="00BE6D0A" w:rsidRPr="00BE6D0A" w:rsidRDefault="00BE6D0A" w:rsidP="00BE6D0A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b/>
          <w:sz w:val="28"/>
          <w:lang w:val="it-IT"/>
        </w:rPr>
        <w:t>5</w:t>
      </w:r>
      <w:r w:rsidRPr="00BE6D0A">
        <w:rPr>
          <w:rFonts w:ascii="Times New Roman" w:hAnsi="Times New Roman" w:cs="Times New Roman"/>
          <w:b/>
          <w:sz w:val="28"/>
          <w:lang w:val="it-IT"/>
        </w:rPr>
        <w:t xml:space="preserve">. </w:t>
      </w:r>
      <w:r w:rsidRPr="00BE6D0A">
        <w:rPr>
          <w:rFonts w:ascii="Times New Roman" w:hAnsi="Times New Roman" w:cs="Times New Roman"/>
          <w:b/>
          <w:sz w:val="28"/>
          <w:shd w:val="clear" w:color="auto" w:fill="DBE5F1" w:themeFill="accent1" w:themeFillTint="33"/>
          <w:lang w:val="it-IT"/>
        </w:rPr>
        <w:t>Avanzamento del Progetto di Ricerca</w:t>
      </w:r>
    </w:p>
    <w:p w14:paraId="473AAE21" w14:textId="522401D6" w:rsidR="00BE6D0A" w:rsidRPr="00DF7028" w:rsidRDefault="00BE6D0A" w:rsidP="00BE6D0A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p w14:paraId="3F6CF865" w14:textId="3136F9BC" w:rsidR="00176DED" w:rsidRPr="00E87245" w:rsidRDefault="00176DED">
      <w:pPr>
        <w:spacing w:after="80"/>
        <w:rPr>
          <w:rFonts w:ascii="Times New Roman" w:hAnsi="Times New Roman" w:cs="Times New Roman"/>
          <w:lang w:val="it-IT"/>
        </w:rPr>
      </w:pPr>
    </w:p>
    <w:tbl>
      <w:tblPr>
        <w:tblW w:w="0" w:type="auto"/>
        <w:jc w:val="center"/>
        <w:tblBorders>
          <w:top w:val="single" w:sz="4" w:space="0" w:color="FFFFFF"/>
          <w:bottom w:val="single" w:sz="6" w:space="0" w:color="FFFFFF"/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4896"/>
        <w:gridCol w:w="4896"/>
      </w:tblGrid>
      <w:tr w:rsidR="00176DED" w:rsidRPr="00E87245" w14:paraId="43C78F15" w14:textId="77777777">
        <w:trPr>
          <w:jc w:val="center"/>
        </w:trPr>
        <w:tc>
          <w:tcPr>
            <w:tcW w:w="4896" w:type="dxa"/>
          </w:tcPr>
          <w:p w14:paraId="66E2558B" w14:textId="22116545" w:rsidR="00176DED" w:rsidRPr="00DF7028" w:rsidRDefault="00BE6D0A" w:rsidP="00E87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ata: ____ / ____ / ________</w:t>
            </w:r>
            <w:r w:rsidR="00E87245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4896" w:type="dxa"/>
          </w:tcPr>
          <w:p w14:paraId="13F89DB9" w14:textId="65E46C14" w:rsidR="00176DED" w:rsidRPr="00DF7028" w:rsidRDefault="00E8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proofErr w:type="spellStart"/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  <w:proofErr w:type="spellEnd"/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 </w:t>
            </w:r>
            <w:proofErr w:type="spellStart"/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Dottorando</w:t>
            </w:r>
            <w:proofErr w:type="spellEnd"/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____________________________________</w:t>
            </w:r>
          </w:p>
        </w:tc>
      </w:tr>
    </w:tbl>
    <w:p w14:paraId="72E1FDA8" w14:textId="77777777" w:rsidR="00A864A7" w:rsidRPr="00E87245" w:rsidRDefault="00A864A7">
      <w:pPr>
        <w:rPr>
          <w:rFonts w:ascii="Times New Roman" w:hAnsi="Times New Roman" w:cs="Times New Roman"/>
          <w:lang w:val="it-IT"/>
        </w:rPr>
      </w:pPr>
    </w:p>
    <w:p w14:paraId="6FCD4AED" w14:textId="41F36B03" w:rsidR="00EA252F" w:rsidRPr="00E87245" w:rsidRDefault="00BE6D0A" w:rsidP="00BE6D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BE6D0A">
        <w:rPr>
          <w:rFonts w:ascii="Times New Roman" w:hAnsi="Times New Roman" w:cs="Times New Roman"/>
          <w:b/>
          <w:bCs/>
          <w:lang w:val="it-IT"/>
        </w:rPr>
        <w:t>Di</w:t>
      </w:r>
      <w:r w:rsidR="00EA252F" w:rsidRPr="00BE6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c</w:t>
      </w:r>
      <w:r w:rsidR="00EA252F"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hiarazione sostitutiva di certificazioni e dell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’</w:t>
      </w:r>
      <w:r w:rsidR="00EA252F"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atto di notorietà</w:t>
      </w:r>
    </w:p>
    <w:p w14:paraId="31C068EC" w14:textId="77777777" w:rsidR="00EA252F" w:rsidRDefault="00EA252F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(Artt. 19, 46 e 47 del D.P.R. 28/12/2000, n.445)</w:t>
      </w:r>
    </w:p>
    <w:p w14:paraId="50EC64FA" w14:textId="77777777" w:rsidR="00E87245" w:rsidRPr="00E87245" w:rsidRDefault="00E87245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14:paraId="3D86051E" w14:textId="3B45BCD1" w:rsidR="00EA252F" w:rsidRPr="00E87245" w:rsidRDefault="00EA252F" w:rsidP="00EA252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</w:t>
      </w:r>
      <w:r w:rsidR="00BE6D0A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l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/La sottoscritto/a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 Nome e Cognome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, Codice fiscale ..., nato/a </w:t>
      </w:r>
      <w:proofErr w:type="spellStart"/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</w:t>
      </w:r>
      <w:proofErr w:type="spellEnd"/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..., il ../../...., attualmente residente in .......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, in Via/Piazza, n. ..., CAP ......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e domiciliato/a in .......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, in Via/Piazza, n. ..., CAP .....,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 consapevole di quanto prescritto dall</w:t>
      </w:r>
      <w:r w:rsidR="00BE6D0A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’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art. 76 del D.P.R. 28 dicembre 2000, n. 445 sulla responsabilità penale cui può andare incontro in caso di falsità in atti di dichiarazioni mendaci e della conseguente decadenza dai benefici concessi sulla base di una dichiarazione non veritiera, ai sensi e per gli effetti del citato D.P.R. n. 445/2000 e sotto la propria personale responsabilità:</w:t>
      </w:r>
    </w:p>
    <w:p w14:paraId="597F3281" w14:textId="77777777" w:rsidR="00EA252F" w:rsidRPr="00E87245" w:rsidRDefault="00EA252F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 </w:t>
      </w:r>
    </w:p>
    <w:p w14:paraId="7FC15A33" w14:textId="77777777" w:rsidR="00EA252F" w:rsidRPr="00E87245" w:rsidRDefault="00EA252F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dichiara</w:t>
      </w:r>
    </w:p>
    <w:p w14:paraId="32EC5C04" w14:textId="311FC620" w:rsidR="00EA252F" w:rsidRPr="00E87245" w:rsidRDefault="00EA252F" w:rsidP="00E872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che quanto dichiarato nella Relazione annuale sulle attività svolte e sui risultati conseguiti</w:t>
      </w:r>
      <w:r w:rsid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corrisponde al vero.</w:t>
      </w:r>
    </w:p>
    <w:p w14:paraId="3092DB2C" w14:textId="77777777" w:rsidR="00EA252F" w:rsidRPr="00E87245" w:rsidRDefault="00EA252F" w:rsidP="00EA2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Letto, confermato e sottoscritto</w:t>
      </w:r>
    </w:p>
    <w:p w14:paraId="0CEEF909" w14:textId="77777777" w:rsidR="00EA252F" w:rsidRPr="00E87245" w:rsidRDefault="00EA252F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14:paraId="60E9F4E9" w14:textId="195B611B" w:rsidR="00EA252F" w:rsidRDefault="00EA252F" w:rsidP="00E872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Luogo e data</w:t>
      </w:r>
      <w:r w:rsid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                                                                                                     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Il</w:t>
      </w:r>
      <w:r w:rsidR="00BE6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/La 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dichiarante</w:t>
      </w:r>
    </w:p>
    <w:p w14:paraId="2C3836E7" w14:textId="77777777" w:rsidR="00E87245" w:rsidRDefault="00E87245" w:rsidP="00E872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</w:p>
    <w:p w14:paraId="43BD2562" w14:textId="66F0D6B4" w:rsidR="00E87245" w:rsidRPr="00E87245" w:rsidRDefault="00E87245" w:rsidP="00E87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                                                                                                          __________________________</w:t>
      </w:r>
    </w:p>
    <w:p w14:paraId="0A6582A3" w14:textId="77777777" w:rsidR="00EA252F" w:rsidRPr="00E87245" w:rsidRDefault="00EA252F" w:rsidP="00EA2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73516195" w14:textId="77777777" w:rsidR="00EA252F" w:rsidRDefault="00EA252F" w:rsidP="00EA252F">
      <w:pPr>
        <w:rPr>
          <w:rFonts w:ascii="Times New Roman" w:hAnsi="Times New Roman" w:cs="Times New Roman"/>
          <w:lang w:val="it-IT"/>
        </w:rPr>
      </w:pPr>
    </w:p>
    <w:p w14:paraId="2F4E2A38" w14:textId="77777777" w:rsidR="00C851A6" w:rsidRDefault="00C851A6" w:rsidP="00EA252F">
      <w:pPr>
        <w:rPr>
          <w:rFonts w:ascii="Times New Roman" w:hAnsi="Times New Roman" w:cs="Times New Roman"/>
          <w:lang w:val="it-IT"/>
        </w:rPr>
      </w:pPr>
    </w:p>
    <w:p w14:paraId="44108E68" w14:textId="77777777" w:rsidR="00C851A6" w:rsidRDefault="00C851A6" w:rsidP="00EA252F">
      <w:pPr>
        <w:rPr>
          <w:rFonts w:ascii="Times New Roman" w:hAnsi="Times New Roman" w:cs="Times New Roman"/>
          <w:lang w:val="it-IT"/>
        </w:rPr>
      </w:pPr>
    </w:p>
    <w:p w14:paraId="23B844FC" w14:textId="419AEFAB" w:rsidR="0080278A" w:rsidRDefault="0080278A" w:rsidP="00C851A6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80278A">
        <w:rPr>
          <w:rFonts w:ascii="Times New Roman" w:hAnsi="Times New Roman" w:cs="Times New Roman"/>
          <w:b/>
          <w:noProof/>
          <w:sz w:val="28"/>
          <w:szCs w:val="28"/>
          <w:lang w:val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E95BB9" wp14:editId="702A1742">
                <wp:simplePos x="0" y="0"/>
                <wp:positionH relativeFrom="column">
                  <wp:posOffset>4306570</wp:posOffset>
                </wp:positionH>
                <wp:positionV relativeFrom="paragraph">
                  <wp:posOffset>1905</wp:posOffset>
                </wp:positionV>
                <wp:extent cx="2033905" cy="1404620"/>
                <wp:effectExtent l="0" t="0" r="23495" b="222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85886" w14:textId="4380194F" w:rsidR="0080278A" w:rsidRPr="0080278A" w:rsidRDefault="0080278A" w:rsidP="0080278A">
                            <w:pPr>
                              <w:jc w:val="right"/>
                              <w:rPr>
                                <w:lang w:val="it-IT"/>
                              </w:rPr>
                            </w:pPr>
                            <w:proofErr w:type="spellStart"/>
                            <w:r>
                              <w:t>Allegato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alla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relazione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annuale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E95BB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39.1pt;margin-top:.15pt;width:160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">
                <v:textbox style="mso-fit-shape-to-text:t">
                  <w:txbxContent>
                    <w:p w14:paraId="32585886" w14:textId="4380194F" w:rsidR="0080278A" w:rsidRPr="0080278A" w:rsidRDefault="0080278A" w:rsidP="0080278A">
                      <w:pPr>
                        <w:jc w:val="right"/>
                        <w:rPr>
                          <w:lang w:val="it-IT"/>
                        </w:rPr>
                      </w:pPr>
                      <w:proofErr w:type="spellStart"/>
                      <w:r>
                        <w:t>Allegato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alla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relazione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annuale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9B737B" w14:textId="77777777" w:rsidR="001D71A0" w:rsidRDefault="001D71A0" w:rsidP="001D71A0">
      <w:pPr>
        <w:jc w:val="center"/>
      </w:pPr>
    </w:p>
    <w:p w14:paraId="16AA3C55" w14:textId="77777777" w:rsidR="001D71A0" w:rsidRPr="0005568A" w:rsidRDefault="001D71A0" w:rsidP="001D71A0">
      <w:pPr>
        <w:spacing w:after="0"/>
        <w:jc w:val="center"/>
      </w:pPr>
      <w:r>
        <w:rPr>
          <w:noProof/>
        </w:rPr>
        <w:drawing>
          <wp:inline distT="0" distB="0" distL="0" distR="0" wp14:anchorId="502D4C08" wp14:editId="74CABD59">
            <wp:extent cx="2727830" cy="1188000"/>
            <wp:effectExtent l="0" t="0" r="3175" b="6350"/>
            <wp:docPr id="4128603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42781" name="Immagine 1577542781"/>
                    <pic:cNvPicPr/>
                  </pic:nvPicPr>
                  <pic:blipFill rotWithShape="1">
                    <a:blip r:embed="rId8"/>
                    <a:srcRect t="6691" b="1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3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94C18" w14:textId="77777777" w:rsidR="001D71A0" w:rsidRDefault="001D71A0" w:rsidP="001D71A0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</w:p>
    <w:p w14:paraId="7A48E592" w14:textId="77777777" w:rsidR="001D71A0" w:rsidRPr="00227E26" w:rsidRDefault="001D71A0" w:rsidP="001D71A0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Università degli Studi di Messina</w:t>
      </w:r>
    </w:p>
    <w:p w14:paraId="599BFC5C" w14:textId="77777777" w:rsidR="001D71A0" w:rsidRPr="00227E26" w:rsidRDefault="001D71A0" w:rsidP="001D71A0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Dottorato di Ricerca in Scienze Giuridiche</w:t>
      </w:r>
    </w:p>
    <w:p w14:paraId="4E1401F2" w14:textId="77777777" w:rsidR="001D71A0" w:rsidRDefault="001D71A0" w:rsidP="00C851A6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4FAA284C" w14:textId="2A2AFC0B" w:rsidR="00C851A6" w:rsidRPr="00227E26" w:rsidRDefault="00C851A6" w:rsidP="00C851A6">
      <w:pPr>
        <w:spacing w:before="240" w:after="48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t>RENDICONTAZIONE FINANZIARI</w:t>
      </w:r>
      <w:r w:rsidR="0080278A">
        <w:rPr>
          <w:rFonts w:ascii="Times New Roman" w:hAnsi="Times New Roman" w:cs="Times New Roman"/>
          <w:b/>
          <w:sz w:val="28"/>
          <w:szCs w:val="28"/>
          <w:lang w:val="it-IT"/>
        </w:rPr>
        <w:t>A</w:t>
      </w: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t xml:space="preserve">  </w:t>
      </w: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br/>
      </w:r>
    </w:p>
    <w:p w14:paraId="4DD8BD6E" w14:textId="77777777" w:rsidR="00C851A6" w:rsidRPr="00227E26" w:rsidRDefault="00C851A6" w:rsidP="00C851A6">
      <w:pPr>
        <w:keepNext/>
        <w:shd w:val="clear" w:color="auto" w:fill="DBE5F1" w:themeFill="accent1" w:themeFillTint="33"/>
        <w:spacing w:before="360"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>SEZIONE 1: DATI ANAGRAFICI E DI CARRIERA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6074"/>
      </w:tblGrid>
      <w:tr w:rsidR="00C851A6" w:rsidRPr="00E87245" w14:paraId="768E6926" w14:textId="77777777" w:rsidTr="007D2106">
        <w:trPr>
          <w:jc w:val="center"/>
        </w:trPr>
        <w:tc>
          <w:tcPr>
            <w:tcW w:w="1974" w:type="pct"/>
          </w:tcPr>
          <w:p w14:paraId="0EE80C4A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 xml:space="preserve">Nome e </w:t>
            </w: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Cognome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772C38DD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</w:rPr>
            </w:pPr>
          </w:p>
        </w:tc>
      </w:tr>
      <w:tr w:rsidR="00C851A6" w:rsidRPr="001D71A0" w14:paraId="1BC7B9B7" w14:textId="77777777" w:rsidTr="007D2106">
        <w:trPr>
          <w:jc w:val="center"/>
        </w:trPr>
        <w:tc>
          <w:tcPr>
            <w:tcW w:w="1974" w:type="pct"/>
          </w:tcPr>
          <w:p w14:paraId="5064C22D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>Ciclo di Dottorato e Anno di Corso:</w:t>
            </w:r>
          </w:p>
        </w:tc>
        <w:tc>
          <w:tcPr>
            <w:tcW w:w="3026" w:type="pct"/>
          </w:tcPr>
          <w:p w14:paraId="447A1D6D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851A6" w:rsidRPr="00E87245" w14:paraId="658CA93C" w14:textId="77777777" w:rsidTr="007D2106">
        <w:trPr>
          <w:jc w:val="center"/>
        </w:trPr>
        <w:tc>
          <w:tcPr>
            <w:tcW w:w="1974" w:type="pct"/>
          </w:tcPr>
          <w:p w14:paraId="582C5029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>Curriculum:</w:t>
            </w:r>
          </w:p>
        </w:tc>
        <w:tc>
          <w:tcPr>
            <w:tcW w:w="3026" w:type="pct"/>
          </w:tcPr>
          <w:p w14:paraId="370C14F4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851A6" w:rsidRPr="00E87245" w14:paraId="66BFCDCF" w14:textId="77777777" w:rsidTr="007D2106">
        <w:trPr>
          <w:jc w:val="center"/>
        </w:trPr>
        <w:tc>
          <w:tcPr>
            <w:tcW w:w="1974" w:type="pct"/>
          </w:tcPr>
          <w:p w14:paraId="60453F68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Supervisor</w:t>
            </w:r>
            <w:r>
              <w:rPr>
                <w:rFonts w:ascii="Times New Roman" w:hAnsi="Times New Roman" w:cs="Times New Roman"/>
                <w:b/>
                <w:sz w:val="20"/>
              </w:rPr>
              <w:t>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5B9E661A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851A6" w:rsidRPr="00E87245" w14:paraId="668E7771" w14:textId="77777777" w:rsidTr="007D2106">
        <w:trPr>
          <w:jc w:val="center"/>
        </w:trPr>
        <w:tc>
          <w:tcPr>
            <w:tcW w:w="1974" w:type="pct"/>
          </w:tcPr>
          <w:p w14:paraId="67475A49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b/>
                <w:sz w:val="20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>Co-</w:t>
            </w: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Supervisor</w:t>
            </w:r>
            <w:r>
              <w:rPr>
                <w:rFonts w:ascii="Times New Roman" w:hAnsi="Times New Roman" w:cs="Times New Roman"/>
                <w:b/>
                <w:sz w:val="20"/>
              </w:rPr>
              <w:t>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375F856D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i/>
                <w:sz w:val="20"/>
                <w:lang w:val="it-IT"/>
              </w:rPr>
            </w:pPr>
          </w:p>
        </w:tc>
      </w:tr>
      <w:tr w:rsidR="00C851A6" w:rsidRPr="00E87245" w14:paraId="3BD7A575" w14:textId="77777777" w:rsidTr="007D2106">
        <w:trPr>
          <w:jc w:val="center"/>
        </w:trPr>
        <w:tc>
          <w:tcPr>
            <w:tcW w:w="1974" w:type="pct"/>
          </w:tcPr>
          <w:p w14:paraId="028929E2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>Progetto di Ricerca:</w:t>
            </w:r>
          </w:p>
        </w:tc>
        <w:tc>
          <w:tcPr>
            <w:tcW w:w="3026" w:type="pct"/>
          </w:tcPr>
          <w:p w14:paraId="631871EE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851A6" w:rsidRPr="00E87245" w14:paraId="7EFF7D14" w14:textId="77777777" w:rsidTr="007D2106">
        <w:trPr>
          <w:jc w:val="center"/>
        </w:trPr>
        <w:tc>
          <w:tcPr>
            <w:tcW w:w="1974" w:type="pct"/>
          </w:tcPr>
          <w:p w14:paraId="5AF35CDC" w14:textId="77777777" w:rsidR="00C851A6" w:rsidRPr="00E87245" w:rsidRDefault="00C851A6" w:rsidP="007D2106">
            <w:pPr>
              <w:spacing w:before="80" w:after="80"/>
              <w:ind w:right="168"/>
              <w:jc w:val="both"/>
              <w:rPr>
                <w:rFonts w:ascii="Times New Roman" w:hAnsi="Times New Roman" w:cs="Times New Roman"/>
                <w:b/>
                <w:sz w:val="20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 xml:space="preserve">Periodo di riferimento della rendicontazione: </w:t>
            </w:r>
          </w:p>
        </w:tc>
        <w:tc>
          <w:tcPr>
            <w:tcW w:w="3026" w:type="pct"/>
          </w:tcPr>
          <w:p w14:paraId="453E3837" w14:textId="77777777" w:rsidR="00C851A6" w:rsidRPr="00C04A9C" w:rsidRDefault="00C851A6" w:rsidP="007D2106">
            <w:pPr>
              <w:spacing w:before="80" w:after="8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04A9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Dal ____/____ /______ al ____ / ____/______</w:t>
            </w:r>
          </w:p>
        </w:tc>
      </w:tr>
    </w:tbl>
    <w:p w14:paraId="2A62CE77" w14:textId="34F8AC8C" w:rsidR="001D71A0" w:rsidRDefault="00C851A6" w:rsidP="00C851A6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430054D2" w14:textId="77777777" w:rsidR="001D71A0" w:rsidRDefault="001D71A0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br w:type="page"/>
      </w:r>
    </w:p>
    <w:p w14:paraId="4A8A4151" w14:textId="77777777" w:rsidR="00C851A6" w:rsidRPr="00227E26" w:rsidRDefault="00C851A6" w:rsidP="00C851A6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B976959" w14:textId="77777777" w:rsidR="00C851A6" w:rsidRPr="00227E26" w:rsidRDefault="00C851A6" w:rsidP="00C851A6">
      <w:pPr>
        <w:keepNext/>
        <w:shd w:val="clear" w:color="auto" w:fill="DBE5F1" w:themeFill="accent1" w:themeFillTint="33"/>
        <w:spacing w:before="360"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SEZIONE 2: </w:t>
      </w:r>
      <w:r w:rsidRPr="00C851A6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>BUDGET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INDIVIDUALE UTILIZZATO E RISULTATI CONSEGUITI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2112"/>
        <w:gridCol w:w="5649"/>
      </w:tblGrid>
      <w:tr w:rsidR="00C851A6" w:rsidRPr="001D71A0" w14:paraId="745AE9DD" w14:textId="77777777" w:rsidTr="007D2106">
        <w:trPr>
          <w:trHeight w:val="1003"/>
          <w:jc w:val="center"/>
        </w:trPr>
        <w:tc>
          <w:tcPr>
            <w:tcW w:w="5000" w:type="pct"/>
            <w:gridSpan w:val="3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B34676" w14:textId="77777777" w:rsidR="00C851A6" w:rsidRPr="00227E26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067B27">
              <w:rPr>
                <w:rFonts w:ascii="Times New Roman" w:hAnsi="Times New Roman" w:cs="Times New Roman"/>
                <w:b/>
                <w:i/>
                <w:iCs/>
                <w:smallCaps/>
                <w:sz w:val="24"/>
                <w:szCs w:val="24"/>
                <w:lang w:val="it-IT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 legato all’incremento del 50% della borsa di studio </w:t>
            </w:r>
          </w:p>
          <w:p w14:paraId="321B95EE" w14:textId="77777777" w:rsidR="0080278A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per lo svolgimento di attività di ricerca all</w:t>
            </w: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’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estero </w:t>
            </w:r>
          </w:p>
          <w:p w14:paraId="51A2F9ED" w14:textId="740655EF" w:rsidR="00C851A6" w:rsidRPr="00227E26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autorizzate dal collegio dei docenti (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art. 21, comma 4, Reg. dottorato)</w:t>
            </w:r>
          </w:p>
        </w:tc>
      </w:tr>
      <w:tr w:rsidR="00C851A6" w:rsidRPr="00227E26" w14:paraId="6B9A838C" w14:textId="77777777" w:rsidTr="007D2106">
        <w:trPr>
          <w:jc w:val="center"/>
        </w:trPr>
        <w:tc>
          <w:tcPr>
            <w:tcW w:w="113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CAAB49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052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19EDDB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(€)</w:t>
            </w:r>
          </w:p>
        </w:tc>
        <w:tc>
          <w:tcPr>
            <w:tcW w:w="281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C6B856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Output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Scientifico</w:t>
            </w:r>
            <w:proofErr w:type="spellEnd"/>
          </w:p>
        </w:tc>
      </w:tr>
      <w:tr w:rsidR="00C851A6" w:rsidRPr="00227E26" w14:paraId="419E9B7F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57691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250F2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383D91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227211E3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C03D56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FE0327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CBD333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1BF2E681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24FA73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A8BE1B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91F1B8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08B0311C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81A15A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17E645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E9A01C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2676A73E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58B7F7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9672CB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BEBD72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BDEAEEA" w14:textId="77777777" w:rsidR="00C851A6" w:rsidRPr="00227E26" w:rsidRDefault="00C851A6" w:rsidP="00C851A6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2112"/>
        <w:gridCol w:w="5649"/>
      </w:tblGrid>
      <w:tr w:rsidR="00C851A6" w:rsidRPr="001D71A0" w14:paraId="24A9C1D7" w14:textId="77777777" w:rsidTr="007D2106">
        <w:trPr>
          <w:trHeight w:val="1003"/>
          <w:jc w:val="center"/>
        </w:trPr>
        <w:tc>
          <w:tcPr>
            <w:tcW w:w="5000" w:type="pct"/>
            <w:gridSpan w:val="3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E90F50" w14:textId="77777777" w:rsidR="00C851A6" w:rsidRPr="00227E26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067B27">
              <w:rPr>
                <w:rFonts w:ascii="Times New Roman" w:hAnsi="Times New Roman" w:cs="Times New Roman"/>
                <w:b/>
                <w:i/>
                <w:iCs/>
                <w:smallCaps/>
                <w:sz w:val="24"/>
                <w:szCs w:val="24"/>
                <w:lang w:val="it-IT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 legato all’incremento del 10% della borsa di studio </w:t>
            </w:r>
          </w:p>
          <w:p w14:paraId="2FFD54C4" w14:textId="77777777" w:rsidR="00C851A6" w:rsidRPr="00227E26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per esigenze di ricerca o di mobilità (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art. 21, comma 6, Reg. dottorato)</w:t>
            </w:r>
          </w:p>
        </w:tc>
      </w:tr>
      <w:tr w:rsidR="00C851A6" w:rsidRPr="00227E26" w14:paraId="310CE94C" w14:textId="77777777" w:rsidTr="007D2106">
        <w:trPr>
          <w:jc w:val="center"/>
        </w:trPr>
        <w:tc>
          <w:tcPr>
            <w:tcW w:w="113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7E1865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052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7A9283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(€)</w:t>
            </w:r>
          </w:p>
        </w:tc>
        <w:tc>
          <w:tcPr>
            <w:tcW w:w="281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5391CB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Output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Scientifico</w:t>
            </w:r>
            <w:proofErr w:type="spellEnd"/>
          </w:p>
        </w:tc>
      </w:tr>
      <w:tr w:rsidR="00C851A6" w:rsidRPr="00227E26" w14:paraId="59586367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5EC633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E67834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E4F63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670495D4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EA4979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1185BD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449B3F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4083E65D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F4CCF8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680F9A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B41B1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1E6FB4EB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294711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982362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920FAA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4DD67586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7C4BC6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73D1CE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44B4BD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37677EBB" w14:textId="77777777" w:rsidR="00C851A6" w:rsidRPr="00227E26" w:rsidRDefault="00C851A6" w:rsidP="00C851A6">
      <w:pPr>
        <w:keepNext/>
        <w:spacing w:before="360" w:after="12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Data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_________________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>Firma del Dottorando</w:t>
      </w:r>
    </w:p>
    <w:p w14:paraId="187598BD" w14:textId="77777777" w:rsidR="00C851A6" w:rsidRPr="00227E26" w:rsidRDefault="00C851A6" w:rsidP="00C851A6">
      <w:pPr>
        <w:keepNext/>
        <w:spacing w:before="360" w:after="120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________________________</w:t>
      </w:r>
    </w:p>
    <w:p w14:paraId="73981A25" w14:textId="77777777" w:rsidR="0080278A" w:rsidRDefault="0080278A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7E74EA5B" w14:textId="406EBEBC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Dichiarazione sostitutiva di certificazioni e dell’atto di notorietà</w:t>
      </w:r>
    </w:p>
    <w:p w14:paraId="664FA542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(Artt. 19, 46 e 47 del D.P.R. 28/12/2000, n.445)</w:t>
      </w:r>
    </w:p>
    <w:p w14:paraId="1883CD17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135FA55A" w14:textId="77777777" w:rsidR="00C851A6" w:rsidRPr="00227E26" w:rsidRDefault="00C851A6" w:rsidP="00C851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IL/La sottoscritto/a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Nome e Cognome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Codice fiscale ..., nato/a </w:t>
      </w:r>
      <w:proofErr w:type="spellStart"/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..., il ../../...., attualmente residente in .......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......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e domiciliato/a in .......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.....,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 consapevole di quanto prescritto dall’art. 76 del D.P.R. 28 dicembre 2000, n. 445 sulla responsabilità penale cui può andare incontro in caso di falsità in atti di dichiarazioni mendaci e della conseguente decadenza dai benefici concessi sulla base di una dichiarazione non veritiera, ai sensi e per gli effetti del citato D.P.R. n. 445/2000 e sotto la propria personale responsabilità:</w:t>
      </w:r>
    </w:p>
    <w:p w14:paraId="575737CC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</w:t>
      </w:r>
    </w:p>
    <w:p w14:paraId="48047F9A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</w:t>
      </w:r>
    </w:p>
    <w:p w14:paraId="6F9FFF66" w14:textId="77777777" w:rsidR="00C851A6" w:rsidRPr="00227E2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 quanto dichiarato nella Relazione annuale sulle attività svolte e sui risultati conseguiti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corrisponde al vero.</w:t>
      </w:r>
    </w:p>
    <w:p w14:paraId="2A0D2935" w14:textId="77777777" w:rsidR="00C851A6" w:rsidRPr="00227E2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Letto, confermato e sottoscritto</w:t>
      </w:r>
    </w:p>
    <w:p w14:paraId="592C87F8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06F886C8" w14:textId="0366C95E" w:rsidR="00C851A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Luogo e data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                                            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Il</w:t>
      </w:r>
      <w:r w:rsidR="00E45E3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/La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dichiarante</w:t>
      </w:r>
    </w:p>
    <w:p w14:paraId="7FBE8914" w14:textId="77777777" w:rsidR="00C851A6" w:rsidRPr="00227E2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41C4115A" w14:textId="3D1723C8" w:rsidR="00EA252F" w:rsidRPr="00C851A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  <w:t xml:space="preserve">  __________________________</w:t>
      </w:r>
    </w:p>
    <w:sectPr w:rsidR="00EA252F" w:rsidRPr="00C851A6" w:rsidSect="00BE6D0A">
      <w:footerReference w:type="default" r:id="rId9"/>
      <w:pgSz w:w="12240" w:h="15840"/>
      <w:pgMar w:top="1152" w:right="1041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0C471" w14:textId="77777777" w:rsidR="00064353" w:rsidRDefault="00064353" w:rsidP="00F216B3">
      <w:pPr>
        <w:spacing w:after="0" w:line="240" w:lineRule="auto"/>
      </w:pPr>
      <w:r>
        <w:separator/>
      </w:r>
    </w:p>
  </w:endnote>
  <w:endnote w:type="continuationSeparator" w:id="0">
    <w:p w14:paraId="1ABFE716" w14:textId="77777777" w:rsidR="00064353" w:rsidRDefault="00064353" w:rsidP="00F2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0139155"/>
      <w:docPartObj>
        <w:docPartGallery w:val="Page Numbers (Bottom of Page)"/>
        <w:docPartUnique/>
      </w:docPartObj>
    </w:sdtPr>
    <w:sdtContent>
      <w:p w14:paraId="4933C893" w14:textId="278EAC29" w:rsidR="00BE6D0A" w:rsidRDefault="00BE6D0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5615CCEF" w14:textId="77777777" w:rsidR="00BE6D0A" w:rsidRDefault="00BE6D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C231B" w14:textId="77777777" w:rsidR="00064353" w:rsidRDefault="00064353" w:rsidP="00F216B3">
      <w:pPr>
        <w:spacing w:after="0" w:line="240" w:lineRule="auto"/>
      </w:pPr>
      <w:r>
        <w:separator/>
      </w:r>
    </w:p>
  </w:footnote>
  <w:footnote w:type="continuationSeparator" w:id="0">
    <w:p w14:paraId="6959BF49" w14:textId="77777777" w:rsidR="00064353" w:rsidRDefault="00064353" w:rsidP="00F216B3">
      <w:pPr>
        <w:spacing w:after="0" w:line="240" w:lineRule="auto"/>
      </w:pPr>
      <w:r>
        <w:continuationSeparator/>
      </w:r>
    </w:p>
  </w:footnote>
  <w:footnote w:id="1">
    <w:p w14:paraId="1E429469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E87245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Le attività formativa a scelta trovano il seguente riconoscimento in termini di CFU:</w:t>
      </w:r>
    </w:p>
    <w:p w14:paraId="7B4452DD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Partecipazione a convegno, congresso o seminario: 0,25 CFU ogni 4 ore di presenza</w:t>
      </w:r>
    </w:p>
    <w:p w14:paraId="072BD682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Relazione su invito nell’ambito di convegni, congressi o seminari: 2 CFU</w:t>
      </w:r>
    </w:p>
    <w:p w14:paraId="37D0F432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Interventi programmati nell’ambito di convegni: 1 CFU</w:t>
      </w:r>
    </w:p>
    <w:p w14:paraId="6634FA21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Soggiorni di ricerca all’estero quale Erasmus o altra tipologia: 3 CFU</w:t>
      </w:r>
    </w:p>
    <w:p w14:paraId="196CA745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Frequenza di corsi di specializzazione, di </w:t>
      </w:r>
      <w:r w:rsidRPr="00E87245">
        <w:rPr>
          <w:rFonts w:ascii="Times New Roman" w:hAnsi="Times New Roman" w:cs="Times New Roman"/>
          <w:bCs/>
          <w:i/>
          <w:iCs/>
          <w:sz w:val="20"/>
          <w:szCs w:val="20"/>
          <w:lang w:val="it-IT"/>
        </w:rPr>
        <w:t>Summer o Winter School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 o di attività formative certificabili, connesse con l’attività formativa e di ricerca del dottorando, valutabili dal collegio dei docenti ai fini dell’attribuzione di crediti formativi: 0,5 CFU per ogni giorno di frequenza.</w:t>
      </w:r>
    </w:p>
    <w:p w14:paraId="7859CF64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Pubblicazione di articoli scientifici su rivista scientifica accreditata, di </w:t>
      </w:r>
      <w:bookmarkStart w:id="0" w:name="_Hlk225582585"/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saggi in volume, di capitoli di libro </w:t>
      </w:r>
      <w:bookmarkEnd w:id="0"/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o di monografia, per la quale farà fede la data di accettazione del contributo o la pubblicazione del volume:</w:t>
      </w:r>
    </w:p>
    <w:p w14:paraId="28761A8D" w14:textId="77777777" w:rsidR="00F216B3" w:rsidRPr="00E87245" w:rsidRDefault="00F216B3" w:rsidP="00F216B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>monografia: 4 CFU;</w:t>
      </w:r>
    </w:p>
    <w:p w14:paraId="55E56A5D" w14:textId="77777777" w:rsidR="00F216B3" w:rsidRPr="00E87245" w:rsidRDefault="00F216B3" w:rsidP="00F216B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contributo in rivista scientifica di classe A: 2 CFU;</w:t>
      </w:r>
    </w:p>
    <w:p w14:paraId="5D2E5523" w14:textId="77777777" w:rsidR="00F216B3" w:rsidRPr="00E87245" w:rsidRDefault="00F216B3" w:rsidP="00F216B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contributo in rivista scientifica accreditata, saggi in volume, capitoli di libro: 1 CFU.</w:t>
      </w:r>
    </w:p>
    <w:p w14:paraId="55851A5F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Non potranno essere computate in questa voce (attività formative a scelta connesse con la ricerca) le pubblicazioni presentate ai fini dell’ammissione al successivo anno di corso o all’esame finale del Dottorato.</w:t>
      </w:r>
    </w:p>
    <w:p w14:paraId="6E51959C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Attività di tutorato offerta dall’Università Messina debitamente certificata: 3 CFU</w:t>
      </w:r>
    </w:p>
    <w:p w14:paraId="4AE57F7A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Attività di didattica, di didattica integrativa, ivi inclusi i corsi di recupero: 0,5 CFU ogni 6 ore (come risultanti dalla certificazione del docente responsabile dell’insegnamento).</w:t>
      </w:r>
    </w:p>
    <w:p w14:paraId="61584442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Attività di terza missione: 0,5 ogni 4 ore (come risultanti dalla certificazione del docente responsabile dell’iniziativa). </w:t>
      </w:r>
    </w:p>
    <w:p w14:paraId="123F891F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Si precisa che i CFU relativi alle attività formative a scelta in esubero rispetto a quanto previsto per ciascun anno di corso (10 CFU per il I e il II anno e 8 CFU per il III anno) non saranno computati ai fini del raggiungimento della soglia annua di 60 CFU annui.</w:t>
      </w:r>
    </w:p>
    <w:p w14:paraId="7825DAF7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Qualora sussistano impedimenti che non consentano la frequenza delle lezioni (sia comuni sia curricolari), è tollerata una quota di assenze, previa presentazione di idonea documentazione giustificativa, secondo i seguenti termini:</w:t>
      </w:r>
    </w:p>
    <w:p w14:paraId="5F4E2BBE" w14:textId="77777777" w:rsidR="00F216B3" w:rsidRPr="00E87245" w:rsidRDefault="00F216B3" w:rsidP="00F216B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per i </w:t>
      </w:r>
      <w:r w:rsidRPr="00E87245">
        <w:rPr>
          <w:rFonts w:ascii="Times New Roman" w:hAnsi="Times New Roman" w:cs="Times New Roman"/>
          <w:bCs/>
          <w:i/>
          <w:iCs/>
          <w:sz w:val="20"/>
          <w:szCs w:val="20"/>
          <w:u w:val="single"/>
          <w:lang w:val="it-IT"/>
        </w:rPr>
        <w:t>curricula</w:t>
      </w:r>
      <w:r w:rsidRPr="00E87245"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  <w:t xml:space="preserve"> in lingua italiana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, possono essere scomputate complessivamente dalle ore di lezione comuni e curricolari:</w:t>
      </w:r>
      <w:r w:rsidRPr="00E87245"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  <w:t xml:space="preserve"> </w:t>
      </w:r>
    </w:p>
    <w:p w14:paraId="54F0F529" w14:textId="77777777" w:rsidR="00F216B3" w:rsidRPr="00E87245" w:rsidRDefault="00F216B3" w:rsidP="00F216B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 xml:space="preserve">primo anno: max 12 ore;  </w:t>
      </w:r>
    </w:p>
    <w:p w14:paraId="3AF9F744" w14:textId="77777777" w:rsidR="00F216B3" w:rsidRPr="00E87245" w:rsidRDefault="00F216B3" w:rsidP="00F216B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 xml:space="preserve">secondo anno: max 9 ore;   </w:t>
      </w:r>
    </w:p>
    <w:p w14:paraId="228FCF96" w14:textId="77777777" w:rsidR="00F216B3" w:rsidRPr="00E87245" w:rsidRDefault="00F216B3" w:rsidP="00F216B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>terzo anno: max 6 ore.</w:t>
      </w:r>
    </w:p>
    <w:p w14:paraId="021B65D8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</w:p>
    <w:p w14:paraId="64D3AA7C" w14:textId="7722AD54" w:rsidR="00F216B3" w:rsidRPr="00BE6D0A" w:rsidRDefault="00F216B3" w:rsidP="00F216B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Per il quinto </w:t>
      </w:r>
      <w:r w:rsidRPr="00E87245">
        <w:rPr>
          <w:rFonts w:ascii="Times New Roman" w:hAnsi="Times New Roman" w:cs="Times New Roman"/>
          <w:bCs/>
          <w:i/>
          <w:iCs/>
          <w:sz w:val="20"/>
          <w:szCs w:val="20"/>
          <w:lang w:val="it-IT"/>
        </w:rPr>
        <w:t>Curriculum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, in </w:t>
      </w:r>
      <w:r w:rsidRPr="00E87245"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  <w:t>lingua inglese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, possono essere scomputate complessivamente dalle ore di lezione e dai seminari interdisciplinari, multidisciplinari e transdisciplinari:</w:t>
      </w:r>
      <w:r w:rsidRPr="00E87245"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  <w:t xml:space="preserve"> </w:t>
      </w:r>
    </w:p>
    <w:p w14:paraId="274054B4" w14:textId="77777777" w:rsidR="00F216B3" w:rsidRPr="00E87245" w:rsidRDefault="00F216B3" w:rsidP="00F216B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 xml:space="preserve">primo anno: max 12 ore;  </w:t>
      </w:r>
    </w:p>
    <w:p w14:paraId="69FE4851" w14:textId="77777777" w:rsidR="00F216B3" w:rsidRPr="00E87245" w:rsidRDefault="00F216B3" w:rsidP="00F216B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 xml:space="preserve">secondo anno: max 9 ore;   </w:t>
      </w:r>
    </w:p>
    <w:p w14:paraId="5B293DD7" w14:textId="77777777" w:rsidR="00F216B3" w:rsidRPr="00E87245" w:rsidRDefault="00F216B3" w:rsidP="00F216B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>terzo anno: 6 ore.</w:t>
      </w:r>
    </w:p>
    <w:p w14:paraId="466EEF61" w14:textId="583648F4" w:rsidR="00F216B3" w:rsidRPr="00E87245" w:rsidRDefault="00F216B3" w:rsidP="00F216B3">
      <w:pPr>
        <w:pStyle w:val="Testonotaapidipagina"/>
        <w:jc w:val="both"/>
        <w:rPr>
          <w:rFonts w:ascii="Times New Roman" w:hAnsi="Times New Roman" w:cs="Times New Roman"/>
          <w:bCs/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6E525E"/>
    <w:multiLevelType w:val="hybridMultilevel"/>
    <w:tmpl w:val="3D80B71C"/>
    <w:lvl w:ilvl="0" w:tplc="88FA70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D91B89"/>
    <w:multiLevelType w:val="hybridMultilevel"/>
    <w:tmpl w:val="177C5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536CC"/>
    <w:multiLevelType w:val="hybridMultilevel"/>
    <w:tmpl w:val="86D88B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829C1"/>
    <w:multiLevelType w:val="multilevel"/>
    <w:tmpl w:val="36F6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391B74"/>
    <w:multiLevelType w:val="hybridMultilevel"/>
    <w:tmpl w:val="86D88B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743651">
    <w:abstractNumId w:val="8"/>
  </w:num>
  <w:num w:numId="2" w16cid:durableId="1745100580">
    <w:abstractNumId w:val="6"/>
  </w:num>
  <w:num w:numId="3" w16cid:durableId="666978503">
    <w:abstractNumId w:val="5"/>
  </w:num>
  <w:num w:numId="4" w16cid:durableId="2113931454">
    <w:abstractNumId w:val="4"/>
  </w:num>
  <w:num w:numId="5" w16cid:durableId="1514805404">
    <w:abstractNumId w:val="7"/>
  </w:num>
  <w:num w:numId="6" w16cid:durableId="2048018198">
    <w:abstractNumId w:val="3"/>
  </w:num>
  <w:num w:numId="7" w16cid:durableId="1193033102">
    <w:abstractNumId w:val="2"/>
  </w:num>
  <w:num w:numId="8" w16cid:durableId="1704598616">
    <w:abstractNumId w:val="1"/>
  </w:num>
  <w:num w:numId="9" w16cid:durableId="1841768346">
    <w:abstractNumId w:val="0"/>
  </w:num>
  <w:num w:numId="10" w16cid:durableId="1714231098">
    <w:abstractNumId w:val="10"/>
  </w:num>
  <w:num w:numId="11" w16cid:durableId="121965118">
    <w:abstractNumId w:val="12"/>
  </w:num>
  <w:num w:numId="12" w16cid:durableId="1796484763">
    <w:abstractNumId w:val="9"/>
  </w:num>
  <w:num w:numId="13" w16cid:durableId="2046363261">
    <w:abstractNumId w:val="13"/>
  </w:num>
  <w:num w:numId="14" w16cid:durableId="16711051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53"/>
    <w:rsid w:val="00034616"/>
    <w:rsid w:val="0006063C"/>
    <w:rsid w:val="00064353"/>
    <w:rsid w:val="00076B18"/>
    <w:rsid w:val="000A27BA"/>
    <w:rsid w:val="000D5963"/>
    <w:rsid w:val="000D79A6"/>
    <w:rsid w:val="000F48EB"/>
    <w:rsid w:val="00107895"/>
    <w:rsid w:val="0015074B"/>
    <w:rsid w:val="00176DED"/>
    <w:rsid w:val="001D71A0"/>
    <w:rsid w:val="0025135C"/>
    <w:rsid w:val="0029639D"/>
    <w:rsid w:val="002C7F3D"/>
    <w:rsid w:val="00326F90"/>
    <w:rsid w:val="0038577F"/>
    <w:rsid w:val="00463716"/>
    <w:rsid w:val="00497D81"/>
    <w:rsid w:val="00683864"/>
    <w:rsid w:val="006C6377"/>
    <w:rsid w:val="0079327C"/>
    <w:rsid w:val="007C28B0"/>
    <w:rsid w:val="0080278A"/>
    <w:rsid w:val="00842951"/>
    <w:rsid w:val="00855223"/>
    <w:rsid w:val="009D0C2A"/>
    <w:rsid w:val="009D59E8"/>
    <w:rsid w:val="00A41518"/>
    <w:rsid w:val="00A824E9"/>
    <w:rsid w:val="00A864A7"/>
    <w:rsid w:val="00AA1D8D"/>
    <w:rsid w:val="00B110CD"/>
    <w:rsid w:val="00B47730"/>
    <w:rsid w:val="00BD7B67"/>
    <w:rsid w:val="00BE6D0A"/>
    <w:rsid w:val="00C04A9C"/>
    <w:rsid w:val="00C851A6"/>
    <w:rsid w:val="00CB0664"/>
    <w:rsid w:val="00D1750B"/>
    <w:rsid w:val="00DC67A7"/>
    <w:rsid w:val="00DF215C"/>
    <w:rsid w:val="00DF7028"/>
    <w:rsid w:val="00E118D3"/>
    <w:rsid w:val="00E154F0"/>
    <w:rsid w:val="00E33397"/>
    <w:rsid w:val="00E45E38"/>
    <w:rsid w:val="00E71CFF"/>
    <w:rsid w:val="00E87245"/>
    <w:rsid w:val="00E9297F"/>
    <w:rsid w:val="00EA04F1"/>
    <w:rsid w:val="00EA252F"/>
    <w:rsid w:val="00ED6743"/>
    <w:rsid w:val="00F216B3"/>
    <w:rsid w:val="00FC65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AF6110"/>
  <w14:defaultImageDpi w14:val="300"/>
  <w15:docId w15:val="{881E5BAC-9FF0-499D-A660-679B8149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216B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216B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216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1383</Words>
  <Characters>7889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Giuseppina Panebianco</cp:lastModifiedBy>
  <cp:revision>4</cp:revision>
  <dcterms:created xsi:type="dcterms:W3CDTF">2026-09-08T07:43:00Z</dcterms:created>
  <dcterms:modified xsi:type="dcterms:W3CDTF">2026-09-08T07:59:00Z</dcterms:modified>
  <cp:category/>
</cp:coreProperties>
</file>