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95C6D" w14:textId="57942B18" w:rsidR="00076B18" w:rsidRPr="0005568A" w:rsidRDefault="00EA252F" w:rsidP="00076B18">
      <w:pPr>
        <w:spacing w:after="0"/>
        <w:jc w:val="center"/>
      </w:pPr>
      <w:r>
        <w:rPr>
          <w:noProof/>
        </w:rPr>
        <w:drawing>
          <wp:inline distT="0" distB="0" distL="0" distR="0" wp14:anchorId="6A461EE5" wp14:editId="1F1C159A">
            <wp:extent cx="2727830" cy="1188000"/>
            <wp:effectExtent l="0" t="0" r="3175" b="6350"/>
            <wp:docPr id="157754278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7542781" name="Immagine 1577542781"/>
                    <pic:cNvPicPr/>
                  </pic:nvPicPr>
                  <pic:blipFill rotWithShape="1">
                    <a:blip r:embed="rId8"/>
                    <a:srcRect t="6691" b="121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7830" cy="118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B5C320" w14:textId="77777777" w:rsidR="00E87245" w:rsidRDefault="00E87245" w:rsidP="00076B18">
      <w:pPr>
        <w:spacing w:after="0"/>
        <w:jc w:val="center"/>
        <w:rPr>
          <w:rFonts w:ascii="Times New Roman" w:hAnsi="Times New Roman" w:cs="Times New Roman"/>
          <w:b/>
          <w:bCs/>
          <w:smallCaps/>
          <w:sz w:val="28"/>
          <w:szCs w:val="28"/>
          <w:lang w:val="it-IT"/>
        </w:rPr>
      </w:pPr>
    </w:p>
    <w:p w14:paraId="465B8389" w14:textId="07131FC0" w:rsidR="00076B18" w:rsidRPr="00E87245" w:rsidRDefault="00076B18" w:rsidP="00076B18">
      <w:pPr>
        <w:spacing w:after="0"/>
        <w:jc w:val="center"/>
        <w:rPr>
          <w:rFonts w:ascii="Times New Roman" w:hAnsi="Times New Roman" w:cs="Times New Roman"/>
          <w:b/>
          <w:bCs/>
          <w:smallCaps/>
          <w:sz w:val="28"/>
          <w:szCs w:val="28"/>
          <w:lang w:val="it-IT"/>
        </w:rPr>
      </w:pPr>
      <w:r w:rsidRPr="00E87245">
        <w:rPr>
          <w:rFonts w:ascii="Times New Roman" w:hAnsi="Times New Roman" w:cs="Times New Roman"/>
          <w:b/>
          <w:bCs/>
          <w:smallCaps/>
          <w:sz w:val="28"/>
          <w:szCs w:val="28"/>
          <w:lang w:val="it-IT"/>
        </w:rPr>
        <w:t>Università degli Studi di Messina</w:t>
      </w:r>
    </w:p>
    <w:p w14:paraId="3FD1F29D" w14:textId="77777777" w:rsidR="00076B18" w:rsidRPr="00E87245" w:rsidRDefault="00076B18" w:rsidP="00076B18">
      <w:pPr>
        <w:spacing w:after="0"/>
        <w:jc w:val="center"/>
        <w:rPr>
          <w:rFonts w:ascii="Times New Roman" w:hAnsi="Times New Roman" w:cs="Times New Roman"/>
          <w:smallCaps/>
          <w:sz w:val="28"/>
          <w:szCs w:val="28"/>
          <w:lang w:val="it-IT"/>
        </w:rPr>
      </w:pPr>
      <w:r w:rsidRPr="00E87245">
        <w:rPr>
          <w:rFonts w:ascii="Times New Roman" w:hAnsi="Times New Roman" w:cs="Times New Roman"/>
          <w:b/>
          <w:bCs/>
          <w:smallCaps/>
          <w:sz w:val="28"/>
          <w:szCs w:val="28"/>
          <w:lang w:val="it-IT"/>
        </w:rPr>
        <w:t>Dottorato di Ricerca in Scienze Giuridiche</w:t>
      </w:r>
    </w:p>
    <w:p w14:paraId="2C82D385" w14:textId="77777777" w:rsidR="00076B18" w:rsidRPr="00E87245" w:rsidRDefault="00076B18">
      <w:pPr>
        <w:spacing w:after="40"/>
        <w:jc w:val="center"/>
        <w:rPr>
          <w:rFonts w:ascii="Times New Roman" w:hAnsi="Times New Roman" w:cs="Times New Roman"/>
          <w:b/>
          <w:sz w:val="36"/>
          <w:lang w:val="it-IT"/>
        </w:rPr>
      </w:pPr>
    </w:p>
    <w:p w14:paraId="58572914" w14:textId="77777777" w:rsidR="00E71CFF" w:rsidRPr="009D59E8" w:rsidRDefault="00E71CFF" w:rsidP="00E71CFF">
      <w:pPr>
        <w:spacing w:after="40"/>
        <w:jc w:val="center"/>
        <w:rPr>
          <w:rFonts w:ascii="Times New Roman" w:hAnsi="Times New Roman" w:cs="Times New Roman"/>
          <w:b/>
          <w:sz w:val="28"/>
          <w:szCs w:val="28"/>
          <w:lang w:val="it-IT"/>
        </w:rPr>
      </w:pPr>
      <w:r w:rsidRPr="009D59E8">
        <w:rPr>
          <w:rFonts w:ascii="Times New Roman" w:hAnsi="Times New Roman" w:cs="Times New Roman"/>
          <w:b/>
          <w:sz w:val="28"/>
          <w:szCs w:val="28"/>
          <w:lang w:val="it-IT"/>
        </w:rPr>
        <w:t xml:space="preserve">RELAZIONE ANNUALE SULLE ATTIVITÀ SVOLTE </w:t>
      </w:r>
    </w:p>
    <w:p w14:paraId="22CFC154" w14:textId="77777777" w:rsidR="00E71CFF" w:rsidRPr="009D59E8" w:rsidRDefault="00E71CFF" w:rsidP="00E71CFF">
      <w:pPr>
        <w:spacing w:after="40"/>
        <w:jc w:val="center"/>
        <w:rPr>
          <w:rFonts w:ascii="Times New Roman" w:hAnsi="Times New Roman" w:cs="Times New Roman"/>
          <w:b/>
          <w:sz w:val="28"/>
          <w:szCs w:val="28"/>
          <w:lang w:val="it-IT"/>
        </w:rPr>
      </w:pPr>
      <w:r w:rsidRPr="009D59E8">
        <w:rPr>
          <w:rFonts w:ascii="Times New Roman" w:hAnsi="Times New Roman" w:cs="Times New Roman"/>
          <w:b/>
          <w:sz w:val="28"/>
          <w:szCs w:val="28"/>
          <w:lang w:val="it-IT"/>
        </w:rPr>
        <w:t>E SUI RISULTATI CONSEGUITI</w:t>
      </w:r>
    </w:p>
    <w:p w14:paraId="3C546E9E" w14:textId="2882BD5A" w:rsidR="00E71CFF" w:rsidRPr="009D59E8" w:rsidRDefault="00E71CFF">
      <w:pPr>
        <w:spacing w:after="40"/>
        <w:jc w:val="center"/>
        <w:rPr>
          <w:rFonts w:ascii="Times New Roman" w:hAnsi="Times New Roman" w:cs="Times New Roman"/>
          <w:sz w:val="28"/>
          <w:szCs w:val="28"/>
          <w:lang w:val="it-IT"/>
        </w:rPr>
      </w:pPr>
      <w:r w:rsidRPr="009D59E8">
        <w:rPr>
          <w:rFonts w:ascii="Times New Roman" w:hAnsi="Times New Roman" w:cs="Times New Roman"/>
          <w:b/>
          <w:sz w:val="28"/>
          <w:szCs w:val="28"/>
          <w:lang w:val="it-IT"/>
        </w:rPr>
        <w:t xml:space="preserve">Ciclo XLII </w:t>
      </w:r>
    </w:p>
    <w:p w14:paraId="2E6FB2C8" w14:textId="73F1E188" w:rsidR="00176DED" w:rsidRPr="00E87245" w:rsidRDefault="000F48EB" w:rsidP="00E87245">
      <w:pPr>
        <w:keepNext/>
        <w:shd w:val="clear" w:color="auto" w:fill="DBE5F1" w:themeFill="accent1" w:themeFillTint="33"/>
        <w:spacing w:before="320" w:after="120"/>
        <w:rPr>
          <w:rFonts w:ascii="Times New Roman" w:hAnsi="Times New Roman" w:cs="Times New Roman"/>
        </w:rPr>
      </w:pPr>
      <w:r w:rsidRPr="00E87245">
        <w:rPr>
          <w:rFonts w:ascii="Times New Roman" w:hAnsi="Times New Roman" w:cs="Times New Roman"/>
          <w:b/>
          <w:sz w:val="28"/>
        </w:rPr>
        <w:t xml:space="preserve">Dati </w:t>
      </w:r>
      <w:proofErr w:type="spellStart"/>
      <w:r w:rsidRPr="00E87245">
        <w:rPr>
          <w:rFonts w:ascii="Times New Roman" w:hAnsi="Times New Roman" w:cs="Times New Roman"/>
          <w:b/>
          <w:sz w:val="28"/>
        </w:rPr>
        <w:t>Anagrafici</w:t>
      </w:r>
      <w:proofErr w:type="spellEnd"/>
      <w:r w:rsidRPr="00E87245">
        <w:rPr>
          <w:rFonts w:ascii="Times New Roman" w:hAnsi="Times New Roman" w:cs="Times New Roman"/>
          <w:b/>
          <w:sz w:val="28"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3"/>
        <w:gridCol w:w="6074"/>
      </w:tblGrid>
      <w:tr w:rsidR="00176DED" w:rsidRPr="00E87245" w14:paraId="07B3372F" w14:textId="77777777" w:rsidTr="00E87245">
        <w:trPr>
          <w:jc w:val="center"/>
        </w:trPr>
        <w:tc>
          <w:tcPr>
            <w:tcW w:w="1974" w:type="pct"/>
          </w:tcPr>
          <w:p w14:paraId="0E2A748E" w14:textId="0A3AD024" w:rsidR="00176DED" w:rsidRPr="00DF7028" w:rsidRDefault="000F48EB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DF702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Nome e </w:t>
            </w:r>
            <w:proofErr w:type="spellStart"/>
            <w:r w:rsidRPr="00DF7028">
              <w:rPr>
                <w:rFonts w:ascii="Times New Roman" w:hAnsi="Times New Roman" w:cs="Times New Roman"/>
                <w:b/>
                <w:sz w:val="20"/>
                <w:szCs w:val="20"/>
              </w:rPr>
              <w:t>Cognome</w:t>
            </w:r>
            <w:proofErr w:type="spellEnd"/>
            <w:r w:rsidRPr="00DF7028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3026" w:type="pct"/>
          </w:tcPr>
          <w:p w14:paraId="0DC63385" w14:textId="2D3F09D7" w:rsidR="00176DED" w:rsidRPr="00DF7028" w:rsidRDefault="00176DED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6DED" w:rsidRPr="002304AB" w14:paraId="1118C680" w14:textId="77777777" w:rsidTr="00E87245">
        <w:trPr>
          <w:jc w:val="center"/>
        </w:trPr>
        <w:tc>
          <w:tcPr>
            <w:tcW w:w="1974" w:type="pct"/>
          </w:tcPr>
          <w:p w14:paraId="0158AC97" w14:textId="77777777" w:rsidR="00176DED" w:rsidRPr="00DF7028" w:rsidRDefault="000F48EB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DF7028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Ciclo di Dottorato e Anno di Corso:</w:t>
            </w:r>
          </w:p>
        </w:tc>
        <w:tc>
          <w:tcPr>
            <w:tcW w:w="3026" w:type="pct"/>
          </w:tcPr>
          <w:p w14:paraId="41E1DE45" w14:textId="27165239" w:rsidR="00176DED" w:rsidRPr="00DF7028" w:rsidRDefault="00176DED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176DED" w:rsidRPr="00E87245" w14:paraId="2A935B13" w14:textId="77777777" w:rsidTr="00E87245">
        <w:trPr>
          <w:jc w:val="center"/>
        </w:trPr>
        <w:tc>
          <w:tcPr>
            <w:tcW w:w="1974" w:type="pct"/>
          </w:tcPr>
          <w:p w14:paraId="7E83DBBC" w14:textId="3EE9524E" w:rsidR="00176DED" w:rsidRPr="00DF7028" w:rsidRDefault="000D79A6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DF7028">
              <w:rPr>
                <w:rFonts w:ascii="Times New Roman" w:hAnsi="Times New Roman" w:cs="Times New Roman"/>
                <w:b/>
                <w:sz w:val="20"/>
                <w:szCs w:val="20"/>
              </w:rPr>
              <w:t>Curriculum:</w:t>
            </w:r>
          </w:p>
        </w:tc>
        <w:tc>
          <w:tcPr>
            <w:tcW w:w="3026" w:type="pct"/>
          </w:tcPr>
          <w:p w14:paraId="2391C731" w14:textId="025BFD20" w:rsidR="00176DED" w:rsidRPr="00DF7028" w:rsidRDefault="00176DED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176DED" w:rsidRPr="00E87245" w14:paraId="0A0E700B" w14:textId="77777777" w:rsidTr="00E87245">
        <w:trPr>
          <w:jc w:val="center"/>
        </w:trPr>
        <w:tc>
          <w:tcPr>
            <w:tcW w:w="1974" w:type="pct"/>
          </w:tcPr>
          <w:p w14:paraId="7219AB2F" w14:textId="79A00B18" w:rsidR="00176DED" w:rsidRPr="00DF7028" w:rsidRDefault="00076B18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DF7028">
              <w:rPr>
                <w:rFonts w:ascii="Times New Roman" w:hAnsi="Times New Roman" w:cs="Times New Roman"/>
                <w:b/>
                <w:sz w:val="20"/>
                <w:szCs w:val="20"/>
              </w:rPr>
              <w:t>Supervisor:</w:t>
            </w:r>
          </w:p>
        </w:tc>
        <w:tc>
          <w:tcPr>
            <w:tcW w:w="3026" w:type="pct"/>
          </w:tcPr>
          <w:p w14:paraId="5DC92E9F" w14:textId="1E51932E" w:rsidR="00176DED" w:rsidRPr="00DF7028" w:rsidRDefault="00176DED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076B18" w:rsidRPr="00E87245" w14:paraId="2951F024" w14:textId="77777777" w:rsidTr="00E87245">
        <w:trPr>
          <w:jc w:val="center"/>
        </w:trPr>
        <w:tc>
          <w:tcPr>
            <w:tcW w:w="1974" w:type="pct"/>
          </w:tcPr>
          <w:p w14:paraId="3FB88630" w14:textId="0323AC3D" w:rsidR="00076B18" w:rsidRPr="00DF7028" w:rsidRDefault="00076B18" w:rsidP="00076B18">
            <w:pPr>
              <w:spacing w:before="80" w:after="8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7028">
              <w:rPr>
                <w:rFonts w:ascii="Times New Roman" w:hAnsi="Times New Roman" w:cs="Times New Roman"/>
                <w:b/>
                <w:sz w:val="20"/>
                <w:szCs w:val="20"/>
              </w:rPr>
              <w:t>Co-Supervisor:</w:t>
            </w:r>
          </w:p>
        </w:tc>
        <w:tc>
          <w:tcPr>
            <w:tcW w:w="3026" w:type="pct"/>
          </w:tcPr>
          <w:p w14:paraId="2500C352" w14:textId="475C4AAF" w:rsidR="00076B18" w:rsidRPr="00DF7028" w:rsidRDefault="00076B18" w:rsidP="00076B18">
            <w:pPr>
              <w:spacing w:before="80" w:after="80"/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</w:p>
        </w:tc>
      </w:tr>
      <w:tr w:rsidR="00076B18" w:rsidRPr="00E87245" w14:paraId="1E9E7BED" w14:textId="77777777" w:rsidTr="00E87245">
        <w:trPr>
          <w:jc w:val="center"/>
        </w:trPr>
        <w:tc>
          <w:tcPr>
            <w:tcW w:w="1974" w:type="pct"/>
          </w:tcPr>
          <w:p w14:paraId="1CB23CAE" w14:textId="38E2E82D" w:rsidR="00076B18" w:rsidRPr="00DF7028" w:rsidRDefault="00076B18" w:rsidP="00076B18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DF7028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Progetto di Ricerca:</w:t>
            </w:r>
          </w:p>
        </w:tc>
        <w:tc>
          <w:tcPr>
            <w:tcW w:w="3026" w:type="pct"/>
          </w:tcPr>
          <w:p w14:paraId="7CCEA50A" w14:textId="69489E86" w:rsidR="00076B18" w:rsidRPr="00DF7028" w:rsidRDefault="00076B18" w:rsidP="00076B18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076B18" w:rsidRPr="00E87245" w14:paraId="3EF4ACE9" w14:textId="77777777" w:rsidTr="00E87245">
        <w:trPr>
          <w:jc w:val="center"/>
        </w:trPr>
        <w:tc>
          <w:tcPr>
            <w:tcW w:w="1974" w:type="pct"/>
          </w:tcPr>
          <w:p w14:paraId="46CB3DA8" w14:textId="2503E7A8" w:rsidR="00076B18" w:rsidRPr="00DF7028" w:rsidRDefault="00076B18" w:rsidP="00DF7028">
            <w:pPr>
              <w:spacing w:before="80" w:after="80"/>
              <w:ind w:right="154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  <w:r w:rsidRPr="00DF7028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 xml:space="preserve">Periodo di riferimento della rendicontazione: </w:t>
            </w:r>
          </w:p>
        </w:tc>
        <w:tc>
          <w:tcPr>
            <w:tcW w:w="3026" w:type="pct"/>
          </w:tcPr>
          <w:p w14:paraId="7E091EEF" w14:textId="523A76E1" w:rsidR="00076B18" w:rsidRPr="00DF7028" w:rsidRDefault="00E87245" w:rsidP="00076B18">
            <w:pPr>
              <w:spacing w:before="80" w:after="80"/>
              <w:jc w:val="both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DF7028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Dal ____/____ /______ al ____ / ____/______</w:t>
            </w:r>
          </w:p>
        </w:tc>
      </w:tr>
    </w:tbl>
    <w:p w14:paraId="41050059" w14:textId="77777777" w:rsidR="00176DED" w:rsidRPr="00E87245" w:rsidRDefault="00176DED">
      <w:pPr>
        <w:rPr>
          <w:rFonts w:ascii="Times New Roman" w:hAnsi="Times New Roman" w:cs="Times New Roman"/>
          <w:lang w:val="it-IT"/>
        </w:rPr>
      </w:pPr>
    </w:p>
    <w:p w14:paraId="77EB3A95" w14:textId="77777777" w:rsidR="00176DED" w:rsidRPr="00E87245" w:rsidRDefault="000F48EB" w:rsidP="00E87245">
      <w:pPr>
        <w:keepNext/>
        <w:shd w:val="clear" w:color="auto" w:fill="DBE5F1" w:themeFill="accent1" w:themeFillTint="33"/>
        <w:spacing w:before="320" w:after="120"/>
        <w:rPr>
          <w:rFonts w:ascii="Times New Roman" w:hAnsi="Times New Roman" w:cs="Times New Roman"/>
          <w:lang w:val="it-IT"/>
        </w:rPr>
      </w:pPr>
      <w:r w:rsidRPr="00E87245">
        <w:rPr>
          <w:rFonts w:ascii="Times New Roman" w:hAnsi="Times New Roman" w:cs="Times New Roman"/>
          <w:b/>
          <w:sz w:val="28"/>
          <w:lang w:val="it-IT"/>
        </w:rPr>
        <w:t>1. Attività Formative Svolte</w:t>
      </w:r>
    </w:p>
    <w:p w14:paraId="4D1D5A4C" w14:textId="28DEE7EC" w:rsidR="00176DED" w:rsidRPr="00DF7028" w:rsidRDefault="000F48EB">
      <w:pPr>
        <w:keepNext/>
        <w:spacing w:before="200" w:after="80"/>
        <w:rPr>
          <w:rFonts w:ascii="Times New Roman" w:hAnsi="Times New Roman" w:cs="Times New Roman"/>
          <w:sz w:val="24"/>
          <w:szCs w:val="24"/>
          <w:lang w:val="it-IT"/>
        </w:rPr>
      </w:pPr>
      <w:r w:rsidRPr="00DF7028">
        <w:rPr>
          <w:rFonts w:ascii="Times New Roman" w:hAnsi="Times New Roman" w:cs="Times New Roman"/>
          <w:b/>
          <w:sz w:val="24"/>
          <w:szCs w:val="24"/>
          <w:lang w:val="it-IT"/>
        </w:rPr>
        <w:t>A.</w:t>
      </w:r>
      <w:r w:rsidR="00E71CFF" w:rsidRPr="00DF7028">
        <w:rPr>
          <w:rFonts w:ascii="Times New Roman" w:hAnsi="Times New Roman" w:cs="Times New Roman"/>
          <w:b/>
          <w:sz w:val="24"/>
          <w:szCs w:val="24"/>
          <w:lang w:val="it-IT"/>
        </w:rPr>
        <w:t xml:space="preserve"> Lezioni c</w:t>
      </w:r>
      <w:r w:rsidRPr="00DF7028">
        <w:rPr>
          <w:rFonts w:ascii="Times New Roman" w:hAnsi="Times New Roman" w:cs="Times New Roman"/>
          <w:b/>
          <w:sz w:val="24"/>
          <w:szCs w:val="24"/>
          <w:lang w:val="it-IT"/>
        </w:rPr>
        <w:t>omun</w:t>
      </w:r>
      <w:r w:rsidR="00E71CFF" w:rsidRPr="00DF7028">
        <w:rPr>
          <w:rFonts w:ascii="Times New Roman" w:hAnsi="Times New Roman" w:cs="Times New Roman"/>
          <w:b/>
          <w:sz w:val="24"/>
          <w:szCs w:val="24"/>
          <w:lang w:val="it-IT"/>
        </w:rPr>
        <w:t>i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1"/>
        <w:gridCol w:w="4723"/>
        <w:gridCol w:w="2658"/>
        <w:gridCol w:w="885"/>
      </w:tblGrid>
      <w:tr w:rsidR="00176DED" w:rsidRPr="00E87245" w14:paraId="5E4B25FE" w14:textId="77777777" w:rsidTr="00E87245">
        <w:trPr>
          <w:jc w:val="center"/>
        </w:trPr>
        <w:tc>
          <w:tcPr>
            <w:tcW w:w="882" w:type="pct"/>
            <w:shd w:val="clear" w:color="auto" w:fill="F0F4F8"/>
            <w:vAlign w:val="center"/>
          </w:tcPr>
          <w:p w14:paraId="7A1DF883" w14:textId="77777777" w:rsidR="00176DED" w:rsidRPr="00ED6743" w:rsidRDefault="000F48EB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353" w:type="pct"/>
            <w:shd w:val="clear" w:color="auto" w:fill="F0F4F8"/>
            <w:vAlign w:val="center"/>
          </w:tcPr>
          <w:p w14:paraId="6AD3B0CC" w14:textId="77777777" w:rsidR="00176DED" w:rsidRPr="00ED6743" w:rsidRDefault="000F48EB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Titolo / </w:t>
            </w:r>
            <w:proofErr w:type="spellStart"/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Descrizione</w:t>
            </w:r>
            <w:proofErr w:type="spellEnd"/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Modulo </w:t>
            </w:r>
            <w:proofErr w:type="spellStart"/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Formativo</w:t>
            </w:r>
            <w:proofErr w:type="spellEnd"/>
          </w:p>
        </w:tc>
        <w:tc>
          <w:tcPr>
            <w:tcW w:w="1324" w:type="pct"/>
            <w:shd w:val="clear" w:color="auto" w:fill="F0F4F8"/>
            <w:vAlign w:val="center"/>
          </w:tcPr>
          <w:p w14:paraId="56328203" w14:textId="77777777" w:rsidR="00176DED" w:rsidRPr="00ED6743" w:rsidRDefault="000F48EB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Docente</w:t>
            </w:r>
            <w:proofErr w:type="spellEnd"/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Organizzatore</w:t>
            </w:r>
          </w:p>
        </w:tc>
        <w:tc>
          <w:tcPr>
            <w:tcW w:w="441" w:type="pct"/>
            <w:shd w:val="clear" w:color="auto" w:fill="F0F4F8"/>
            <w:vAlign w:val="center"/>
          </w:tcPr>
          <w:p w14:paraId="6AB28953" w14:textId="77777777" w:rsidR="00176DED" w:rsidRPr="00ED6743" w:rsidRDefault="000F48EB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Ore</w:t>
            </w:r>
          </w:p>
        </w:tc>
      </w:tr>
      <w:tr w:rsidR="00176DED" w:rsidRPr="00E87245" w14:paraId="49219A6E" w14:textId="77777777" w:rsidTr="00E87245">
        <w:trPr>
          <w:jc w:val="center"/>
        </w:trPr>
        <w:tc>
          <w:tcPr>
            <w:tcW w:w="882" w:type="pct"/>
            <w:vAlign w:val="center"/>
          </w:tcPr>
          <w:p w14:paraId="03FD703F" w14:textId="29435A14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2CC7D4BD" w14:textId="77777777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093924D0" w14:textId="77777777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70460458" w14:textId="552F102E" w:rsidR="00176DED" w:rsidRPr="00ED6743" w:rsidRDefault="00176DED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6DED" w:rsidRPr="00E87245" w14:paraId="4AAEFF24" w14:textId="77777777" w:rsidTr="00E87245">
        <w:trPr>
          <w:jc w:val="center"/>
        </w:trPr>
        <w:tc>
          <w:tcPr>
            <w:tcW w:w="882" w:type="pct"/>
            <w:vAlign w:val="center"/>
          </w:tcPr>
          <w:p w14:paraId="292E4E8C" w14:textId="43A35422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70880981" w14:textId="77777777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2DE17FFE" w14:textId="77777777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3EF7FCEE" w14:textId="098C9260" w:rsidR="00176DED" w:rsidRPr="00ED6743" w:rsidRDefault="00176DED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245" w:rsidRPr="00E87245" w14:paraId="366A0FD2" w14:textId="77777777" w:rsidTr="00E87245">
        <w:trPr>
          <w:jc w:val="center"/>
        </w:trPr>
        <w:tc>
          <w:tcPr>
            <w:tcW w:w="882" w:type="pct"/>
            <w:vAlign w:val="center"/>
          </w:tcPr>
          <w:p w14:paraId="61F0A50D" w14:textId="77777777" w:rsidR="00E87245" w:rsidRPr="00ED6743" w:rsidRDefault="00E8724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67F8BDB6" w14:textId="77777777" w:rsidR="00E87245" w:rsidRPr="00ED6743" w:rsidRDefault="00E8724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4C92CEBA" w14:textId="77777777" w:rsidR="00E87245" w:rsidRPr="00ED6743" w:rsidRDefault="00E8724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371186B8" w14:textId="77777777" w:rsidR="00E87245" w:rsidRPr="00ED6743" w:rsidRDefault="00E87245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245" w:rsidRPr="00E87245" w14:paraId="100B7332" w14:textId="77777777" w:rsidTr="00E87245">
        <w:trPr>
          <w:jc w:val="center"/>
        </w:trPr>
        <w:tc>
          <w:tcPr>
            <w:tcW w:w="882" w:type="pct"/>
            <w:vAlign w:val="center"/>
          </w:tcPr>
          <w:p w14:paraId="39354795" w14:textId="77777777" w:rsidR="00E87245" w:rsidRPr="00ED6743" w:rsidRDefault="00E8724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4C07FCF0" w14:textId="77777777" w:rsidR="00E87245" w:rsidRPr="00ED6743" w:rsidRDefault="00E8724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697F6CE9" w14:textId="77777777" w:rsidR="00E87245" w:rsidRPr="00ED6743" w:rsidRDefault="00E8724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58820BCC" w14:textId="77777777" w:rsidR="00E87245" w:rsidRPr="00ED6743" w:rsidRDefault="00E87245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245" w:rsidRPr="00E87245" w14:paraId="1D54B1A0" w14:textId="77777777" w:rsidTr="00E87245">
        <w:trPr>
          <w:jc w:val="center"/>
        </w:trPr>
        <w:tc>
          <w:tcPr>
            <w:tcW w:w="882" w:type="pct"/>
            <w:vAlign w:val="center"/>
          </w:tcPr>
          <w:p w14:paraId="1A932BAE" w14:textId="77777777" w:rsidR="00E87245" w:rsidRPr="00ED6743" w:rsidRDefault="00E8724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1AFF7AF8" w14:textId="77777777" w:rsidR="00E87245" w:rsidRPr="00ED6743" w:rsidRDefault="00E8724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561D3DE1" w14:textId="77777777" w:rsidR="00E87245" w:rsidRPr="00ED6743" w:rsidRDefault="00E8724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3ADBCD03" w14:textId="77777777" w:rsidR="00E87245" w:rsidRPr="00ED6743" w:rsidRDefault="00E87245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67EE943" w14:textId="2325E12C" w:rsidR="00176DED" w:rsidRPr="00DF7028" w:rsidRDefault="000F48EB">
      <w:pPr>
        <w:keepNext/>
        <w:spacing w:before="200" w:after="80"/>
        <w:rPr>
          <w:rFonts w:ascii="Times New Roman" w:hAnsi="Times New Roman" w:cs="Times New Roman"/>
          <w:sz w:val="24"/>
          <w:szCs w:val="24"/>
        </w:rPr>
      </w:pPr>
      <w:r w:rsidRPr="00DF702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B. </w:t>
      </w:r>
      <w:proofErr w:type="spellStart"/>
      <w:r w:rsidRPr="00DF7028">
        <w:rPr>
          <w:rFonts w:ascii="Times New Roman" w:hAnsi="Times New Roman" w:cs="Times New Roman"/>
          <w:b/>
          <w:sz w:val="24"/>
          <w:szCs w:val="24"/>
        </w:rPr>
        <w:t>Lezioni</w:t>
      </w:r>
      <w:proofErr w:type="spellEnd"/>
      <w:r w:rsidRPr="00DF702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71CFF" w:rsidRPr="00DF7028">
        <w:rPr>
          <w:rFonts w:ascii="Times New Roman" w:hAnsi="Times New Roman" w:cs="Times New Roman"/>
          <w:b/>
          <w:sz w:val="24"/>
          <w:szCs w:val="24"/>
        </w:rPr>
        <w:t>c</w:t>
      </w:r>
      <w:r w:rsidRPr="00DF7028">
        <w:rPr>
          <w:rFonts w:ascii="Times New Roman" w:hAnsi="Times New Roman" w:cs="Times New Roman"/>
          <w:b/>
          <w:sz w:val="24"/>
          <w:szCs w:val="24"/>
        </w:rPr>
        <w:t>urricolari</w:t>
      </w:r>
      <w:proofErr w:type="spellEnd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1"/>
        <w:gridCol w:w="4723"/>
        <w:gridCol w:w="2658"/>
        <w:gridCol w:w="885"/>
      </w:tblGrid>
      <w:tr w:rsidR="00176DED" w:rsidRPr="00E87245" w14:paraId="6E9B4C65" w14:textId="77777777" w:rsidTr="00E87245">
        <w:trPr>
          <w:jc w:val="center"/>
        </w:trPr>
        <w:tc>
          <w:tcPr>
            <w:tcW w:w="882" w:type="pct"/>
            <w:shd w:val="clear" w:color="auto" w:fill="F0F4F8"/>
            <w:vAlign w:val="center"/>
          </w:tcPr>
          <w:p w14:paraId="3DC7795F" w14:textId="77777777" w:rsidR="00176DED" w:rsidRPr="00ED6743" w:rsidRDefault="000F48EB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353" w:type="pct"/>
            <w:shd w:val="clear" w:color="auto" w:fill="F0F4F8"/>
            <w:vAlign w:val="center"/>
          </w:tcPr>
          <w:p w14:paraId="2887F6AC" w14:textId="77777777" w:rsidR="00176DED" w:rsidRPr="00ED6743" w:rsidRDefault="000F48EB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Insegnamento</w:t>
            </w:r>
            <w:proofErr w:type="spellEnd"/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Corso </w:t>
            </w:r>
            <w:proofErr w:type="spellStart"/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Curricolare</w:t>
            </w:r>
            <w:proofErr w:type="spellEnd"/>
          </w:p>
        </w:tc>
        <w:tc>
          <w:tcPr>
            <w:tcW w:w="1324" w:type="pct"/>
            <w:shd w:val="clear" w:color="auto" w:fill="F0F4F8"/>
            <w:vAlign w:val="center"/>
          </w:tcPr>
          <w:p w14:paraId="030EF111" w14:textId="77777777" w:rsidR="00176DED" w:rsidRPr="00ED6743" w:rsidRDefault="000F48EB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Docente</w:t>
            </w:r>
            <w:proofErr w:type="spellEnd"/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Dipartimento</w:t>
            </w:r>
          </w:p>
        </w:tc>
        <w:tc>
          <w:tcPr>
            <w:tcW w:w="441" w:type="pct"/>
            <w:shd w:val="clear" w:color="auto" w:fill="F0F4F8"/>
            <w:vAlign w:val="center"/>
          </w:tcPr>
          <w:p w14:paraId="6F42BEB6" w14:textId="77777777" w:rsidR="00176DED" w:rsidRPr="00ED6743" w:rsidRDefault="000F48EB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Ore</w:t>
            </w:r>
          </w:p>
        </w:tc>
      </w:tr>
      <w:tr w:rsidR="00176DED" w:rsidRPr="00E87245" w14:paraId="461F85AE" w14:textId="77777777" w:rsidTr="00E87245">
        <w:trPr>
          <w:jc w:val="center"/>
        </w:trPr>
        <w:tc>
          <w:tcPr>
            <w:tcW w:w="882" w:type="pct"/>
            <w:vAlign w:val="center"/>
          </w:tcPr>
          <w:p w14:paraId="56CEAE69" w14:textId="5CD19819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5205C564" w14:textId="77777777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42725F99" w14:textId="77777777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38CA5B5B" w14:textId="70D8224C" w:rsidR="00176DED" w:rsidRPr="00ED6743" w:rsidRDefault="00176DED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6DED" w:rsidRPr="00E87245" w14:paraId="7679AFB2" w14:textId="77777777" w:rsidTr="00E87245">
        <w:trPr>
          <w:jc w:val="center"/>
        </w:trPr>
        <w:tc>
          <w:tcPr>
            <w:tcW w:w="882" w:type="pct"/>
            <w:vAlign w:val="center"/>
          </w:tcPr>
          <w:p w14:paraId="425832F6" w14:textId="273811C3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4CA7DD89" w14:textId="77777777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5EEAA643" w14:textId="77777777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6AF93BD8" w14:textId="2EA8AB02" w:rsidR="00176DED" w:rsidRPr="00ED6743" w:rsidRDefault="00176DED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245" w:rsidRPr="00E87245" w14:paraId="52A507E9" w14:textId="77777777" w:rsidTr="00E87245">
        <w:trPr>
          <w:jc w:val="center"/>
        </w:trPr>
        <w:tc>
          <w:tcPr>
            <w:tcW w:w="882" w:type="pct"/>
            <w:vAlign w:val="center"/>
          </w:tcPr>
          <w:p w14:paraId="5214D50D" w14:textId="77777777" w:rsidR="00E87245" w:rsidRPr="00ED6743" w:rsidRDefault="00E8724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043E2ACB" w14:textId="77777777" w:rsidR="00E87245" w:rsidRPr="00ED6743" w:rsidRDefault="00E8724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5FFC63C5" w14:textId="77777777" w:rsidR="00E87245" w:rsidRPr="00ED6743" w:rsidRDefault="00E8724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708C54FB" w14:textId="77777777" w:rsidR="00E87245" w:rsidRPr="00ED6743" w:rsidRDefault="00E87245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245" w:rsidRPr="00E87245" w14:paraId="11879E1F" w14:textId="77777777" w:rsidTr="00E87245">
        <w:trPr>
          <w:jc w:val="center"/>
        </w:trPr>
        <w:tc>
          <w:tcPr>
            <w:tcW w:w="882" w:type="pct"/>
            <w:vAlign w:val="center"/>
          </w:tcPr>
          <w:p w14:paraId="57DA8CD6" w14:textId="77777777" w:rsidR="00E87245" w:rsidRPr="00ED6743" w:rsidRDefault="00E8724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7659C94D" w14:textId="77777777" w:rsidR="00E87245" w:rsidRPr="00ED6743" w:rsidRDefault="00E8724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6D8C8DD3" w14:textId="77777777" w:rsidR="00E87245" w:rsidRPr="00ED6743" w:rsidRDefault="00E8724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4429C56C" w14:textId="77777777" w:rsidR="00E87245" w:rsidRPr="00ED6743" w:rsidRDefault="00E87245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245" w:rsidRPr="00E87245" w14:paraId="27846385" w14:textId="77777777" w:rsidTr="00E87245">
        <w:trPr>
          <w:jc w:val="center"/>
        </w:trPr>
        <w:tc>
          <w:tcPr>
            <w:tcW w:w="882" w:type="pct"/>
            <w:vAlign w:val="center"/>
          </w:tcPr>
          <w:p w14:paraId="7E87A98A" w14:textId="77777777" w:rsidR="00E87245" w:rsidRPr="00ED6743" w:rsidRDefault="00E8724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35800C71" w14:textId="77777777" w:rsidR="00E87245" w:rsidRPr="00ED6743" w:rsidRDefault="00E8724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0C6A27E4" w14:textId="77777777" w:rsidR="00E87245" w:rsidRPr="00ED6743" w:rsidRDefault="00E8724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5F890B53" w14:textId="77777777" w:rsidR="00E87245" w:rsidRPr="00ED6743" w:rsidRDefault="00E87245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3E893A0" w14:textId="77777777" w:rsidR="00C851A6" w:rsidRDefault="00C851A6">
      <w:pPr>
        <w:keepNext/>
        <w:spacing w:before="200" w:after="80"/>
        <w:rPr>
          <w:rFonts w:ascii="Times New Roman" w:hAnsi="Times New Roman" w:cs="Times New Roman"/>
          <w:b/>
          <w:lang w:val="it-IT"/>
        </w:rPr>
      </w:pPr>
    </w:p>
    <w:p w14:paraId="355644F6" w14:textId="38454158" w:rsidR="00176DED" w:rsidRPr="00DF7028" w:rsidRDefault="000F48EB">
      <w:pPr>
        <w:keepNext/>
        <w:spacing w:before="200" w:after="80"/>
        <w:rPr>
          <w:rFonts w:ascii="Times New Roman" w:hAnsi="Times New Roman" w:cs="Times New Roman"/>
          <w:sz w:val="24"/>
          <w:szCs w:val="24"/>
          <w:lang w:val="it-IT"/>
        </w:rPr>
      </w:pPr>
      <w:r w:rsidRPr="00DF7028">
        <w:rPr>
          <w:rFonts w:ascii="Times New Roman" w:hAnsi="Times New Roman" w:cs="Times New Roman"/>
          <w:b/>
          <w:sz w:val="24"/>
          <w:szCs w:val="24"/>
          <w:lang w:val="it-IT"/>
        </w:rPr>
        <w:t xml:space="preserve">C. Seminari </w:t>
      </w:r>
      <w:r w:rsidR="00E71CFF" w:rsidRPr="00DF7028">
        <w:rPr>
          <w:rFonts w:ascii="Times New Roman" w:hAnsi="Times New Roman" w:cs="Times New Roman"/>
          <w:b/>
          <w:sz w:val="24"/>
          <w:szCs w:val="24"/>
          <w:lang w:val="it-IT"/>
        </w:rPr>
        <w:t>i</w:t>
      </w:r>
      <w:r w:rsidRPr="00DF7028">
        <w:rPr>
          <w:rFonts w:ascii="Times New Roman" w:hAnsi="Times New Roman" w:cs="Times New Roman"/>
          <w:b/>
          <w:sz w:val="24"/>
          <w:szCs w:val="24"/>
          <w:lang w:val="it-IT"/>
        </w:rPr>
        <w:t>nterdisciplinari</w:t>
      </w:r>
      <w:r w:rsidR="00DF215C" w:rsidRPr="00DF7028">
        <w:rPr>
          <w:rFonts w:ascii="Times New Roman" w:hAnsi="Times New Roman" w:cs="Times New Roman"/>
          <w:b/>
          <w:sz w:val="24"/>
          <w:szCs w:val="24"/>
          <w:lang w:val="it-IT"/>
        </w:rPr>
        <w:t>, multidisciplinari e transdisciplinari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1"/>
        <w:gridCol w:w="4723"/>
        <w:gridCol w:w="2658"/>
        <w:gridCol w:w="885"/>
      </w:tblGrid>
      <w:tr w:rsidR="00176DED" w:rsidRPr="00E87245" w14:paraId="1DCABA8A" w14:textId="77777777" w:rsidTr="00E87245">
        <w:trPr>
          <w:jc w:val="center"/>
        </w:trPr>
        <w:tc>
          <w:tcPr>
            <w:tcW w:w="882" w:type="pct"/>
            <w:shd w:val="clear" w:color="auto" w:fill="F0F4F8"/>
            <w:vAlign w:val="center"/>
          </w:tcPr>
          <w:p w14:paraId="49A0709A" w14:textId="77777777" w:rsidR="00176DED" w:rsidRPr="00ED6743" w:rsidRDefault="000F48EB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353" w:type="pct"/>
            <w:shd w:val="clear" w:color="auto" w:fill="F0F4F8"/>
            <w:vAlign w:val="center"/>
          </w:tcPr>
          <w:p w14:paraId="2B0C989E" w14:textId="77777777" w:rsidR="00176DED" w:rsidRPr="00ED6743" w:rsidRDefault="000F48EB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Titolo del Seminario</w:t>
            </w:r>
          </w:p>
        </w:tc>
        <w:tc>
          <w:tcPr>
            <w:tcW w:w="1324" w:type="pct"/>
            <w:shd w:val="clear" w:color="auto" w:fill="F0F4F8"/>
            <w:vAlign w:val="center"/>
          </w:tcPr>
          <w:p w14:paraId="1D47A29E" w14:textId="77777777" w:rsidR="00176DED" w:rsidRPr="00ED6743" w:rsidRDefault="000F48EB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Relatore</w:t>
            </w:r>
            <w:proofErr w:type="spellEnd"/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Ente Organizzatore</w:t>
            </w:r>
          </w:p>
        </w:tc>
        <w:tc>
          <w:tcPr>
            <w:tcW w:w="441" w:type="pct"/>
            <w:shd w:val="clear" w:color="auto" w:fill="F0F4F8"/>
            <w:vAlign w:val="center"/>
          </w:tcPr>
          <w:p w14:paraId="60364A3C" w14:textId="77777777" w:rsidR="00176DED" w:rsidRPr="00ED6743" w:rsidRDefault="000F48EB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Ore</w:t>
            </w:r>
          </w:p>
        </w:tc>
      </w:tr>
      <w:tr w:rsidR="00176DED" w:rsidRPr="00E87245" w14:paraId="46F2A7C9" w14:textId="77777777" w:rsidTr="00E87245">
        <w:trPr>
          <w:jc w:val="center"/>
        </w:trPr>
        <w:tc>
          <w:tcPr>
            <w:tcW w:w="882" w:type="pct"/>
            <w:vAlign w:val="center"/>
          </w:tcPr>
          <w:p w14:paraId="0562F257" w14:textId="60FC05C3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3FF79B8B" w14:textId="77777777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1916F638" w14:textId="77777777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20F08A34" w14:textId="1CEA9C2B" w:rsidR="00176DED" w:rsidRPr="00ED6743" w:rsidRDefault="00176DED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6DED" w:rsidRPr="00E87245" w14:paraId="172F53C5" w14:textId="77777777" w:rsidTr="00E87245">
        <w:trPr>
          <w:jc w:val="center"/>
        </w:trPr>
        <w:tc>
          <w:tcPr>
            <w:tcW w:w="882" w:type="pct"/>
            <w:vAlign w:val="center"/>
          </w:tcPr>
          <w:p w14:paraId="661B9B04" w14:textId="3B066179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4C16CFDB" w14:textId="77777777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2230D183" w14:textId="77777777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45E256F8" w14:textId="6F75CF98" w:rsidR="00176DED" w:rsidRPr="00ED6743" w:rsidRDefault="00176DED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245" w:rsidRPr="00E87245" w14:paraId="3792A639" w14:textId="77777777" w:rsidTr="00E87245">
        <w:trPr>
          <w:jc w:val="center"/>
        </w:trPr>
        <w:tc>
          <w:tcPr>
            <w:tcW w:w="882" w:type="pct"/>
            <w:vAlign w:val="center"/>
          </w:tcPr>
          <w:p w14:paraId="69964B6C" w14:textId="77777777" w:rsidR="00E87245" w:rsidRPr="00ED6743" w:rsidRDefault="00E8724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45D86F56" w14:textId="77777777" w:rsidR="00E87245" w:rsidRPr="00ED6743" w:rsidRDefault="00E8724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1B340ECF" w14:textId="77777777" w:rsidR="00E87245" w:rsidRPr="00ED6743" w:rsidRDefault="00E8724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3728E980" w14:textId="77777777" w:rsidR="00E87245" w:rsidRPr="00ED6743" w:rsidRDefault="00E87245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245" w:rsidRPr="00E87245" w14:paraId="6C179EEF" w14:textId="77777777" w:rsidTr="00E87245">
        <w:trPr>
          <w:jc w:val="center"/>
        </w:trPr>
        <w:tc>
          <w:tcPr>
            <w:tcW w:w="882" w:type="pct"/>
            <w:vAlign w:val="center"/>
          </w:tcPr>
          <w:p w14:paraId="11A17E70" w14:textId="77777777" w:rsidR="00E87245" w:rsidRPr="00ED6743" w:rsidRDefault="00E8724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7B7C5711" w14:textId="77777777" w:rsidR="00E87245" w:rsidRPr="00ED6743" w:rsidRDefault="00E8724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6C2512D8" w14:textId="77777777" w:rsidR="00E87245" w:rsidRPr="00ED6743" w:rsidRDefault="00E8724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6550E96B" w14:textId="77777777" w:rsidR="00E87245" w:rsidRPr="00ED6743" w:rsidRDefault="00E87245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245" w:rsidRPr="00E87245" w14:paraId="0E77C9BD" w14:textId="77777777" w:rsidTr="00E87245">
        <w:trPr>
          <w:jc w:val="center"/>
        </w:trPr>
        <w:tc>
          <w:tcPr>
            <w:tcW w:w="882" w:type="pct"/>
            <w:vAlign w:val="center"/>
          </w:tcPr>
          <w:p w14:paraId="565D053C" w14:textId="77777777" w:rsidR="00E87245" w:rsidRPr="00ED6743" w:rsidRDefault="00E8724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499EACAF" w14:textId="77777777" w:rsidR="00E87245" w:rsidRPr="00ED6743" w:rsidRDefault="00E8724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67537FE7" w14:textId="77777777" w:rsidR="00E87245" w:rsidRPr="00ED6743" w:rsidRDefault="00E8724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095EA1F4" w14:textId="77777777" w:rsidR="00E87245" w:rsidRPr="00ED6743" w:rsidRDefault="00E87245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3AD7464" w14:textId="77777777" w:rsidR="00C851A6" w:rsidRDefault="00C851A6">
      <w:pPr>
        <w:keepNext/>
        <w:spacing w:before="200" w:after="80"/>
        <w:rPr>
          <w:rFonts w:ascii="Times New Roman" w:hAnsi="Times New Roman" w:cs="Times New Roman"/>
          <w:b/>
          <w:lang w:val="it-IT"/>
        </w:rPr>
      </w:pPr>
    </w:p>
    <w:p w14:paraId="0DAD60B8" w14:textId="1C7445FB" w:rsidR="00176DED" w:rsidRPr="00DF7028" w:rsidRDefault="000F48EB">
      <w:pPr>
        <w:keepNext/>
        <w:spacing w:before="200" w:after="80"/>
        <w:rPr>
          <w:rFonts w:ascii="Times New Roman" w:hAnsi="Times New Roman" w:cs="Times New Roman"/>
          <w:sz w:val="24"/>
          <w:szCs w:val="24"/>
          <w:lang w:val="it-IT"/>
        </w:rPr>
      </w:pPr>
      <w:r w:rsidRPr="00DF7028">
        <w:rPr>
          <w:rFonts w:ascii="Times New Roman" w:hAnsi="Times New Roman" w:cs="Times New Roman"/>
          <w:b/>
          <w:sz w:val="24"/>
          <w:szCs w:val="24"/>
          <w:lang w:val="it-IT"/>
        </w:rPr>
        <w:t xml:space="preserve">D. </w:t>
      </w:r>
      <w:r w:rsidR="00DF215C" w:rsidRPr="00DF7028">
        <w:rPr>
          <w:rFonts w:ascii="Times New Roman" w:hAnsi="Times New Roman" w:cs="Times New Roman"/>
          <w:b/>
          <w:sz w:val="24"/>
          <w:szCs w:val="24"/>
          <w:lang w:val="it-IT"/>
        </w:rPr>
        <w:t xml:space="preserve">Attività di </w:t>
      </w:r>
      <w:r w:rsidR="00E71CFF" w:rsidRPr="00DF7028">
        <w:rPr>
          <w:rFonts w:ascii="Times New Roman" w:hAnsi="Times New Roman" w:cs="Times New Roman"/>
          <w:b/>
          <w:sz w:val="24"/>
          <w:szCs w:val="24"/>
          <w:lang w:val="it-IT"/>
        </w:rPr>
        <w:t>p</w:t>
      </w:r>
      <w:r w:rsidR="00DF215C" w:rsidRPr="00DF7028">
        <w:rPr>
          <w:rFonts w:ascii="Times New Roman" w:hAnsi="Times New Roman" w:cs="Times New Roman"/>
          <w:b/>
          <w:sz w:val="24"/>
          <w:szCs w:val="24"/>
          <w:lang w:val="it-IT"/>
        </w:rPr>
        <w:t xml:space="preserve">erfezionamento </w:t>
      </w:r>
      <w:r w:rsidR="00E71CFF" w:rsidRPr="00DF7028">
        <w:rPr>
          <w:rFonts w:ascii="Times New Roman" w:hAnsi="Times New Roman" w:cs="Times New Roman"/>
          <w:b/>
          <w:sz w:val="24"/>
          <w:szCs w:val="24"/>
          <w:lang w:val="it-IT"/>
        </w:rPr>
        <w:t>l</w:t>
      </w:r>
      <w:r w:rsidR="00DF215C" w:rsidRPr="00DF7028">
        <w:rPr>
          <w:rFonts w:ascii="Times New Roman" w:hAnsi="Times New Roman" w:cs="Times New Roman"/>
          <w:b/>
          <w:sz w:val="24"/>
          <w:szCs w:val="24"/>
          <w:lang w:val="it-IT"/>
        </w:rPr>
        <w:t>inguistico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1"/>
        <w:gridCol w:w="4723"/>
        <w:gridCol w:w="2658"/>
        <w:gridCol w:w="885"/>
      </w:tblGrid>
      <w:tr w:rsidR="00176DED" w:rsidRPr="00E87245" w14:paraId="77784D58" w14:textId="77777777" w:rsidTr="00E87245">
        <w:trPr>
          <w:jc w:val="center"/>
        </w:trPr>
        <w:tc>
          <w:tcPr>
            <w:tcW w:w="882" w:type="pct"/>
            <w:shd w:val="clear" w:color="auto" w:fill="F0F4F8"/>
            <w:vAlign w:val="center"/>
          </w:tcPr>
          <w:p w14:paraId="4F643681" w14:textId="77777777" w:rsidR="00176DED" w:rsidRPr="00ED6743" w:rsidRDefault="000F48EB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353" w:type="pct"/>
            <w:shd w:val="clear" w:color="auto" w:fill="F0F4F8"/>
            <w:vAlign w:val="center"/>
          </w:tcPr>
          <w:p w14:paraId="528BCD87" w14:textId="5117180B" w:rsidR="00176DED" w:rsidRPr="00ED6743" w:rsidRDefault="00DF215C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Titolo Modulo </w:t>
            </w:r>
            <w:proofErr w:type="spellStart"/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Formativo</w:t>
            </w:r>
            <w:proofErr w:type="spellEnd"/>
          </w:p>
        </w:tc>
        <w:tc>
          <w:tcPr>
            <w:tcW w:w="1324" w:type="pct"/>
            <w:shd w:val="clear" w:color="auto" w:fill="F0F4F8"/>
            <w:vAlign w:val="center"/>
          </w:tcPr>
          <w:p w14:paraId="585885A4" w14:textId="77777777" w:rsidR="00176DED" w:rsidRPr="00ED6743" w:rsidRDefault="000F48EB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Organizzatore</w:t>
            </w:r>
            <w:proofErr w:type="spellEnd"/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Sede</w:t>
            </w:r>
          </w:p>
        </w:tc>
        <w:tc>
          <w:tcPr>
            <w:tcW w:w="441" w:type="pct"/>
            <w:shd w:val="clear" w:color="auto" w:fill="F0F4F8"/>
            <w:vAlign w:val="center"/>
          </w:tcPr>
          <w:p w14:paraId="570BB700" w14:textId="77777777" w:rsidR="00176DED" w:rsidRPr="00ED6743" w:rsidRDefault="000F48EB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Ore</w:t>
            </w:r>
          </w:p>
        </w:tc>
      </w:tr>
      <w:tr w:rsidR="00176DED" w:rsidRPr="00E87245" w14:paraId="55D8E1CF" w14:textId="77777777" w:rsidTr="00E87245">
        <w:trPr>
          <w:jc w:val="center"/>
        </w:trPr>
        <w:tc>
          <w:tcPr>
            <w:tcW w:w="882" w:type="pct"/>
            <w:vAlign w:val="center"/>
          </w:tcPr>
          <w:p w14:paraId="5D3C1AB5" w14:textId="4A6046A8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65D987C4" w14:textId="77777777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653A4743" w14:textId="77777777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07CCC61C" w14:textId="2482FEB3" w:rsidR="00176DED" w:rsidRPr="00ED6743" w:rsidRDefault="00176DED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6DED" w:rsidRPr="00E87245" w14:paraId="636606C8" w14:textId="77777777" w:rsidTr="00E87245">
        <w:trPr>
          <w:jc w:val="center"/>
        </w:trPr>
        <w:tc>
          <w:tcPr>
            <w:tcW w:w="882" w:type="pct"/>
            <w:vAlign w:val="center"/>
          </w:tcPr>
          <w:p w14:paraId="7C5BA088" w14:textId="1FF0192C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622A758B" w14:textId="77777777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11EC4451" w14:textId="77777777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3005A3B4" w14:textId="5071E4DB" w:rsidR="00176DED" w:rsidRPr="00ED6743" w:rsidRDefault="00176DED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245" w:rsidRPr="00E87245" w14:paraId="70715E2B" w14:textId="77777777" w:rsidTr="00E87245">
        <w:trPr>
          <w:jc w:val="center"/>
        </w:trPr>
        <w:tc>
          <w:tcPr>
            <w:tcW w:w="882" w:type="pct"/>
            <w:vAlign w:val="center"/>
          </w:tcPr>
          <w:p w14:paraId="1365F507" w14:textId="77777777" w:rsidR="00E87245" w:rsidRPr="00ED6743" w:rsidRDefault="00E8724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4975C30B" w14:textId="77777777" w:rsidR="00E87245" w:rsidRPr="00ED6743" w:rsidRDefault="00E8724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45C84AFF" w14:textId="77777777" w:rsidR="00E87245" w:rsidRPr="00ED6743" w:rsidRDefault="00E8724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2FF1F5D9" w14:textId="77777777" w:rsidR="00E87245" w:rsidRPr="00ED6743" w:rsidRDefault="00E87245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245" w:rsidRPr="00E87245" w14:paraId="696C11CF" w14:textId="77777777" w:rsidTr="00E87245">
        <w:trPr>
          <w:jc w:val="center"/>
        </w:trPr>
        <w:tc>
          <w:tcPr>
            <w:tcW w:w="882" w:type="pct"/>
            <w:vAlign w:val="center"/>
          </w:tcPr>
          <w:p w14:paraId="4A1CFD42" w14:textId="77777777" w:rsidR="00E87245" w:rsidRPr="00ED6743" w:rsidRDefault="00E8724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552C9F79" w14:textId="77777777" w:rsidR="00E87245" w:rsidRPr="00ED6743" w:rsidRDefault="00E8724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2BEEBE46" w14:textId="77777777" w:rsidR="00E87245" w:rsidRPr="00ED6743" w:rsidRDefault="00E8724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01064AB1" w14:textId="77777777" w:rsidR="00E87245" w:rsidRPr="00ED6743" w:rsidRDefault="00E87245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245" w:rsidRPr="00E87245" w14:paraId="6474EB00" w14:textId="77777777" w:rsidTr="00E87245">
        <w:trPr>
          <w:jc w:val="center"/>
        </w:trPr>
        <w:tc>
          <w:tcPr>
            <w:tcW w:w="882" w:type="pct"/>
            <w:vAlign w:val="center"/>
          </w:tcPr>
          <w:p w14:paraId="0CDB6699" w14:textId="77777777" w:rsidR="00E87245" w:rsidRPr="00ED6743" w:rsidRDefault="00E8724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57FBA1CB" w14:textId="77777777" w:rsidR="00E87245" w:rsidRPr="00ED6743" w:rsidRDefault="00E8724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6B7ADB02" w14:textId="77777777" w:rsidR="00E87245" w:rsidRPr="00ED6743" w:rsidRDefault="00E8724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6330DC01" w14:textId="77777777" w:rsidR="00E87245" w:rsidRPr="00ED6743" w:rsidRDefault="00E87245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4EA683B" w14:textId="77777777" w:rsidR="00C851A6" w:rsidRDefault="00C851A6" w:rsidP="00DF215C">
      <w:pPr>
        <w:keepNext/>
        <w:spacing w:before="200" w:after="80"/>
        <w:rPr>
          <w:rFonts w:ascii="Times New Roman" w:hAnsi="Times New Roman" w:cs="Times New Roman"/>
          <w:b/>
          <w:lang w:val="it-IT"/>
        </w:rPr>
      </w:pPr>
    </w:p>
    <w:p w14:paraId="1E35155A" w14:textId="205701BD" w:rsidR="00DF215C" w:rsidRPr="00DF7028" w:rsidRDefault="00DF215C" w:rsidP="00DF215C">
      <w:pPr>
        <w:keepNext/>
        <w:spacing w:before="200" w:after="80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DF7028">
        <w:rPr>
          <w:rFonts w:ascii="Times New Roman" w:hAnsi="Times New Roman" w:cs="Times New Roman"/>
          <w:b/>
          <w:sz w:val="24"/>
          <w:szCs w:val="24"/>
          <w:lang w:val="it-IT"/>
        </w:rPr>
        <w:t xml:space="preserve">E. Attività di </w:t>
      </w:r>
      <w:r w:rsidR="00B110CD" w:rsidRPr="00DF7028">
        <w:rPr>
          <w:rFonts w:ascii="Times New Roman" w:hAnsi="Times New Roman" w:cs="Times New Roman"/>
          <w:b/>
          <w:sz w:val="24"/>
          <w:szCs w:val="24"/>
          <w:lang w:val="it-IT"/>
        </w:rPr>
        <w:t>P</w:t>
      </w:r>
      <w:r w:rsidRPr="00DF7028">
        <w:rPr>
          <w:rFonts w:ascii="Times New Roman" w:hAnsi="Times New Roman" w:cs="Times New Roman"/>
          <w:b/>
          <w:sz w:val="24"/>
          <w:szCs w:val="24"/>
          <w:lang w:val="it-IT"/>
        </w:rPr>
        <w:t xml:space="preserve">erfezionamento </w:t>
      </w:r>
      <w:r w:rsidR="00B110CD" w:rsidRPr="00DF7028">
        <w:rPr>
          <w:rFonts w:ascii="Times New Roman" w:hAnsi="Times New Roman" w:cs="Times New Roman"/>
          <w:b/>
          <w:sz w:val="24"/>
          <w:szCs w:val="24"/>
          <w:lang w:val="it-IT"/>
        </w:rPr>
        <w:t>I</w:t>
      </w:r>
      <w:r w:rsidRPr="00DF7028">
        <w:rPr>
          <w:rFonts w:ascii="Times New Roman" w:hAnsi="Times New Roman" w:cs="Times New Roman"/>
          <w:b/>
          <w:sz w:val="24"/>
          <w:szCs w:val="24"/>
          <w:lang w:val="it-IT"/>
        </w:rPr>
        <w:t>nformati</w:t>
      </w:r>
      <w:r w:rsidR="00B110CD" w:rsidRPr="00DF7028">
        <w:rPr>
          <w:rFonts w:ascii="Times New Roman" w:hAnsi="Times New Roman" w:cs="Times New Roman"/>
          <w:b/>
          <w:sz w:val="24"/>
          <w:szCs w:val="24"/>
          <w:lang w:val="it-IT"/>
        </w:rPr>
        <w:t>c</w:t>
      </w:r>
      <w:r w:rsidRPr="00DF7028">
        <w:rPr>
          <w:rFonts w:ascii="Times New Roman" w:hAnsi="Times New Roman" w:cs="Times New Roman"/>
          <w:b/>
          <w:sz w:val="24"/>
          <w:szCs w:val="24"/>
          <w:lang w:val="it-IT"/>
        </w:rPr>
        <w:t>o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1"/>
        <w:gridCol w:w="4723"/>
        <w:gridCol w:w="2658"/>
        <w:gridCol w:w="885"/>
      </w:tblGrid>
      <w:tr w:rsidR="00DF215C" w:rsidRPr="00E87245" w14:paraId="62407720" w14:textId="77777777" w:rsidTr="00E87245">
        <w:trPr>
          <w:jc w:val="center"/>
        </w:trPr>
        <w:tc>
          <w:tcPr>
            <w:tcW w:w="882" w:type="pct"/>
            <w:shd w:val="clear" w:color="auto" w:fill="F0F4F8"/>
            <w:vAlign w:val="center"/>
          </w:tcPr>
          <w:p w14:paraId="7580D8D0" w14:textId="77777777" w:rsidR="00DF215C" w:rsidRPr="00ED6743" w:rsidRDefault="00DF215C" w:rsidP="00A9387D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353" w:type="pct"/>
            <w:shd w:val="clear" w:color="auto" w:fill="F0F4F8"/>
            <w:vAlign w:val="center"/>
          </w:tcPr>
          <w:p w14:paraId="6B0A8976" w14:textId="7F573EF4" w:rsidR="00DF215C" w:rsidRPr="00ED6743" w:rsidRDefault="00DF215C" w:rsidP="00A9387D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Titolo Modulo </w:t>
            </w:r>
            <w:proofErr w:type="spellStart"/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Formativo</w:t>
            </w:r>
            <w:proofErr w:type="spellEnd"/>
          </w:p>
        </w:tc>
        <w:tc>
          <w:tcPr>
            <w:tcW w:w="1324" w:type="pct"/>
            <w:shd w:val="clear" w:color="auto" w:fill="F0F4F8"/>
            <w:vAlign w:val="center"/>
          </w:tcPr>
          <w:p w14:paraId="0E487546" w14:textId="77777777" w:rsidR="00DF215C" w:rsidRPr="00ED6743" w:rsidRDefault="00DF215C" w:rsidP="00A9387D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Organizzatore</w:t>
            </w:r>
            <w:proofErr w:type="spellEnd"/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Sede</w:t>
            </w:r>
          </w:p>
        </w:tc>
        <w:tc>
          <w:tcPr>
            <w:tcW w:w="441" w:type="pct"/>
            <w:shd w:val="clear" w:color="auto" w:fill="F0F4F8"/>
            <w:vAlign w:val="center"/>
          </w:tcPr>
          <w:p w14:paraId="0CC7A638" w14:textId="77777777" w:rsidR="00DF215C" w:rsidRPr="00ED6743" w:rsidRDefault="00DF215C" w:rsidP="00A9387D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Ore</w:t>
            </w:r>
          </w:p>
        </w:tc>
      </w:tr>
      <w:tr w:rsidR="00DF215C" w:rsidRPr="00E87245" w14:paraId="78C2CFCE" w14:textId="77777777" w:rsidTr="00E87245">
        <w:trPr>
          <w:jc w:val="center"/>
        </w:trPr>
        <w:tc>
          <w:tcPr>
            <w:tcW w:w="882" w:type="pct"/>
            <w:vAlign w:val="center"/>
          </w:tcPr>
          <w:p w14:paraId="5E26FD16" w14:textId="77777777" w:rsidR="00DF215C" w:rsidRPr="00ED6743" w:rsidRDefault="00DF215C" w:rsidP="00A9387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18C81581" w14:textId="77777777" w:rsidR="00DF215C" w:rsidRPr="00ED6743" w:rsidRDefault="00DF215C" w:rsidP="00A9387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4EEDA78A" w14:textId="77777777" w:rsidR="00DF215C" w:rsidRPr="00ED6743" w:rsidRDefault="00DF215C" w:rsidP="00A9387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0E414362" w14:textId="74685AA1" w:rsidR="00DF215C" w:rsidRPr="00ED6743" w:rsidRDefault="00DF215C" w:rsidP="00A9387D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215C" w:rsidRPr="00E87245" w14:paraId="3BB8B463" w14:textId="77777777" w:rsidTr="00E87245">
        <w:trPr>
          <w:jc w:val="center"/>
        </w:trPr>
        <w:tc>
          <w:tcPr>
            <w:tcW w:w="882" w:type="pct"/>
            <w:vAlign w:val="center"/>
          </w:tcPr>
          <w:p w14:paraId="64AAFD6E" w14:textId="77777777" w:rsidR="00DF215C" w:rsidRPr="00ED6743" w:rsidRDefault="00DF215C" w:rsidP="00A9387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0EC95EDF" w14:textId="77777777" w:rsidR="00DF215C" w:rsidRPr="00ED6743" w:rsidRDefault="00DF215C" w:rsidP="00A9387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5E4958CB" w14:textId="77777777" w:rsidR="00DF215C" w:rsidRPr="00ED6743" w:rsidRDefault="00DF215C" w:rsidP="00A9387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3EE03E09" w14:textId="6269C773" w:rsidR="00DF215C" w:rsidRPr="00ED6743" w:rsidRDefault="00DF215C" w:rsidP="00A9387D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245" w:rsidRPr="00E87245" w14:paraId="1366FD8E" w14:textId="77777777" w:rsidTr="00E87245">
        <w:trPr>
          <w:jc w:val="center"/>
        </w:trPr>
        <w:tc>
          <w:tcPr>
            <w:tcW w:w="882" w:type="pct"/>
            <w:vAlign w:val="center"/>
          </w:tcPr>
          <w:p w14:paraId="7011A245" w14:textId="77777777" w:rsidR="00E87245" w:rsidRPr="00ED6743" w:rsidRDefault="00E87245" w:rsidP="00A9387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6F8B1757" w14:textId="77777777" w:rsidR="00E87245" w:rsidRPr="00ED6743" w:rsidRDefault="00E87245" w:rsidP="00A9387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460B628F" w14:textId="77777777" w:rsidR="00E87245" w:rsidRPr="00ED6743" w:rsidRDefault="00E87245" w:rsidP="00A9387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3DD0EED4" w14:textId="77777777" w:rsidR="00E87245" w:rsidRPr="00ED6743" w:rsidRDefault="00E87245" w:rsidP="00A9387D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245" w:rsidRPr="00E87245" w14:paraId="11EEF446" w14:textId="77777777" w:rsidTr="00E87245">
        <w:trPr>
          <w:jc w:val="center"/>
        </w:trPr>
        <w:tc>
          <w:tcPr>
            <w:tcW w:w="882" w:type="pct"/>
            <w:vAlign w:val="center"/>
          </w:tcPr>
          <w:p w14:paraId="3746A3A1" w14:textId="77777777" w:rsidR="00E87245" w:rsidRPr="00ED6743" w:rsidRDefault="00E87245" w:rsidP="00A9387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2C003214" w14:textId="77777777" w:rsidR="00E87245" w:rsidRPr="00ED6743" w:rsidRDefault="00E87245" w:rsidP="00A9387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1E8DF3E6" w14:textId="77777777" w:rsidR="00E87245" w:rsidRPr="00ED6743" w:rsidRDefault="00E87245" w:rsidP="00A9387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46D26EBC" w14:textId="77777777" w:rsidR="00E87245" w:rsidRPr="00ED6743" w:rsidRDefault="00E87245" w:rsidP="00A9387D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245" w:rsidRPr="00E87245" w14:paraId="2A2855FF" w14:textId="77777777" w:rsidTr="00E87245">
        <w:trPr>
          <w:jc w:val="center"/>
        </w:trPr>
        <w:tc>
          <w:tcPr>
            <w:tcW w:w="882" w:type="pct"/>
            <w:vAlign w:val="center"/>
          </w:tcPr>
          <w:p w14:paraId="09A0842E" w14:textId="77777777" w:rsidR="00E87245" w:rsidRPr="00ED6743" w:rsidRDefault="00E87245" w:rsidP="00A9387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6DFB9134" w14:textId="77777777" w:rsidR="00E87245" w:rsidRPr="00ED6743" w:rsidRDefault="00E87245" w:rsidP="00A9387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66FE7671" w14:textId="77777777" w:rsidR="00E87245" w:rsidRPr="00ED6743" w:rsidRDefault="00E87245" w:rsidP="00A9387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4B12C54F" w14:textId="77777777" w:rsidR="00E87245" w:rsidRPr="00ED6743" w:rsidRDefault="00E87245" w:rsidP="00A9387D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DDE5AEB" w14:textId="77777777" w:rsidR="00C851A6" w:rsidRDefault="00C851A6" w:rsidP="00B110CD">
      <w:pPr>
        <w:keepNext/>
        <w:spacing w:before="200" w:after="80"/>
        <w:jc w:val="both"/>
        <w:rPr>
          <w:rFonts w:ascii="Times New Roman" w:hAnsi="Times New Roman" w:cs="Times New Roman"/>
          <w:b/>
          <w:lang w:val="it-IT"/>
        </w:rPr>
      </w:pPr>
    </w:p>
    <w:p w14:paraId="5C1F110E" w14:textId="6FAD7E97" w:rsidR="00176DED" w:rsidRPr="00DF7028" w:rsidRDefault="00842951" w:rsidP="00B110CD">
      <w:pPr>
        <w:keepNext/>
        <w:spacing w:before="200" w:after="8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DF7028">
        <w:rPr>
          <w:rFonts w:ascii="Times New Roman" w:hAnsi="Times New Roman" w:cs="Times New Roman"/>
          <w:b/>
          <w:sz w:val="24"/>
          <w:szCs w:val="24"/>
          <w:lang w:val="it-IT"/>
        </w:rPr>
        <w:t xml:space="preserve">F. </w:t>
      </w:r>
      <w:r w:rsidR="00DF215C" w:rsidRPr="00DF7028">
        <w:rPr>
          <w:rFonts w:ascii="Times New Roman" w:hAnsi="Times New Roman" w:cs="Times New Roman"/>
          <w:b/>
          <w:sz w:val="24"/>
          <w:szCs w:val="24"/>
          <w:lang w:val="it-IT"/>
        </w:rPr>
        <w:t>Formazione in materia di gestione della ricerca e della conoscenza dei sistemi di ricerca europei e internazionali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1"/>
        <w:gridCol w:w="4723"/>
        <w:gridCol w:w="2658"/>
        <w:gridCol w:w="885"/>
      </w:tblGrid>
      <w:tr w:rsidR="00176DED" w:rsidRPr="00E87245" w14:paraId="000670E8" w14:textId="77777777" w:rsidTr="00E87245">
        <w:trPr>
          <w:jc w:val="center"/>
        </w:trPr>
        <w:tc>
          <w:tcPr>
            <w:tcW w:w="882" w:type="pct"/>
            <w:shd w:val="clear" w:color="auto" w:fill="F0F4F8"/>
            <w:vAlign w:val="center"/>
          </w:tcPr>
          <w:p w14:paraId="2EDE1D3B" w14:textId="77777777" w:rsidR="00176DED" w:rsidRPr="00ED6743" w:rsidRDefault="000F48EB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353" w:type="pct"/>
            <w:shd w:val="clear" w:color="auto" w:fill="F0F4F8"/>
            <w:vAlign w:val="center"/>
          </w:tcPr>
          <w:p w14:paraId="1A141D6E" w14:textId="79565066" w:rsidR="00176DED" w:rsidRPr="00ED6743" w:rsidRDefault="00DF215C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Titolo Modulo </w:t>
            </w:r>
            <w:proofErr w:type="spellStart"/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Formativo</w:t>
            </w:r>
            <w:proofErr w:type="spellEnd"/>
          </w:p>
        </w:tc>
        <w:tc>
          <w:tcPr>
            <w:tcW w:w="1324" w:type="pct"/>
            <w:shd w:val="clear" w:color="auto" w:fill="F0F4F8"/>
            <w:vAlign w:val="center"/>
          </w:tcPr>
          <w:p w14:paraId="10B9B2E5" w14:textId="77777777" w:rsidR="00176DED" w:rsidRPr="00ED6743" w:rsidRDefault="000F48EB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Docente</w:t>
            </w:r>
            <w:proofErr w:type="spellEnd"/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Ente</w:t>
            </w:r>
          </w:p>
        </w:tc>
        <w:tc>
          <w:tcPr>
            <w:tcW w:w="441" w:type="pct"/>
            <w:shd w:val="clear" w:color="auto" w:fill="F0F4F8"/>
            <w:vAlign w:val="center"/>
          </w:tcPr>
          <w:p w14:paraId="3F10BBEE" w14:textId="77777777" w:rsidR="00176DED" w:rsidRPr="00ED6743" w:rsidRDefault="000F48EB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Ore</w:t>
            </w:r>
          </w:p>
        </w:tc>
      </w:tr>
      <w:tr w:rsidR="00176DED" w:rsidRPr="00E87245" w14:paraId="002F0CE5" w14:textId="77777777" w:rsidTr="00E87245">
        <w:trPr>
          <w:jc w:val="center"/>
        </w:trPr>
        <w:tc>
          <w:tcPr>
            <w:tcW w:w="882" w:type="pct"/>
            <w:vAlign w:val="center"/>
          </w:tcPr>
          <w:p w14:paraId="122626C9" w14:textId="221B85E7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5CAAB0D4" w14:textId="77777777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1B4EAB46" w14:textId="77777777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340D602A" w14:textId="6877D97F" w:rsidR="00176DED" w:rsidRPr="00ED6743" w:rsidRDefault="00176DED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6DED" w:rsidRPr="00E87245" w14:paraId="7EFAA26C" w14:textId="77777777" w:rsidTr="00E87245">
        <w:trPr>
          <w:jc w:val="center"/>
        </w:trPr>
        <w:tc>
          <w:tcPr>
            <w:tcW w:w="882" w:type="pct"/>
            <w:vAlign w:val="center"/>
          </w:tcPr>
          <w:p w14:paraId="280E544E" w14:textId="62A175DA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48C50722" w14:textId="77777777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49AF8090" w14:textId="77777777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6CE3ECA7" w14:textId="58DFD060" w:rsidR="00176DED" w:rsidRPr="00ED6743" w:rsidRDefault="00176DED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245" w:rsidRPr="00E87245" w14:paraId="264CE1EA" w14:textId="77777777" w:rsidTr="00E87245">
        <w:trPr>
          <w:jc w:val="center"/>
        </w:trPr>
        <w:tc>
          <w:tcPr>
            <w:tcW w:w="882" w:type="pct"/>
            <w:vAlign w:val="center"/>
          </w:tcPr>
          <w:p w14:paraId="262E8BBC" w14:textId="77777777" w:rsidR="00E87245" w:rsidRPr="00ED6743" w:rsidRDefault="00E8724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62B37B05" w14:textId="77777777" w:rsidR="00E87245" w:rsidRPr="00ED6743" w:rsidRDefault="00E8724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1A8352D9" w14:textId="77777777" w:rsidR="00E87245" w:rsidRPr="00ED6743" w:rsidRDefault="00E8724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3B0E151E" w14:textId="77777777" w:rsidR="00E87245" w:rsidRPr="00ED6743" w:rsidRDefault="00E87245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245" w:rsidRPr="00E87245" w14:paraId="27348F24" w14:textId="77777777" w:rsidTr="00E87245">
        <w:trPr>
          <w:jc w:val="center"/>
        </w:trPr>
        <w:tc>
          <w:tcPr>
            <w:tcW w:w="882" w:type="pct"/>
            <w:vAlign w:val="center"/>
          </w:tcPr>
          <w:p w14:paraId="14BB429F" w14:textId="77777777" w:rsidR="00E87245" w:rsidRPr="00ED6743" w:rsidRDefault="00E8724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6EF79ADC" w14:textId="77777777" w:rsidR="00E87245" w:rsidRPr="00ED6743" w:rsidRDefault="00E8724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2BFCE69B" w14:textId="77777777" w:rsidR="00E87245" w:rsidRPr="00ED6743" w:rsidRDefault="00E8724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20278561" w14:textId="77777777" w:rsidR="00E87245" w:rsidRPr="00ED6743" w:rsidRDefault="00E87245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245" w:rsidRPr="00E87245" w14:paraId="52A5AC44" w14:textId="77777777" w:rsidTr="00E87245">
        <w:trPr>
          <w:jc w:val="center"/>
        </w:trPr>
        <w:tc>
          <w:tcPr>
            <w:tcW w:w="882" w:type="pct"/>
            <w:vAlign w:val="center"/>
          </w:tcPr>
          <w:p w14:paraId="6A0E82A5" w14:textId="77777777" w:rsidR="00E87245" w:rsidRPr="00ED6743" w:rsidRDefault="00E8724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49B6D220" w14:textId="77777777" w:rsidR="00E87245" w:rsidRPr="00ED6743" w:rsidRDefault="00E8724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05A7FBD5" w14:textId="77777777" w:rsidR="00E87245" w:rsidRPr="00ED6743" w:rsidRDefault="00E87245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1874C491" w14:textId="77777777" w:rsidR="00E87245" w:rsidRPr="00ED6743" w:rsidRDefault="00E87245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22E684F" w14:textId="77777777" w:rsidR="00C851A6" w:rsidRDefault="00C851A6" w:rsidP="00B110CD">
      <w:pPr>
        <w:keepNext/>
        <w:spacing w:before="200" w:after="80"/>
        <w:jc w:val="both"/>
        <w:rPr>
          <w:rFonts w:ascii="Times New Roman" w:hAnsi="Times New Roman" w:cs="Times New Roman"/>
          <w:b/>
          <w:lang w:val="it-IT"/>
        </w:rPr>
      </w:pPr>
    </w:p>
    <w:p w14:paraId="05E1626D" w14:textId="0652D127" w:rsidR="00DF215C" w:rsidRPr="00DF7028" w:rsidRDefault="00842951" w:rsidP="00B110CD">
      <w:pPr>
        <w:keepNext/>
        <w:spacing w:before="200" w:after="8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DF7028">
        <w:rPr>
          <w:rFonts w:ascii="Times New Roman" w:hAnsi="Times New Roman" w:cs="Times New Roman"/>
          <w:b/>
          <w:sz w:val="24"/>
          <w:szCs w:val="24"/>
          <w:lang w:val="it-IT"/>
        </w:rPr>
        <w:t>G.</w:t>
      </w:r>
      <w:r w:rsidR="00DF215C" w:rsidRPr="00DF7028">
        <w:rPr>
          <w:rFonts w:ascii="Times New Roman" w:hAnsi="Times New Roman" w:cs="Times New Roman"/>
          <w:b/>
          <w:sz w:val="24"/>
          <w:szCs w:val="24"/>
          <w:lang w:val="it-IT"/>
        </w:rPr>
        <w:t xml:space="preserve"> Attività di formazione volta alla valorizzazione e disseminazione dei risultati della proprietà intellettuale e dell</w:t>
      </w:r>
      <w:r w:rsidR="00BE6D0A" w:rsidRPr="00DF7028">
        <w:rPr>
          <w:rFonts w:ascii="Times New Roman" w:hAnsi="Times New Roman" w:cs="Times New Roman"/>
          <w:b/>
          <w:sz w:val="24"/>
          <w:szCs w:val="24"/>
          <w:lang w:val="it-IT"/>
        </w:rPr>
        <w:t>’</w:t>
      </w:r>
      <w:r w:rsidR="00DF215C" w:rsidRPr="00DF7028">
        <w:rPr>
          <w:rFonts w:ascii="Times New Roman" w:hAnsi="Times New Roman" w:cs="Times New Roman"/>
          <w:b/>
          <w:sz w:val="24"/>
          <w:szCs w:val="24"/>
          <w:lang w:val="it-IT"/>
        </w:rPr>
        <w:t>accesso aperto ai dati e ai prodotti della ricerca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1"/>
        <w:gridCol w:w="4723"/>
        <w:gridCol w:w="2658"/>
        <w:gridCol w:w="885"/>
      </w:tblGrid>
      <w:tr w:rsidR="00DF215C" w:rsidRPr="00E87245" w14:paraId="2D88335E" w14:textId="77777777" w:rsidTr="00E87245">
        <w:trPr>
          <w:jc w:val="center"/>
        </w:trPr>
        <w:tc>
          <w:tcPr>
            <w:tcW w:w="882" w:type="pct"/>
            <w:shd w:val="clear" w:color="auto" w:fill="F0F4F8"/>
            <w:vAlign w:val="center"/>
          </w:tcPr>
          <w:p w14:paraId="3289B0B6" w14:textId="77777777" w:rsidR="00DF215C" w:rsidRPr="00ED6743" w:rsidRDefault="00DF215C" w:rsidP="004E503B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353" w:type="pct"/>
            <w:shd w:val="clear" w:color="auto" w:fill="F0F4F8"/>
            <w:vAlign w:val="center"/>
          </w:tcPr>
          <w:p w14:paraId="674D0A09" w14:textId="4E9305E7" w:rsidR="00DF215C" w:rsidRPr="00ED6743" w:rsidRDefault="00DF215C" w:rsidP="004E503B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Titolo Modulo </w:t>
            </w:r>
            <w:proofErr w:type="spellStart"/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Formativo</w:t>
            </w:r>
            <w:proofErr w:type="spellEnd"/>
          </w:p>
        </w:tc>
        <w:tc>
          <w:tcPr>
            <w:tcW w:w="1324" w:type="pct"/>
            <w:shd w:val="clear" w:color="auto" w:fill="F0F4F8"/>
            <w:vAlign w:val="center"/>
          </w:tcPr>
          <w:p w14:paraId="1186E5E5" w14:textId="77777777" w:rsidR="00DF215C" w:rsidRPr="00ED6743" w:rsidRDefault="00DF215C" w:rsidP="004E503B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Docente</w:t>
            </w:r>
            <w:proofErr w:type="spellEnd"/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Ente</w:t>
            </w:r>
          </w:p>
        </w:tc>
        <w:tc>
          <w:tcPr>
            <w:tcW w:w="441" w:type="pct"/>
            <w:shd w:val="clear" w:color="auto" w:fill="F0F4F8"/>
            <w:vAlign w:val="center"/>
          </w:tcPr>
          <w:p w14:paraId="7F2E47DF" w14:textId="77777777" w:rsidR="00DF215C" w:rsidRPr="00ED6743" w:rsidRDefault="00DF215C" w:rsidP="004E503B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Ore</w:t>
            </w:r>
          </w:p>
        </w:tc>
      </w:tr>
      <w:tr w:rsidR="00DF215C" w:rsidRPr="00E87245" w14:paraId="241B72D9" w14:textId="77777777" w:rsidTr="00E87245">
        <w:trPr>
          <w:jc w:val="center"/>
        </w:trPr>
        <w:tc>
          <w:tcPr>
            <w:tcW w:w="882" w:type="pct"/>
            <w:vAlign w:val="center"/>
          </w:tcPr>
          <w:p w14:paraId="5D2772A4" w14:textId="77777777" w:rsidR="00DF215C" w:rsidRPr="00ED6743" w:rsidRDefault="00DF215C" w:rsidP="004E503B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4D65E115" w14:textId="77777777" w:rsidR="00DF215C" w:rsidRPr="00ED6743" w:rsidRDefault="00DF215C" w:rsidP="004E503B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5878C4DC" w14:textId="77777777" w:rsidR="00DF215C" w:rsidRPr="00ED6743" w:rsidRDefault="00DF215C" w:rsidP="004E503B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2C250AC8" w14:textId="38CE9262" w:rsidR="00DF215C" w:rsidRPr="00ED6743" w:rsidRDefault="00DF215C" w:rsidP="004E503B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215C" w:rsidRPr="00E87245" w14:paraId="28DC52A4" w14:textId="77777777" w:rsidTr="00E87245">
        <w:trPr>
          <w:jc w:val="center"/>
        </w:trPr>
        <w:tc>
          <w:tcPr>
            <w:tcW w:w="882" w:type="pct"/>
            <w:vAlign w:val="center"/>
          </w:tcPr>
          <w:p w14:paraId="4C11C0A7" w14:textId="77777777" w:rsidR="00DF215C" w:rsidRPr="00ED6743" w:rsidRDefault="00DF215C" w:rsidP="004E503B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6018ADFE" w14:textId="77777777" w:rsidR="00DF215C" w:rsidRPr="00ED6743" w:rsidRDefault="00DF215C" w:rsidP="004E503B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2DD7D59F" w14:textId="77777777" w:rsidR="00DF215C" w:rsidRPr="00ED6743" w:rsidRDefault="00DF215C" w:rsidP="004E503B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4C2B0143" w14:textId="67D27FBB" w:rsidR="00DF215C" w:rsidRPr="00ED6743" w:rsidRDefault="00DF215C" w:rsidP="004E503B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245" w:rsidRPr="00E87245" w14:paraId="244759D2" w14:textId="77777777" w:rsidTr="00E87245">
        <w:trPr>
          <w:jc w:val="center"/>
        </w:trPr>
        <w:tc>
          <w:tcPr>
            <w:tcW w:w="882" w:type="pct"/>
            <w:vAlign w:val="center"/>
          </w:tcPr>
          <w:p w14:paraId="2654B43A" w14:textId="77777777" w:rsidR="00E87245" w:rsidRPr="00ED6743" w:rsidRDefault="00E87245" w:rsidP="004E503B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1A92D5A9" w14:textId="77777777" w:rsidR="00E87245" w:rsidRPr="00ED6743" w:rsidRDefault="00E87245" w:rsidP="004E503B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0E1B7DE7" w14:textId="77777777" w:rsidR="00E87245" w:rsidRPr="00ED6743" w:rsidRDefault="00E87245" w:rsidP="004E503B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4FB9C1A9" w14:textId="77777777" w:rsidR="00E87245" w:rsidRPr="00ED6743" w:rsidRDefault="00E87245" w:rsidP="004E503B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245" w:rsidRPr="00E87245" w14:paraId="1BCC2E3B" w14:textId="77777777" w:rsidTr="00E87245">
        <w:trPr>
          <w:jc w:val="center"/>
        </w:trPr>
        <w:tc>
          <w:tcPr>
            <w:tcW w:w="882" w:type="pct"/>
            <w:vAlign w:val="center"/>
          </w:tcPr>
          <w:p w14:paraId="51BE1B2A" w14:textId="77777777" w:rsidR="00E87245" w:rsidRPr="00ED6743" w:rsidRDefault="00E87245" w:rsidP="004E503B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0525081B" w14:textId="77777777" w:rsidR="00E87245" w:rsidRPr="00ED6743" w:rsidRDefault="00E87245" w:rsidP="004E503B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78B4B239" w14:textId="77777777" w:rsidR="00E87245" w:rsidRPr="00ED6743" w:rsidRDefault="00E87245" w:rsidP="004E503B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47261A4F" w14:textId="77777777" w:rsidR="00E87245" w:rsidRPr="00ED6743" w:rsidRDefault="00E87245" w:rsidP="004E503B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245" w:rsidRPr="00E87245" w14:paraId="73C4DF5F" w14:textId="77777777" w:rsidTr="00E87245">
        <w:trPr>
          <w:jc w:val="center"/>
        </w:trPr>
        <w:tc>
          <w:tcPr>
            <w:tcW w:w="882" w:type="pct"/>
            <w:vAlign w:val="center"/>
          </w:tcPr>
          <w:p w14:paraId="28442874" w14:textId="77777777" w:rsidR="00E87245" w:rsidRPr="00ED6743" w:rsidRDefault="00E87245" w:rsidP="004E503B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59D0BB10" w14:textId="77777777" w:rsidR="00E87245" w:rsidRPr="00ED6743" w:rsidRDefault="00E87245" w:rsidP="004E503B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37A5353F" w14:textId="77777777" w:rsidR="00E87245" w:rsidRPr="00ED6743" w:rsidRDefault="00E87245" w:rsidP="004E503B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57F882F5" w14:textId="77777777" w:rsidR="00E87245" w:rsidRPr="00ED6743" w:rsidRDefault="00E87245" w:rsidP="004E503B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F87EB42" w14:textId="77777777" w:rsidR="00C851A6" w:rsidRDefault="00C851A6" w:rsidP="00B110CD">
      <w:pPr>
        <w:keepNext/>
        <w:spacing w:before="200" w:after="80"/>
        <w:jc w:val="both"/>
        <w:rPr>
          <w:rFonts w:ascii="Times New Roman" w:hAnsi="Times New Roman" w:cs="Times New Roman"/>
          <w:b/>
          <w:lang w:val="it-IT"/>
        </w:rPr>
      </w:pPr>
    </w:p>
    <w:p w14:paraId="1C3BA9AD" w14:textId="39647FCF" w:rsidR="00DF215C" w:rsidRPr="00DF7028" w:rsidRDefault="00842951" w:rsidP="00B110CD">
      <w:pPr>
        <w:keepNext/>
        <w:spacing w:before="200" w:after="8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DF7028">
        <w:rPr>
          <w:rFonts w:ascii="Times New Roman" w:hAnsi="Times New Roman" w:cs="Times New Roman"/>
          <w:b/>
          <w:sz w:val="24"/>
          <w:szCs w:val="24"/>
          <w:lang w:val="it-IT"/>
        </w:rPr>
        <w:t>H</w:t>
      </w:r>
      <w:r w:rsidR="00DF215C" w:rsidRPr="00DF7028">
        <w:rPr>
          <w:rFonts w:ascii="Times New Roman" w:hAnsi="Times New Roman" w:cs="Times New Roman"/>
          <w:b/>
          <w:sz w:val="24"/>
          <w:szCs w:val="24"/>
          <w:lang w:val="it-IT"/>
        </w:rPr>
        <w:t>. Attività di approfondimento in materia di principi fondamentali di etica, uguaglianza di genere e integrità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1"/>
        <w:gridCol w:w="4723"/>
        <w:gridCol w:w="2658"/>
        <w:gridCol w:w="885"/>
      </w:tblGrid>
      <w:tr w:rsidR="00DF215C" w:rsidRPr="00E87245" w14:paraId="5AFF449C" w14:textId="77777777" w:rsidTr="00E87245">
        <w:trPr>
          <w:jc w:val="center"/>
        </w:trPr>
        <w:tc>
          <w:tcPr>
            <w:tcW w:w="882" w:type="pct"/>
            <w:shd w:val="clear" w:color="auto" w:fill="F0F4F8"/>
            <w:vAlign w:val="center"/>
          </w:tcPr>
          <w:p w14:paraId="37E9118A" w14:textId="77777777" w:rsidR="00DF215C" w:rsidRPr="00ED6743" w:rsidRDefault="00DF215C" w:rsidP="004E503B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353" w:type="pct"/>
            <w:shd w:val="clear" w:color="auto" w:fill="F0F4F8"/>
            <w:vAlign w:val="center"/>
          </w:tcPr>
          <w:p w14:paraId="03529DC0" w14:textId="09139049" w:rsidR="00DF215C" w:rsidRPr="00ED6743" w:rsidRDefault="00DF215C" w:rsidP="004E503B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Titolo Modulo </w:t>
            </w:r>
            <w:proofErr w:type="spellStart"/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Formativo</w:t>
            </w:r>
            <w:proofErr w:type="spellEnd"/>
          </w:p>
        </w:tc>
        <w:tc>
          <w:tcPr>
            <w:tcW w:w="1324" w:type="pct"/>
            <w:shd w:val="clear" w:color="auto" w:fill="F0F4F8"/>
            <w:vAlign w:val="center"/>
          </w:tcPr>
          <w:p w14:paraId="137A6E39" w14:textId="77777777" w:rsidR="00DF215C" w:rsidRPr="00ED6743" w:rsidRDefault="00DF215C" w:rsidP="004E503B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Docente</w:t>
            </w:r>
            <w:proofErr w:type="spellEnd"/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Ente</w:t>
            </w:r>
          </w:p>
        </w:tc>
        <w:tc>
          <w:tcPr>
            <w:tcW w:w="441" w:type="pct"/>
            <w:shd w:val="clear" w:color="auto" w:fill="F0F4F8"/>
            <w:vAlign w:val="center"/>
          </w:tcPr>
          <w:p w14:paraId="5AE33F46" w14:textId="77777777" w:rsidR="00DF215C" w:rsidRPr="00ED6743" w:rsidRDefault="00DF215C" w:rsidP="004E503B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Ore</w:t>
            </w:r>
          </w:p>
        </w:tc>
      </w:tr>
      <w:tr w:rsidR="00DF215C" w:rsidRPr="00E87245" w14:paraId="3175A3F9" w14:textId="77777777" w:rsidTr="00E87245">
        <w:trPr>
          <w:jc w:val="center"/>
        </w:trPr>
        <w:tc>
          <w:tcPr>
            <w:tcW w:w="882" w:type="pct"/>
            <w:vAlign w:val="center"/>
          </w:tcPr>
          <w:p w14:paraId="0DF7E8E5" w14:textId="77777777" w:rsidR="00DF215C" w:rsidRPr="00ED6743" w:rsidRDefault="00DF215C" w:rsidP="004E503B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7AAE52F5" w14:textId="77777777" w:rsidR="00DF215C" w:rsidRPr="00ED6743" w:rsidRDefault="00DF215C" w:rsidP="004E503B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0CB182EF" w14:textId="77777777" w:rsidR="00DF215C" w:rsidRPr="00ED6743" w:rsidRDefault="00DF215C" w:rsidP="004E503B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10F8BCF4" w14:textId="62BA2EB4" w:rsidR="00DF215C" w:rsidRPr="00ED6743" w:rsidRDefault="00DF215C" w:rsidP="004E503B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215C" w:rsidRPr="00E87245" w14:paraId="0147AAFD" w14:textId="77777777" w:rsidTr="00E87245">
        <w:trPr>
          <w:jc w:val="center"/>
        </w:trPr>
        <w:tc>
          <w:tcPr>
            <w:tcW w:w="882" w:type="pct"/>
            <w:vAlign w:val="center"/>
          </w:tcPr>
          <w:p w14:paraId="09205E4D" w14:textId="77777777" w:rsidR="00DF215C" w:rsidRPr="00ED6743" w:rsidRDefault="00DF215C" w:rsidP="004E503B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39CE7774" w14:textId="77777777" w:rsidR="00DF215C" w:rsidRPr="00ED6743" w:rsidRDefault="00DF215C" w:rsidP="004E503B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40C981EB" w14:textId="77777777" w:rsidR="00DF215C" w:rsidRPr="00ED6743" w:rsidRDefault="00DF215C" w:rsidP="004E503B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0D89F9FA" w14:textId="1B9E9E83" w:rsidR="00DF215C" w:rsidRPr="00ED6743" w:rsidRDefault="00DF215C" w:rsidP="004E503B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245" w:rsidRPr="00E87245" w14:paraId="76E89F63" w14:textId="77777777" w:rsidTr="00E87245">
        <w:trPr>
          <w:jc w:val="center"/>
        </w:trPr>
        <w:tc>
          <w:tcPr>
            <w:tcW w:w="882" w:type="pct"/>
            <w:vAlign w:val="center"/>
          </w:tcPr>
          <w:p w14:paraId="6E748E0D" w14:textId="77777777" w:rsidR="00E87245" w:rsidRPr="00ED6743" w:rsidRDefault="00E87245" w:rsidP="004E503B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087A8AE0" w14:textId="77777777" w:rsidR="00E87245" w:rsidRPr="00ED6743" w:rsidRDefault="00E87245" w:rsidP="004E503B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602E7A7B" w14:textId="77777777" w:rsidR="00E87245" w:rsidRPr="00ED6743" w:rsidRDefault="00E87245" w:rsidP="004E503B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721DA8FB" w14:textId="77777777" w:rsidR="00E87245" w:rsidRPr="00ED6743" w:rsidRDefault="00E87245" w:rsidP="004E503B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245" w:rsidRPr="00E87245" w14:paraId="3F2D4A72" w14:textId="77777777" w:rsidTr="00E87245">
        <w:trPr>
          <w:jc w:val="center"/>
        </w:trPr>
        <w:tc>
          <w:tcPr>
            <w:tcW w:w="882" w:type="pct"/>
            <w:vAlign w:val="center"/>
          </w:tcPr>
          <w:p w14:paraId="427404B7" w14:textId="77777777" w:rsidR="00E87245" w:rsidRPr="00ED6743" w:rsidRDefault="00E87245" w:rsidP="004E503B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77E5ACD4" w14:textId="77777777" w:rsidR="00E87245" w:rsidRPr="00ED6743" w:rsidRDefault="00E87245" w:rsidP="004E503B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412444BD" w14:textId="77777777" w:rsidR="00E87245" w:rsidRPr="00ED6743" w:rsidRDefault="00E87245" w:rsidP="004E503B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276DED17" w14:textId="77777777" w:rsidR="00E87245" w:rsidRPr="00ED6743" w:rsidRDefault="00E87245" w:rsidP="004E503B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7245" w:rsidRPr="00E87245" w14:paraId="5A8053E8" w14:textId="77777777" w:rsidTr="00E87245">
        <w:trPr>
          <w:jc w:val="center"/>
        </w:trPr>
        <w:tc>
          <w:tcPr>
            <w:tcW w:w="882" w:type="pct"/>
            <w:vAlign w:val="center"/>
          </w:tcPr>
          <w:p w14:paraId="34140EB2" w14:textId="77777777" w:rsidR="00E87245" w:rsidRPr="00ED6743" w:rsidRDefault="00E87245" w:rsidP="004E503B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vAlign w:val="center"/>
          </w:tcPr>
          <w:p w14:paraId="008492FE" w14:textId="77777777" w:rsidR="00E87245" w:rsidRPr="00ED6743" w:rsidRDefault="00E87245" w:rsidP="004E503B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4" w:type="pct"/>
            <w:vAlign w:val="center"/>
          </w:tcPr>
          <w:p w14:paraId="7907C2F5" w14:textId="77777777" w:rsidR="00E87245" w:rsidRPr="00ED6743" w:rsidRDefault="00E87245" w:rsidP="004E503B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pct"/>
            <w:vAlign w:val="center"/>
          </w:tcPr>
          <w:p w14:paraId="39CF230C" w14:textId="77777777" w:rsidR="00E87245" w:rsidRPr="00ED6743" w:rsidRDefault="00E87245" w:rsidP="004E503B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0123D3C" w14:textId="77777777" w:rsidR="00C851A6" w:rsidRDefault="00C851A6" w:rsidP="00842951">
      <w:pPr>
        <w:spacing w:before="240" w:after="240"/>
        <w:rPr>
          <w:rFonts w:ascii="Times New Roman" w:hAnsi="Times New Roman" w:cs="Times New Roman"/>
          <w:b/>
          <w:lang w:val="it-IT"/>
        </w:rPr>
      </w:pPr>
    </w:p>
    <w:p w14:paraId="01CCEB44" w14:textId="6A8D1D11" w:rsidR="00842951" w:rsidRPr="00DF7028" w:rsidRDefault="00842951" w:rsidP="00842951">
      <w:pPr>
        <w:spacing w:before="240" w:after="240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DF7028">
        <w:rPr>
          <w:rFonts w:ascii="Times New Roman" w:hAnsi="Times New Roman" w:cs="Times New Roman"/>
          <w:b/>
          <w:sz w:val="24"/>
          <w:szCs w:val="24"/>
          <w:lang w:val="it-IT"/>
        </w:rPr>
        <w:t>I. Attività formative a scelta</w:t>
      </w:r>
      <w:r w:rsidR="00F216B3" w:rsidRPr="00DF7028">
        <w:rPr>
          <w:rStyle w:val="Rimandonotaapidipagina"/>
          <w:rFonts w:ascii="Times New Roman" w:hAnsi="Times New Roman" w:cs="Times New Roman"/>
          <w:b/>
          <w:sz w:val="24"/>
          <w:szCs w:val="24"/>
          <w:lang w:val="it-IT"/>
        </w:rPr>
        <w:footnoteReference w:id="1"/>
      </w:r>
    </w:p>
    <w:p w14:paraId="2A868E5A" w14:textId="77777777" w:rsidR="00842951" w:rsidRPr="00E87245" w:rsidRDefault="00842951" w:rsidP="00842951">
      <w:pPr>
        <w:pStyle w:val="Paragrafoelenco"/>
        <w:widowControl w:val="0"/>
        <w:autoSpaceDE w:val="0"/>
        <w:autoSpaceDN w:val="0"/>
        <w:spacing w:after="0" w:line="240" w:lineRule="auto"/>
        <w:ind w:left="1302"/>
        <w:contextualSpacing w:val="0"/>
        <w:jc w:val="both"/>
        <w:rPr>
          <w:rFonts w:ascii="Times New Roman" w:eastAsiaTheme="minorHAnsi" w:hAnsi="Times New Roman" w:cs="Times New Roman"/>
          <w:sz w:val="24"/>
          <w:szCs w:val="24"/>
          <w:lang w:val="it-IT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2"/>
        <w:gridCol w:w="6711"/>
        <w:gridCol w:w="833"/>
        <w:gridCol w:w="831"/>
      </w:tblGrid>
      <w:tr w:rsidR="00842951" w:rsidRPr="00E87245" w14:paraId="21E2A5EF" w14:textId="4BD1EC53" w:rsidTr="00FC6592">
        <w:trPr>
          <w:jc w:val="center"/>
        </w:trPr>
        <w:tc>
          <w:tcPr>
            <w:tcW w:w="828" w:type="pct"/>
            <w:shd w:val="clear" w:color="auto" w:fill="DBE5F1" w:themeFill="accent1" w:themeFillTint="33"/>
            <w:vAlign w:val="center"/>
          </w:tcPr>
          <w:p w14:paraId="6155253C" w14:textId="77777777" w:rsidR="00842951" w:rsidRPr="00ED6743" w:rsidRDefault="00842951" w:rsidP="00C2781F">
            <w:pPr>
              <w:spacing w:before="60"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Data</w:t>
            </w:r>
          </w:p>
        </w:tc>
        <w:tc>
          <w:tcPr>
            <w:tcW w:w="3342" w:type="pct"/>
            <w:shd w:val="clear" w:color="auto" w:fill="DBE5F1" w:themeFill="accent1" w:themeFillTint="33"/>
            <w:vAlign w:val="center"/>
          </w:tcPr>
          <w:p w14:paraId="1A82681C" w14:textId="77777777" w:rsidR="00842951" w:rsidRPr="00ED6743" w:rsidRDefault="00842951" w:rsidP="00C2781F">
            <w:pPr>
              <w:spacing w:before="60"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Descrizione</w:t>
            </w:r>
            <w:proofErr w:type="spellEnd"/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attività</w:t>
            </w:r>
          </w:p>
        </w:tc>
        <w:tc>
          <w:tcPr>
            <w:tcW w:w="415" w:type="pct"/>
            <w:shd w:val="clear" w:color="auto" w:fill="DBE5F1" w:themeFill="accent1" w:themeFillTint="33"/>
            <w:vAlign w:val="center"/>
          </w:tcPr>
          <w:p w14:paraId="17E0B093" w14:textId="77777777" w:rsidR="00842951" w:rsidRPr="00ED6743" w:rsidRDefault="00842951" w:rsidP="00C2781F">
            <w:pPr>
              <w:spacing w:before="60"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ore</w:t>
            </w:r>
          </w:p>
        </w:tc>
        <w:tc>
          <w:tcPr>
            <w:tcW w:w="414" w:type="pct"/>
            <w:shd w:val="clear" w:color="auto" w:fill="DBE5F1" w:themeFill="accent1" w:themeFillTint="33"/>
          </w:tcPr>
          <w:p w14:paraId="4F6406D1" w14:textId="21AA7B66" w:rsidR="00842951" w:rsidRPr="00ED6743" w:rsidRDefault="00842951" w:rsidP="00C2781F">
            <w:pPr>
              <w:spacing w:before="60"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CFU</w:t>
            </w:r>
          </w:p>
        </w:tc>
      </w:tr>
      <w:tr w:rsidR="00842951" w:rsidRPr="00E87245" w14:paraId="2C4AD109" w14:textId="4B665186" w:rsidTr="00BE6D0A">
        <w:trPr>
          <w:jc w:val="center"/>
        </w:trPr>
        <w:tc>
          <w:tcPr>
            <w:tcW w:w="828" w:type="pct"/>
          </w:tcPr>
          <w:p w14:paraId="0F0493F3" w14:textId="77777777" w:rsidR="00842951" w:rsidRPr="00ED6743" w:rsidRDefault="00842951" w:rsidP="00C2781F">
            <w:pPr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342" w:type="pct"/>
          </w:tcPr>
          <w:p w14:paraId="3DAC87C0" w14:textId="77777777" w:rsidR="00842951" w:rsidRPr="00ED6743" w:rsidRDefault="00842951" w:rsidP="00C2781F">
            <w:pPr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15" w:type="pct"/>
          </w:tcPr>
          <w:p w14:paraId="1EE0AC9D" w14:textId="77777777" w:rsidR="00842951" w:rsidRPr="00ED6743" w:rsidRDefault="00842951" w:rsidP="00C2781F">
            <w:pPr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14" w:type="pct"/>
          </w:tcPr>
          <w:p w14:paraId="2F52541A" w14:textId="77777777" w:rsidR="00842951" w:rsidRPr="00ED6743" w:rsidRDefault="00842951" w:rsidP="00C2781F">
            <w:pPr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842951" w:rsidRPr="00E87245" w14:paraId="5D0BD56B" w14:textId="04713BCC" w:rsidTr="00BE6D0A">
        <w:trPr>
          <w:jc w:val="center"/>
        </w:trPr>
        <w:tc>
          <w:tcPr>
            <w:tcW w:w="828" w:type="pct"/>
          </w:tcPr>
          <w:p w14:paraId="4D42237B" w14:textId="77777777" w:rsidR="00842951" w:rsidRPr="00ED6743" w:rsidRDefault="00842951" w:rsidP="00C2781F">
            <w:pPr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342" w:type="pct"/>
          </w:tcPr>
          <w:p w14:paraId="7D57FE05" w14:textId="77777777" w:rsidR="00842951" w:rsidRPr="00ED6743" w:rsidRDefault="00842951" w:rsidP="00C2781F">
            <w:pPr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15" w:type="pct"/>
          </w:tcPr>
          <w:p w14:paraId="33B90BF0" w14:textId="77777777" w:rsidR="00842951" w:rsidRPr="00ED6743" w:rsidRDefault="00842951" w:rsidP="00C2781F">
            <w:pPr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14" w:type="pct"/>
          </w:tcPr>
          <w:p w14:paraId="070FA621" w14:textId="77777777" w:rsidR="00842951" w:rsidRPr="00ED6743" w:rsidRDefault="00842951" w:rsidP="00C2781F">
            <w:pPr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E6D0A" w:rsidRPr="00E87245" w14:paraId="33FEEC06" w14:textId="77777777" w:rsidTr="00BE6D0A">
        <w:trPr>
          <w:jc w:val="center"/>
        </w:trPr>
        <w:tc>
          <w:tcPr>
            <w:tcW w:w="828" w:type="pct"/>
          </w:tcPr>
          <w:p w14:paraId="6643E877" w14:textId="77777777" w:rsidR="00BE6D0A" w:rsidRPr="00ED6743" w:rsidRDefault="00BE6D0A" w:rsidP="00C2781F">
            <w:pPr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342" w:type="pct"/>
          </w:tcPr>
          <w:p w14:paraId="563A1976" w14:textId="77777777" w:rsidR="00BE6D0A" w:rsidRPr="00ED6743" w:rsidRDefault="00BE6D0A" w:rsidP="00C2781F">
            <w:pPr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15" w:type="pct"/>
          </w:tcPr>
          <w:p w14:paraId="0DEFA3DB" w14:textId="77777777" w:rsidR="00BE6D0A" w:rsidRPr="00ED6743" w:rsidRDefault="00BE6D0A" w:rsidP="00C2781F">
            <w:pPr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14" w:type="pct"/>
          </w:tcPr>
          <w:p w14:paraId="3D6DAFD2" w14:textId="77777777" w:rsidR="00BE6D0A" w:rsidRPr="00ED6743" w:rsidRDefault="00BE6D0A" w:rsidP="00C2781F">
            <w:pPr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E6D0A" w:rsidRPr="00E87245" w14:paraId="56C84987" w14:textId="77777777" w:rsidTr="00BE6D0A">
        <w:trPr>
          <w:jc w:val="center"/>
        </w:trPr>
        <w:tc>
          <w:tcPr>
            <w:tcW w:w="828" w:type="pct"/>
          </w:tcPr>
          <w:p w14:paraId="52C85BF2" w14:textId="77777777" w:rsidR="00BE6D0A" w:rsidRPr="00ED6743" w:rsidRDefault="00BE6D0A" w:rsidP="00C2781F">
            <w:pPr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342" w:type="pct"/>
          </w:tcPr>
          <w:p w14:paraId="6B7C46AD" w14:textId="77777777" w:rsidR="00BE6D0A" w:rsidRPr="00ED6743" w:rsidRDefault="00BE6D0A" w:rsidP="00C2781F">
            <w:pPr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15" w:type="pct"/>
          </w:tcPr>
          <w:p w14:paraId="19B04D0B" w14:textId="77777777" w:rsidR="00BE6D0A" w:rsidRPr="00ED6743" w:rsidRDefault="00BE6D0A" w:rsidP="00C2781F">
            <w:pPr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14" w:type="pct"/>
          </w:tcPr>
          <w:p w14:paraId="1B884B95" w14:textId="77777777" w:rsidR="00BE6D0A" w:rsidRPr="00ED6743" w:rsidRDefault="00BE6D0A" w:rsidP="00C2781F">
            <w:pPr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C851A6" w:rsidRPr="00E87245" w14:paraId="52BD3330" w14:textId="77777777" w:rsidTr="00BE6D0A">
        <w:trPr>
          <w:jc w:val="center"/>
        </w:trPr>
        <w:tc>
          <w:tcPr>
            <w:tcW w:w="828" w:type="pct"/>
          </w:tcPr>
          <w:p w14:paraId="11682699" w14:textId="77777777" w:rsidR="00C851A6" w:rsidRPr="00ED6743" w:rsidRDefault="00C851A6" w:rsidP="00C2781F">
            <w:pPr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342" w:type="pct"/>
          </w:tcPr>
          <w:p w14:paraId="639D7C78" w14:textId="77777777" w:rsidR="00C851A6" w:rsidRPr="00ED6743" w:rsidRDefault="00C851A6" w:rsidP="00C2781F">
            <w:pPr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15" w:type="pct"/>
          </w:tcPr>
          <w:p w14:paraId="2BBCECF9" w14:textId="77777777" w:rsidR="00C851A6" w:rsidRPr="00ED6743" w:rsidRDefault="00C851A6" w:rsidP="00C2781F">
            <w:pPr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14" w:type="pct"/>
          </w:tcPr>
          <w:p w14:paraId="09DBDD15" w14:textId="77777777" w:rsidR="00C851A6" w:rsidRPr="00ED6743" w:rsidRDefault="00C851A6" w:rsidP="00C2781F">
            <w:pPr>
              <w:spacing w:before="60" w:after="6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14:paraId="3242F1DA" w14:textId="77777777" w:rsidR="00BE6D0A" w:rsidRDefault="00BE6D0A">
      <w:pPr>
        <w:spacing w:before="240" w:after="240"/>
        <w:rPr>
          <w:rFonts w:ascii="Times New Roman" w:hAnsi="Times New Roman" w:cs="Times New Roman"/>
          <w:b/>
          <w:lang w:val="it-IT"/>
        </w:rPr>
      </w:pPr>
    </w:p>
    <w:p w14:paraId="6B9E4E49" w14:textId="77777777" w:rsidR="00BE6D0A" w:rsidRDefault="00BE6D0A">
      <w:pPr>
        <w:spacing w:before="240" w:after="240"/>
        <w:rPr>
          <w:rFonts w:ascii="Times New Roman" w:hAnsi="Times New Roman" w:cs="Times New Roman"/>
          <w:b/>
          <w:lang w:val="it-IT"/>
        </w:rPr>
      </w:pPr>
    </w:p>
    <w:p w14:paraId="2857256B" w14:textId="093A67B2" w:rsidR="000D79A6" w:rsidRPr="00DF7028" w:rsidRDefault="000F48EB">
      <w:pPr>
        <w:spacing w:before="240" w:after="240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DF7028">
        <w:rPr>
          <w:rFonts w:ascii="Times New Roman" w:hAnsi="Times New Roman" w:cs="Times New Roman"/>
          <w:b/>
          <w:sz w:val="24"/>
          <w:szCs w:val="24"/>
          <w:lang w:val="it-IT"/>
        </w:rPr>
        <w:t>TOTALE ORE FORMATIVE MATURATE NELL</w:t>
      </w:r>
      <w:r w:rsidR="00BE6D0A" w:rsidRPr="00DF7028">
        <w:rPr>
          <w:rFonts w:ascii="Times New Roman" w:hAnsi="Times New Roman" w:cs="Times New Roman"/>
          <w:b/>
          <w:sz w:val="24"/>
          <w:szCs w:val="24"/>
          <w:lang w:val="it-IT"/>
        </w:rPr>
        <w:t>’</w:t>
      </w:r>
      <w:r w:rsidRPr="00DF7028">
        <w:rPr>
          <w:rFonts w:ascii="Times New Roman" w:hAnsi="Times New Roman" w:cs="Times New Roman"/>
          <w:b/>
          <w:sz w:val="24"/>
          <w:szCs w:val="24"/>
          <w:lang w:val="it-IT"/>
        </w:rPr>
        <w:t>ANNO:</w:t>
      </w:r>
    </w:p>
    <w:p w14:paraId="70360ED4" w14:textId="4D2463B9" w:rsidR="00176DED" w:rsidRPr="00DF7028" w:rsidRDefault="000D79A6" w:rsidP="00BE6D0A">
      <w:pPr>
        <w:keepNext/>
        <w:spacing w:before="200" w:after="80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DF7028">
        <w:rPr>
          <w:rFonts w:ascii="Times New Roman" w:hAnsi="Times New Roman" w:cs="Times New Roman"/>
          <w:b/>
          <w:sz w:val="24"/>
          <w:szCs w:val="24"/>
          <w:lang w:val="it-IT"/>
        </w:rPr>
        <w:t>A.</w:t>
      </w:r>
      <w:r w:rsidR="00D1750B" w:rsidRPr="00DF7028">
        <w:rPr>
          <w:rFonts w:ascii="Times New Roman" w:hAnsi="Times New Roman" w:cs="Times New Roman"/>
          <w:b/>
          <w:sz w:val="24"/>
          <w:szCs w:val="24"/>
          <w:lang w:val="it-IT"/>
        </w:rPr>
        <w:t xml:space="preserve"> Lezioni c</w:t>
      </w:r>
      <w:r w:rsidRPr="00DF7028">
        <w:rPr>
          <w:rFonts w:ascii="Times New Roman" w:hAnsi="Times New Roman" w:cs="Times New Roman"/>
          <w:b/>
          <w:sz w:val="24"/>
          <w:szCs w:val="24"/>
          <w:lang w:val="it-IT"/>
        </w:rPr>
        <w:t>omun</w:t>
      </w:r>
      <w:r w:rsidR="00D1750B" w:rsidRPr="00DF7028">
        <w:rPr>
          <w:rFonts w:ascii="Times New Roman" w:hAnsi="Times New Roman" w:cs="Times New Roman"/>
          <w:b/>
          <w:sz w:val="24"/>
          <w:szCs w:val="24"/>
          <w:lang w:val="it-IT"/>
        </w:rPr>
        <w:t>i</w:t>
      </w:r>
      <w:r w:rsidRPr="00DF7028">
        <w:rPr>
          <w:rFonts w:ascii="Times New Roman" w:hAnsi="Times New Roman" w:cs="Times New Roman"/>
          <w:b/>
          <w:sz w:val="24"/>
          <w:szCs w:val="24"/>
          <w:lang w:val="it-IT"/>
        </w:rPr>
        <w:t xml:space="preserve"> ______ Ore</w:t>
      </w:r>
    </w:p>
    <w:p w14:paraId="2C79D086" w14:textId="3105BB56" w:rsidR="000D79A6" w:rsidRPr="00DF7028" w:rsidRDefault="000D79A6" w:rsidP="00BE6D0A">
      <w:pPr>
        <w:keepNext/>
        <w:spacing w:before="200" w:after="80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DF7028">
        <w:rPr>
          <w:rFonts w:ascii="Times New Roman" w:hAnsi="Times New Roman" w:cs="Times New Roman"/>
          <w:b/>
          <w:sz w:val="24"/>
          <w:szCs w:val="24"/>
          <w:lang w:val="it-IT"/>
        </w:rPr>
        <w:t xml:space="preserve">B. Lezioni </w:t>
      </w:r>
      <w:r w:rsidR="00B110CD" w:rsidRPr="00DF7028">
        <w:rPr>
          <w:rFonts w:ascii="Times New Roman" w:hAnsi="Times New Roman" w:cs="Times New Roman"/>
          <w:b/>
          <w:sz w:val="24"/>
          <w:szCs w:val="24"/>
          <w:lang w:val="it-IT"/>
        </w:rPr>
        <w:t>C</w:t>
      </w:r>
      <w:r w:rsidRPr="00DF7028">
        <w:rPr>
          <w:rFonts w:ascii="Times New Roman" w:hAnsi="Times New Roman" w:cs="Times New Roman"/>
          <w:b/>
          <w:sz w:val="24"/>
          <w:szCs w:val="24"/>
          <w:lang w:val="it-IT"/>
        </w:rPr>
        <w:t>urricolari ______ Ore</w:t>
      </w:r>
    </w:p>
    <w:p w14:paraId="28411342" w14:textId="394EC3D7" w:rsidR="000D79A6" w:rsidRPr="00DF7028" w:rsidRDefault="000D79A6" w:rsidP="00BE6D0A">
      <w:pPr>
        <w:keepNext/>
        <w:spacing w:before="200" w:after="80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DF7028">
        <w:rPr>
          <w:rFonts w:ascii="Times New Roman" w:hAnsi="Times New Roman" w:cs="Times New Roman"/>
          <w:b/>
          <w:sz w:val="24"/>
          <w:szCs w:val="24"/>
          <w:lang w:val="it-IT"/>
        </w:rPr>
        <w:t xml:space="preserve">C. Seminari </w:t>
      </w:r>
      <w:r w:rsidR="00B110CD" w:rsidRPr="00DF7028">
        <w:rPr>
          <w:rFonts w:ascii="Times New Roman" w:hAnsi="Times New Roman" w:cs="Times New Roman"/>
          <w:b/>
          <w:sz w:val="24"/>
          <w:szCs w:val="24"/>
          <w:lang w:val="it-IT"/>
        </w:rPr>
        <w:t>i</w:t>
      </w:r>
      <w:r w:rsidRPr="00DF7028">
        <w:rPr>
          <w:rFonts w:ascii="Times New Roman" w:hAnsi="Times New Roman" w:cs="Times New Roman"/>
          <w:b/>
          <w:sz w:val="24"/>
          <w:szCs w:val="24"/>
          <w:lang w:val="it-IT"/>
        </w:rPr>
        <w:t>nterdisciplinari</w:t>
      </w:r>
      <w:r w:rsidR="00B110CD" w:rsidRPr="00DF7028">
        <w:rPr>
          <w:rFonts w:ascii="Times New Roman" w:hAnsi="Times New Roman" w:cs="Times New Roman"/>
          <w:b/>
          <w:sz w:val="24"/>
          <w:szCs w:val="24"/>
          <w:lang w:val="it-IT"/>
        </w:rPr>
        <w:t>, Multidisciplinari e Transdisciplinari</w:t>
      </w:r>
      <w:r w:rsidRPr="00DF7028">
        <w:rPr>
          <w:rFonts w:ascii="Times New Roman" w:hAnsi="Times New Roman" w:cs="Times New Roman"/>
          <w:b/>
          <w:sz w:val="24"/>
          <w:szCs w:val="24"/>
          <w:lang w:val="it-IT"/>
        </w:rPr>
        <w:t xml:space="preserve"> ______ Ore</w:t>
      </w:r>
    </w:p>
    <w:p w14:paraId="252E7C84" w14:textId="6071E0AE" w:rsidR="000D79A6" w:rsidRPr="00DF7028" w:rsidRDefault="000D79A6" w:rsidP="00BE6D0A">
      <w:pPr>
        <w:keepNext/>
        <w:spacing w:before="200" w:after="80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DF7028">
        <w:rPr>
          <w:rFonts w:ascii="Times New Roman" w:hAnsi="Times New Roman" w:cs="Times New Roman"/>
          <w:b/>
          <w:sz w:val="24"/>
          <w:szCs w:val="24"/>
          <w:lang w:val="it-IT"/>
        </w:rPr>
        <w:t xml:space="preserve">D. </w:t>
      </w:r>
      <w:r w:rsidR="00DF215C" w:rsidRPr="00DF7028">
        <w:rPr>
          <w:rFonts w:ascii="Times New Roman" w:hAnsi="Times New Roman" w:cs="Times New Roman"/>
          <w:b/>
          <w:sz w:val="24"/>
          <w:szCs w:val="24"/>
          <w:lang w:val="it-IT"/>
        </w:rPr>
        <w:t xml:space="preserve">Attività di </w:t>
      </w:r>
      <w:r w:rsidR="00B110CD" w:rsidRPr="00DF7028">
        <w:rPr>
          <w:rFonts w:ascii="Times New Roman" w:hAnsi="Times New Roman" w:cs="Times New Roman"/>
          <w:b/>
          <w:sz w:val="24"/>
          <w:szCs w:val="24"/>
          <w:lang w:val="it-IT"/>
        </w:rPr>
        <w:t>P</w:t>
      </w:r>
      <w:r w:rsidR="00DF215C" w:rsidRPr="00DF7028">
        <w:rPr>
          <w:rFonts w:ascii="Times New Roman" w:hAnsi="Times New Roman" w:cs="Times New Roman"/>
          <w:b/>
          <w:sz w:val="24"/>
          <w:szCs w:val="24"/>
          <w:lang w:val="it-IT"/>
        </w:rPr>
        <w:t xml:space="preserve">erfezionamento </w:t>
      </w:r>
      <w:r w:rsidR="00B110CD" w:rsidRPr="00DF7028">
        <w:rPr>
          <w:rFonts w:ascii="Times New Roman" w:hAnsi="Times New Roman" w:cs="Times New Roman"/>
          <w:b/>
          <w:sz w:val="24"/>
          <w:szCs w:val="24"/>
          <w:lang w:val="it-IT"/>
        </w:rPr>
        <w:t>L</w:t>
      </w:r>
      <w:r w:rsidR="00DF215C" w:rsidRPr="00DF7028">
        <w:rPr>
          <w:rFonts w:ascii="Times New Roman" w:hAnsi="Times New Roman" w:cs="Times New Roman"/>
          <w:b/>
          <w:sz w:val="24"/>
          <w:szCs w:val="24"/>
          <w:lang w:val="it-IT"/>
        </w:rPr>
        <w:t>inguistico</w:t>
      </w:r>
      <w:r w:rsidRPr="00DF7028">
        <w:rPr>
          <w:rFonts w:ascii="Times New Roman" w:hAnsi="Times New Roman" w:cs="Times New Roman"/>
          <w:b/>
          <w:sz w:val="24"/>
          <w:szCs w:val="24"/>
          <w:lang w:val="it-IT"/>
        </w:rPr>
        <w:t xml:space="preserve"> ______ Ore</w:t>
      </w:r>
    </w:p>
    <w:p w14:paraId="233E1154" w14:textId="108ABF63" w:rsidR="000D79A6" w:rsidRPr="00DF7028" w:rsidRDefault="00DF215C" w:rsidP="00BE6D0A">
      <w:pPr>
        <w:keepNext/>
        <w:spacing w:before="200" w:after="80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DF7028">
        <w:rPr>
          <w:rFonts w:ascii="Times New Roman" w:hAnsi="Times New Roman" w:cs="Times New Roman"/>
          <w:b/>
          <w:sz w:val="24"/>
          <w:szCs w:val="24"/>
          <w:lang w:val="it-IT"/>
        </w:rPr>
        <w:t>E</w:t>
      </w:r>
      <w:r w:rsidR="000D79A6" w:rsidRPr="00DF7028">
        <w:rPr>
          <w:rFonts w:ascii="Times New Roman" w:hAnsi="Times New Roman" w:cs="Times New Roman"/>
          <w:b/>
          <w:sz w:val="24"/>
          <w:szCs w:val="24"/>
          <w:lang w:val="it-IT"/>
        </w:rPr>
        <w:t xml:space="preserve">. </w:t>
      </w:r>
      <w:r w:rsidRPr="00DF7028">
        <w:rPr>
          <w:rFonts w:ascii="Times New Roman" w:hAnsi="Times New Roman" w:cs="Times New Roman"/>
          <w:b/>
          <w:sz w:val="24"/>
          <w:szCs w:val="24"/>
          <w:lang w:val="it-IT"/>
        </w:rPr>
        <w:t xml:space="preserve">Attività di </w:t>
      </w:r>
      <w:r w:rsidR="00B110CD" w:rsidRPr="00DF7028">
        <w:rPr>
          <w:rFonts w:ascii="Times New Roman" w:hAnsi="Times New Roman" w:cs="Times New Roman"/>
          <w:b/>
          <w:sz w:val="24"/>
          <w:szCs w:val="24"/>
          <w:lang w:val="it-IT"/>
        </w:rPr>
        <w:t>P</w:t>
      </w:r>
      <w:r w:rsidRPr="00DF7028">
        <w:rPr>
          <w:rFonts w:ascii="Times New Roman" w:hAnsi="Times New Roman" w:cs="Times New Roman"/>
          <w:b/>
          <w:sz w:val="24"/>
          <w:szCs w:val="24"/>
          <w:lang w:val="it-IT"/>
        </w:rPr>
        <w:t xml:space="preserve">erfezionamento </w:t>
      </w:r>
      <w:r w:rsidR="00B110CD" w:rsidRPr="00DF7028">
        <w:rPr>
          <w:rFonts w:ascii="Times New Roman" w:hAnsi="Times New Roman" w:cs="Times New Roman"/>
          <w:b/>
          <w:sz w:val="24"/>
          <w:szCs w:val="24"/>
          <w:lang w:val="it-IT"/>
        </w:rPr>
        <w:t>I</w:t>
      </w:r>
      <w:r w:rsidRPr="00DF7028">
        <w:rPr>
          <w:rFonts w:ascii="Times New Roman" w:hAnsi="Times New Roman" w:cs="Times New Roman"/>
          <w:b/>
          <w:sz w:val="24"/>
          <w:szCs w:val="24"/>
          <w:lang w:val="it-IT"/>
        </w:rPr>
        <w:t>nformatico</w:t>
      </w:r>
      <w:r w:rsidR="000D79A6" w:rsidRPr="00DF7028">
        <w:rPr>
          <w:rFonts w:ascii="Times New Roman" w:hAnsi="Times New Roman" w:cs="Times New Roman"/>
          <w:b/>
          <w:sz w:val="24"/>
          <w:szCs w:val="24"/>
          <w:lang w:val="it-IT"/>
        </w:rPr>
        <w:t xml:space="preserve"> ______ Ore</w:t>
      </w:r>
    </w:p>
    <w:p w14:paraId="52BF2B49" w14:textId="35DCE6F9" w:rsidR="000D79A6" w:rsidRPr="00DF7028" w:rsidRDefault="00D1750B" w:rsidP="00BE6D0A">
      <w:pPr>
        <w:keepNext/>
        <w:spacing w:before="200" w:after="80"/>
        <w:ind w:left="284" w:hanging="284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DF7028">
        <w:rPr>
          <w:rFonts w:ascii="Times New Roman" w:hAnsi="Times New Roman" w:cs="Times New Roman"/>
          <w:b/>
          <w:sz w:val="24"/>
          <w:szCs w:val="24"/>
          <w:lang w:val="it-IT"/>
        </w:rPr>
        <w:t>F</w:t>
      </w:r>
      <w:r w:rsidR="000D79A6" w:rsidRPr="00DF7028">
        <w:rPr>
          <w:rFonts w:ascii="Times New Roman" w:hAnsi="Times New Roman" w:cs="Times New Roman"/>
          <w:b/>
          <w:sz w:val="24"/>
          <w:szCs w:val="24"/>
          <w:lang w:val="it-IT"/>
        </w:rPr>
        <w:t>.</w:t>
      </w:r>
      <w:r w:rsidR="00DF215C" w:rsidRPr="00DF7028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  <w:r w:rsidRPr="00DF7028">
        <w:rPr>
          <w:rFonts w:ascii="Times New Roman" w:hAnsi="Times New Roman" w:cs="Times New Roman"/>
          <w:b/>
          <w:sz w:val="24"/>
          <w:szCs w:val="24"/>
          <w:lang w:val="it-IT"/>
        </w:rPr>
        <w:t xml:space="preserve">Formazione in materia di gestione della ricerca e della conoscenza dei sistemi di ricerca europei e internazionali </w:t>
      </w:r>
      <w:r w:rsidR="000D79A6" w:rsidRPr="00DF7028">
        <w:rPr>
          <w:rFonts w:ascii="Times New Roman" w:hAnsi="Times New Roman" w:cs="Times New Roman"/>
          <w:b/>
          <w:sz w:val="24"/>
          <w:szCs w:val="24"/>
          <w:lang w:val="it-IT"/>
        </w:rPr>
        <w:t>______ Ore</w:t>
      </w:r>
    </w:p>
    <w:p w14:paraId="609D224A" w14:textId="0694551B" w:rsidR="000D79A6" w:rsidRPr="00DF7028" w:rsidRDefault="00D1750B" w:rsidP="00BE6D0A">
      <w:pPr>
        <w:keepNext/>
        <w:spacing w:before="200" w:after="80"/>
        <w:ind w:left="284" w:hanging="284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DF7028">
        <w:rPr>
          <w:rFonts w:ascii="Times New Roman" w:hAnsi="Times New Roman" w:cs="Times New Roman"/>
          <w:b/>
          <w:sz w:val="24"/>
          <w:szCs w:val="24"/>
          <w:lang w:val="it-IT"/>
        </w:rPr>
        <w:t>G.</w:t>
      </w:r>
      <w:r w:rsidR="000D79A6" w:rsidRPr="00DF7028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  <w:r w:rsidRPr="00DF7028">
        <w:rPr>
          <w:rFonts w:ascii="Times New Roman" w:hAnsi="Times New Roman" w:cs="Times New Roman"/>
          <w:b/>
          <w:sz w:val="24"/>
          <w:szCs w:val="24"/>
          <w:lang w:val="it-IT"/>
        </w:rPr>
        <w:t>Attività di formazione volta alla valorizzazione e disseminazione dei risultati della proprietà intellettuale e dell</w:t>
      </w:r>
      <w:r w:rsidR="00BE6D0A" w:rsidRPr="00DF7028">
        <w:rPr>
          <w:rFonts w:ascii="Times New Roman" w:hAnsi="Times New Roman" w:cs="Times New Roman"/>
          <w:b/>
          <w:sz w:val="24"/>
          <w:szCs w:val="24"/>
          <w:lang w:val="it-IT"/>
        </w:rPr>
        <w:t>’</w:t>
      </w:r>
      <w:r w:rsidRPr="00DF7028">
        <w:rPr>
          <w:rFonts w:ascii="Times New Roman" w:hAnsi="Times New Roman" w:cs="Times New Roman"/>
          <w:b/>
          <w:sz w:val="24"/>
          <w:szCs w:val="24"/>
          <w:lang w:val="it-IT"/>
        </w:rPr>
        <w:t xml:space="preserve">accesso aperto ai dati e ai prodotti della ricerca </w:t>
      </w:r>
      <w:r w:rsidR="000D79A6" w:rsidRPr="00DF7028">
        <w:rPr>
          <w:rFonts w:ascii="Times New Roman" w:hAnsi="Times New Roman" w:cs="Times New Roman"/>
          <w:b/>
          <w:sz w:val="24"/>
          <w:szCs w:val="24"/>
          <w:lang w:val="it-IT"/>
        </w:rPr>
        <w:t xml:space="preserve">______ Ore </w:t>
      </w:r>
    </w:p>
    <w:p w14:paraId="30E62553" w14:textId="2AA57391" w:rsidR="000D79A6" w:rsidRPr="00DF7028" w:rsidRDefault="00D1750B" w:rsidP="00BE6D0A">
      <w:pPr>
        <w:keepNext/>
        <w:spacing w:before="200" w:after="80"/>
        <w:ind w:left="284" w:hanging="284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DF7028">
        <w:rPr>
          <w:rFonts w:ascii="Times New Roman" w:hAnsi="Times New Roman" w:cs="Times New Roman"/>
          <w:b/>
          <w:sz w:val="24"/>
          <w:szCs w:val="24"/>
          <w:lang w:val="it-IT"/>
        </w:rPr>
        <w:t>H</w:t>
      </w:r>
      <w:r w:rsidR="000D79A6" w:rsidRPr="00DF7028">
        <w:rPr>
          <w:rFonts w:ascii="Times New Roman" w:hAnsi="Times New Roman" w:cs="Times New Roman"/>
          <w:b/>
          <w:sz w:val="24"/>
          <w:szCs w:val="24"/>
          <w:lang w:val="it-IT"/>
        </w:rPr>
        <w:t xml:space="preserve">. </w:t>
      </w:r>
      <w:r w:rsidRPr="00DF7028">
        <w:rPr>
          <w:rFonts w:ascii="Times New Roman" w:hAnsi="Times New Roman" w:cs="Times New Roman"/>
          <w:b/>
          <w:sz w:val="24"/>
          <w:szCs w:val="24"/>
          <w:lang w:val="it-IT"/>
        </w:rPr>
        <w:t>Attività di approfondimento in materia di principi fondamentali di etica, uguaglianza di genere e integrità</w:t>
      </w:r>
      <w:r w:rsidR="00BE6D0A" w:rsidRPr="00DF7028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  <w:r w:rsidR="000D79A6" w:rsidRPr="00DF7028">
        <w:rPr>
          <w:rFonts w:ascii="Times New Roman" w:hAnsi="Times New Roman" w:cs="Times New Roman"/>
          <w:b/>
          <w:sz w:val="24"/>
          <w:szCs w:val="24"/>
          <w:lang w:val="it-IT"/>
        </w:rPr>
        <w:t>______ Ore</w:t>
      </w:r>
    </w:p>
    <w:p w14:paraId="11B2B8B3" w14:textId="3F6199FF" w:rsidR="00D1750B" w:rsidRDefault="00D1750B" w:rsidP="00BE6D0A">
      <w:pPr>
        <w:keepNext/>
        <w:spacing w:before="200" w:after="80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DF7028">
        <w:rPr>
          <w:rFonts w:ascii="Times New Roman" w:hAnsi="Times New Roman" w:cs="Times New Roman"/>
          <w:b/>
          <w:sz w:val="24"/>
          <w:szCs w:val="24"/>
          <w:lang w:val="it-IT"/>
        </w:rPr>
        <w:t xml:space="preserve">I. Attività formative a scelta______ </w:t>
      </w:r>
      <w:proofErr w:type="gramStart"/>
      <w:r w:rsidRPr="00DF7028">
        <w:rPr>
          <w:rFonts w:ascii="Times New Roman" w:hAnsi="Times New Roman" w:cs="Times New Roman"/>
          <w:b/>
          <w:sz w:val="24"/>
          <w:szCs w:val="24"/>
          <w:lang w:val="it-IT"/>
        </w:rPr>
        <w:t>Ore  _</w:t>
      </w:r>
      <w:proofErr w:type="gramEnd"/>
      <w:r w:rsidRPr="00DF7028">
        <w:rPr>
          <w:rFonts w:ascii="Times New Roman" w:hAnsi="Times New Roman" w:cs="Times New Roman"/>
          <w:b/>
          <w:sz w:val="24"/>
          <w:szCs w:val="24"/>
          <w:lang w:val="it-IT"/>
        </w:rPr>
        <w:t xml:space="preserve">_____CFU </w:t>
      </w:r>
    </w:p>
    <w:p w14:paraId="1227E0DB" w14:textId="77777777" w:rsidR="00DF7028" w:rsidRPr="00DF7028" w:rsidRDefault="00DF7028" w:rsidP="00BE6D0A">
      <w:pPr>
        <w:keepNext/>
        <w:spacing w:before="200" w:after="80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64E3D61F" w14:textId="77777777" w:rsidR="00176DED" w:rsidRPr="00E87245" w:rsidRDefault="000F48EB" w:rsidP="00BE6D0A">
      <w:pPr>
        <w:keepNext/>
        <w:shd w:val="clear" w:color="auto" w:fill="DBE5F1" w:themeFill="accent1" w:themeFillTint="33"/>
        <w:spacing w:before="320" w:after="120"/>
        <w:ind w:right="-160"/>
        <w:rPr>
          <w:rFonts w:ascii="Times New Roman" w:hAnsi="Times New Roman" w:cs="Times New Roman"/>
          <w:lang w:val="it-IT"/>
        </w:rPr>
      </w:pPr>
      <w:r w:rsidRPr="00E87245">
        <w:rPr>
          <w:rFonts w:ascii="Times New Roman" w:hAnsi="Times New Roman" w:cs="Times New Roman"/>
          <w:b/>
          <w:sz w:val="28"/>
          <w:lang w:val="it-IT"/>
        </w:rPr>
        <w:t>2. Pubblicazioni Scientifiche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9"/>
        <w:gridCol w:w="2349"/>
        <w:gridCol w:w="2989"/>
      </w:tblGrid>
      <w:tr w:rsidR="00076B18" w:rsidRPr="00E87245" w14:paraId="432C291E" w14:textId="77777777" w:rsidTr="00BE6D0A">
        <w:trPr>
          <w:trHeight w:val="486"/>
        </w:trPr>
        <w:tc>
          <w:tcPr>
            <w:tcW w:w="2341" w:type="pct"/>
            <w:shd w:val="clear" w:color="auto" w:fill="F0F4F8"/>
            <w:vAlign w:val="center"/>
          </w:tcPr>
          <w:p w14:paraId="139A4DE3" w14:textId="77777777" w:rsidR="00076B18" w:rsidRPr="00ED6743" w:rsidRDefault="00076B18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Titolo del </w:t>
            </w:r>
            <w:proofErr w:type="spellStart"/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Contributo</w:t>
            </w:r>
            <w:proofErr w:type="spellEnd"/>
          </w:p>
        </w:tc>
        <w:tc>
          <w:tcPr>
            <w:tcW w:w="1170" w:type="pct"/>
            <w:shd w:val="clear" w:color="auto" w:fill="F0F4F8"/>
            <w:vAlign w:val="center"/>
          </w:tcPr>
          <w:p w14:paraId="2F0D5FCC" w14:textId="77777777" w:rsidR="00076B18" w:rsidRPr="00ED6743" w:rsidRDefault="00076B18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Tipologia</w:t>
            </w:r>
            <w:proofErr w:type="spellEnd"/>
          </w:p>
        </w:tc>
        <w:tc>
          <w:tcPr>
            <w:tcW w:w="1489" w:type="pct"/>
            <w:shd w:val="clear" w:color="auto" w:fill="F0F4F8"/>
            <w:vAlign w:val="center"/>
          </w:tcPr>
          <w:p w14:paraId="2F20EA87" w14:textId="4A21257B" w:rsidR="00076B18" w:rsidRPr="00ED6743" w:rsidRDefault="00076B18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Sede</w:t>
            </w:r>
            <w:proofErr w:type="spellEnd"/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editoriale</w:t>
            </w:r>
          </w:p>
        </w:tc>
      </w:tr>
      <w:tr w:rsidR="00076B18" w:rsidRPr="00E87245" w14:paraId="2BB68738" w14:textId="77777777" w:rsidTr="00BE6D0A">
        <w:trPr>
          <w:trHeight w:val="463"/>
        </w:trPr>
        <w:tc>
          <w:tcPr>
            <w:tcW w:w="2341" w:type="pct"/>
            <w:vAlign w:val="center"/>
          </w:tcPr>
          <w:p w14:paraId="10324263" w14:textId="77777777" w:rsidR="00076B18" w:rsidRPr="00ED6743" w:rsidRDefault="00076B18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pct"/>
            <w:vAlign w:val="center"/>
          </w:tcPr>
          <w:p w14:paraId="1AEC347E" w14:textId="216620C9" w:rsidR="00076B18" w:rsidRPr="00ED6743" w:rsidRDefault="00076B18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9" w:type="pct"/>
            <w:vAlign w:val="center"/>
          </w:tcPr>
          <w:p w14:paraId="72A684EF" w14:textId="77777777" w:rsidR="00076B18" w:rsidRPr="00ED6743" w:rsidRDefault="00076B18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6B18" w:rsidRPr="00E87245" w14:paraId="7D76D159" w14:textId="77777777" w:rsidTr="00BE6D0A">
        <w:trPr>
          <w:trHeight w:val="453"/>
        </w:trPr>
        <w:tc>
          <w:tcPr>
            <w:tcW w:w="2341" w:type="pct"/>
            <w:vAlign w:val="center"/>
          </w:tcPr>
          <w:p w14:paraId="146E394D" w14:textId="77777777" w:rsidR="00076B18" w:rsidRPr="00ED6743" w:rsidRDefault="00076B18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pct"/>
            <w:vAlign w:val="center"/>
          </w:tcPr>
          <w:p w14:paraId="7F3504F4" w14:textId="66047497" w:rsidR="00076B18" w:rsidRPr="00ED6743" w:rsidRDefault="00076B18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9" w:type="pct"/>
            <w:vAlign w:val="center"/>
          </w:tcPr>
          <w:p w14:paraId="300BF688" w14:textId="77777777" w:rsidR="00076B18" w:rsidRPr="00ED6743" w:rsidRDefault="00076B18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6D0A" w:rsidRPr="00E87245" w14:paraId="4680F3AF" w14:textId="77777777" w:rsidTr="00BE6D0A">
        <w:trPr>
          <w:trHeight w:val="453"/>
        </w:trPr>
        <w:tc>
          <w:tcPr>
            <w:tcW w:w="2341" w:type="pct"/>
            <w:vAlign w:val="center"/>
          </w:tcPr>
          <w:p w14:paraId="34BE1AFF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pct"/>
            <w:vAlign w:val="center"/>
          </w:tcPr>
          <w:p w14:paraId="7C1E76DC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9" w:type="pct"/>
            <w:vAlign w:val="center"/>
          </w:tcPr>
          <w:p w14:paraId="37C2C80A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6D0A" w:rsidRPr="00E87245" w14:paraId="1C35597C" w14:textId="77777777" w:rsidTr="00BE6D0A">
        <w:trPr>
          <w:trHeight w:val="453"/>
        </w:trPr>
        <w:tc>
          <w:tcPr>
            <w:tcW w:w="2341" w:type="pct"/>
            <w:vAlign w:val="center"/>
          </w:tcPr>
          <w:p w14:paraId="17436597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pct"/>
            <w:vAlign w:val="center"/>
          </w:tcPr>
          <w:p w14:paraId="0F9D173E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9" w:type="pct"/>
            <w:vAlign w:val="center"/>
          </w:tcPr>
          <w:p w14:paraId="189160A5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6D0A" w:rsidRPr="00E87245" w14:paraId="2A8F4CF4" w14:textId="77777777" w:rsidTr="00BE6D0A">
        <w:trPr>
          <w:trHeight w:val="453"/>
        </w:trPr>
        <w:tc>
          <w:tcPr>
            <w:tcW w:w="2341" w:type="pct"/>
            <w:vAlign w:val="center"/>
          </w:tcPr>
          <w:p w14:paraId="30060276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pct"/>
            <w:vAlign w:val="center"/>
          </w:tcPr>
          <w:p w14:paraId="719948FF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9" w:type="pct"/>
            <w:vAlign w:val="center"/>
          </w:tcPr>
          <w:p w14:paraId="20926091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5167BA4" w14:textId="2DE05600" w:rsidR="00176DED" w:rsidRPr="00E87245" w:rsidRDefault="000F48EB" w:rsidP="00BE6D0A">
      <w:pPr>
        <w:keepNext/>
        <w:shd w:val="clear" w:color="auto" w:fill="DBE5F1" w:themeFill="accent1" w:themeFillTint="33"/>
        <w:spacing w:before="320" w:after="120"/>
        <w:rPr>
          <w:rFonts w:ascii="Times New Roman" w:hAnsi="Times New Roman" w:cs="Times New Roman"/>
        </w:rPr>
      </w:pPr>
      <w:r w:rsidRPr="00E87245">
        <w:rPr>
          <w:rFonts w:ascii="Times New Roman" w:hAnsi="Times New Roman" w:cs="Times New Roman"/>
          <w:b/>
          <w:sz w:val="28"/>
        </w:rPr>
        <w:t xml:space="preserve">3. </w:t>
      </w:r>
      <w:proofErr w:type="spellStart"/>
      <w:r w:rsidRPr="00E87245">
        <w:rPr>
          <w:rFonts w:ascii="Times New Roman" w:hAnsi="Times New Roman" w:cs="Times New Roman"/>
          <w:b/>
          <w:sz w:val="28"/>
        </w:rPr>
        <w:t>Partecipazione</w:t>
      </w:r>
      <w:proofErr w:type="spellEnd"/>
      <w:r w:rsidRPr="00E87245">
        <w:rPr>
          <w:rFonts w:ascii="Times New Roman" w:hAnsi="Times New Roman" w:cs="Times New Roman"/>
          <w:b/>
          <w:sz w:val="28"/>
        </w:rPr>
        <w:t xml:space="preserve"> a</w:t>
      </w:r>
      <w:r w:rsidR="000D79A6" w:rsidRPr="00E87245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E87245">
        <w:rPr>
          <w:rFonts w:ascii="Times New Roman" w:hAnsi="Times New Roman" w:cs="Times New Roman"/>
          <w:b/>
          <w:sz w:val="28"/>
        </w:rPr>
        <w:t>Eventi</w:t>
      </w:r>
      <w:proofErr w:type="spellEnd"/>
      <w:r w:rsidRPr="00E87245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E87245">
        <w:rPr>
          <w:rFonts w:ascii="Times New Roman" w:hAnsi="Times New Roman" w:cs="Times New Roman"/>
          <w:b/>
          <w:sz w:val="28"/>
        </w:rPr>
        <w:t>Scientifici</w:t>
      </w:r>
      <w:proofErr w:type="spellEnd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6"/>
        <w:gridCol w:w="3099"/>
        <w:gridCol w:w="1919"/>
        <w:gridCol w:w="1329"/>
        <w:gridCol w:w="2214"/>
      </w:tblGrid>
      <w:tr w:rsidR="00176DED" w:rsidRPr="00E87245" w14:paraId="7E2FA769" w14:textId="77777777" w:rsidTr="00BE6D0A">
        <w:trPr>
          <w:jc w:val="center"/>
        </w:trPr>
        <w:tc>
          <w:tcPr>
            <w:tcW w:w="735" w:type="pct"/>
            <w:shd w:val="clear" w:color="auto" w:fill="F0F4F8"/>
            <w:vAlign w:val="center"/>
          </w:tcPr>
          <w:p w14:paraId="4A9205B7" w14:textId="77777777" w:rsidR="00176DED" w:rsidRPr="00ED6743" w:rsidRDefault="000F48EB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544" w:type="pct"/>
            <w:shd w:val="clear" w:color="auto" w:fill="F0F4F8"/>
            <w:vAlign w:val="center"/>
          </w:tcPr>
          <w:p w14:paraId="5EF20DBA" w14:textId="480218AC" w:rsidR="00176DED" w:rsidRPr="00ED6743" w:rsidRDefault="00E154F0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Titolo </w:t>
            </w:r>
            <w:proofErr w:type="spellStart"/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Evento</w:t>
            </w:r>
            <w:proofErr w:type="spellEnd"/>
          </w:p>
        </w:tc>
        <w:tc>
          <w:tcPr>
            <w:tcW w:w="956" w:type="pct"/>
            <w:shd w:val="clear" w:color="auto" w:fill="F0F4F8"/>
            <w:vAlign w:val="center"/>
          </w:tcPr>
          <w:p w14:paraId="07058705" w14:textId="77777777" w:rsidR="00176DED" w:rsidRPr="00ED6743" w:rsidRDefault="000F48EB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Ente </w:t>
            </w:r>
            <w:proofErr w:type="spellStart"/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Organizzatore</w:t>
            </w:r>
            <w:proofErr w:type="spellEnd"/>
          </w:p>
        </w:tc>
        <w:tc>
          <w:tcPr>
            <w:tcW w:w="662" w:type="pct"/>
            <w:shd w:val="clear" w:color="auto" w:fill="F0F4F8"/>
            <w:vAlign w:val="center"/>
          </w:tcPr>
          <w:p w14:paraId="7A197440" w14:textId="77777777" w:rsidR="00176DED" w:rsidRPr="00ED6743" w:rsidRDefault="000F48EB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Ruolo</w:t>
            </w:r>
            <w:proofErr w:type="spellEnd"/>
          </w:p>
        </w:tc>
        <w:tc>
          <w:tcPr>
            <w:tcW w:w="1103" w:type="pct"/>
            <w:shd w:val="clear" w:color="auto" w:fill="F0F4F8"/>
            <w:vAlign w:val="center"/>
          </w:tcPr>
          <w:p w14:paraId="3D8DA640" w14:textId="342240A6" w:rsidR="00176DED" w:rsidRPr="00ED6743" w:rsidRDefault="000F48EB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Titolo </w:t>
            </w:r>
            <w:proofErr w:type="spellStart"/>
            <w:r w:rsidR="0080278A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ntervento</w:t>
            </w:r>
            <w:proofErr w:type="spellEnd"/>
          </w:p>
        </w:tc>
      </w:tr>
      <w:tr w:rsidR="00176DED" w:rsidRPr="00E87245" w14:paraId="0456DF6D" w14:textId="77777777" w:rsidTr="00BE6D0A">
        <w:trPr>
          <w:jc w:val="center"/>
        </w:trPr>
        <w:tc>
          <w:tcPr>
            <w:tcW w:w="735" w:type="pct"/>
            <w:vAlign w:val="center"/>
          </w:tcPr>
          <w:p w14:paraId="05364FE6" w14:textId="2742333B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4" w:type="pct"/>
            <w:vAlign w:val="center"/>
          </w:tcPr>
          <w:p w14:paraId="0FA3DBA3" w14:textId="77777777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6" w:type="pct"/>
            <w:vAlign w:val="center"/>
          </w:tcPr>
          <w:p w14:paraId="1C2DAEB8" w14:textId="77777777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vAlign w:val="center"/>
          </w:tcPr>
          <w:p w14:paraId="1F948CA8" w14:textId="74A7AFEE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3" w:type="pct"/>
            <w:vAlign w:val="center"/>
          </w:tcPr>
          <w:p w14:paraId="20E4CB45" w14:textId="77777777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6DED" w:rsidRPr="00E87245" w14:paraId="78EFD3EB" w14:textId="77777777" w:rsidTr="00BE6D0A">
        <w:trPr>
          <w:jc w:val="center"/>
        </w:trPr>
        <w:tc>
          <w:tcPr>
            <w:tcW w:w="735" w:type="pct"/>
            <w:vAlign w:val="center"/>
          </w:tcPr>
          <w:p w14:paraId="13C60568" w14:textId="31B43101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4" w:type="pct"/>
            <w:vAlign w:val="center"/>
          </w:tcPr>
          <w:p w14:paraId="2ECA3216" w14:textId="77777777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6" w:type="pct"/>
            <w:vAlign w:val="center"/>
          </w:tcPr>
          <w:p w14:paraId="1DF03E86" w14:textId="77777777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vAlign w:val="center"/>
          </w:tcPr>
          <w:p w14:paraId="249B6DED" w14:textId="60152BE7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3" w:type="pct"/>
            <w:vAlign w:val="center"/>
          </w:tcPr>
          <w:p w14:paraId="79D4EF5E" w14:textId="77777777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6D0A" w:rsidRPr="00E87245" w14:paraId="40012797" w14:textId="77777777" w:rsidTr="00BE6D0A">
        <w:trPr>
          <w:jc w:val="center"/>
        </w:trPr>
        <w:tc>
          <w:tcPr>
            <w:tcW w:w="735" w:type="pct"/>
            <w:vAlign w:val="center"/>
          </w:tcPr>
          <w:p w14:paraId="39CC46BA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4" w:type="pct"/>
            <w:vAlign w:val="center"/>
          </w:tcPr>
          <w:p w14:paraId="6CC21127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6" w:type="pct"/>
            <w:vAlign w:val="center"/>
          </w:tcPr>
          <w:p w14:paraId="6C18FF39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vAlign w:val="center"/>
          </w:tcPr>
          <w:p w14:paraId="160429DE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3" w:type="pct"/>
            <w:vAlign w:val="center"/>
          </w:tcPr>
          <w:p w14:paraId="38C6DC60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6D0A" w:rsidRPr="00E87245" w14:paraId="5186C41E" w14:textId="77777777" w:rsidTr="00BE6D0A">
        <w:trPr>
          <w:jc w:val="center"/>
        </w:trPr>
        <w:tc>
          <w:tcPr>
            <w:tcW w:w="735" w:type="pct"/>
            <w:vAlign w:val="center"/>
          </w:tcPr>
          <w:p w14:paraId="1029B990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4" w:type="pct"/>
            <w:vAlign w:val="center"/>
          </w:tcPr>
          <w:p w14:paraId="2BC095AA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6" w:type="pct"/>
            <w:vAlign w:val="center"/>
          </w:tcPr>
          <w:p w14:paraId="163A781F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vAlign w:val="center"/>
          </w:tcPr>
          <w:p w14:paraId="5C1EFD2D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3" w:type="pct"/>
            <w:vAlign w:val="center"/>
          </w:tcPr>
          <w:p w14:paraId="2BE37EDE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6D0A" w:rsidRPr="00E87245" w14:paraId="4EC3B762" w14:textId="77777777" w:rsidTr="00BE6D0A">
        <w:trPr>
          <w:jc w:val="center"/>
        </w:trPr>
        <w:tc>
          <w:tcPr>
            <w:tcW w:w="735" w:type="pct"/>
            <w:vAlign w:val="center"/>
          </w:tcPr>
          <w:p w14:paraId="59948599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4" w:type="pct"/>
            <w:vAlign w:val="center"/>
          </w:tcPr>
          <w:p w14:paraId="31D619C5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6" w:type="pct"/>
            <w:vAlign w:val="center"/>
          </w:tcPr>
          <w:p w14:paraId="7DA77693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vAlign w:val="center"/>
          </w:tcPr>
          <w:p w14:paraId="1C7CE7B5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3" w:type="pct"/>
            <w:vAlign w:val="center"/>
          </w:tcPr>
          <w:p w14:paraId="7ED1B96E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3A1D86E" w14:textId="77777777" w:rsidR="00176DED" w:rsidRPr="00E87245" w:rsidRDefault="00176DED">
      <w:pPr>
        <w:rPr>
          <w:rFonts w:ascii="Times New Roman" w:hAnsi="Times New Roman" w:cs="Times New Roman"/>
        </w:rPr>
      </w:pPr>
    </w:p>
    <w:p w14:paraId="12F8C9C2" w14:textId="380CF520" w:rsidR="00176DED" w:rsidRPr="00BE6D0A" w:rsidRDefault="000F48EB" w:rsidP="00BE6D0A">
      <w:pPr>
        <w:keepNext/>
        <w:shd w:val="clear" w:color="auto" w:fill="DBE5F1" w:themeFill="accent1" w:themeFillTint="33"/>
        <w:spacing w:before="320" w:after="120"/>
        <w:rPr>
          <w:rFonts w:ascii="Times New Roman" w:hAnsi="Times New Roman" w:cs="Times New Roman"/>
          <w:lang w:val="it-IT"/>
        </w:rPr>
      </w:pPr>
      <w:r w:rsidRPr="00BE6D0A">
        <w:rPr>
          <w:rFonts w:ascii="Times New Roman" w:hAnsi="Times New Roman" w:cs="Times New Roman"/>
          <w:b/>
          <w:sz w:val="28"/>
          <w:lang w:val="it-IT"/>
        </w:rPr>
        <w:t>4. Mobilità Internazionale e Soggiorni all</w:t>
      </w:r>
      <w:r w:rsidR="00BE6D0A" w:rsidRPr="00BE6D0A">
        <w:rPr>
          <w:rFonts w:ascii="Times New Roman" w:hAnsi="Times New Roman" w:cs="Times New Roman"/>
          <w:b/>
          <w:sz w:val="28"/>
          <w:lang w:val="it-IT"/>
        </w:rPr>
        <w:t>’</w:t>
      </w:r>
      <w:r w:rsidRPr="00BE6D0A">
        <w:rPr>
          <w:rFonts w:ascii="Times New Roman" w:hAnsi="Times New Roman" w:cs="Times New Roman"/>
          <w:b/>
          <w:sz w:val="28"/>
          <w:lang w:val="it-IT"/>
        </w:rPr>
        <w:t>Estero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7"/>
        <w:gridCol w:w="1624"/>
        <w:gridCol w:w="1329"/>
        <w:gridCol w:w="1329"/>
        <w:gridCol w:w="1329"/>
        <w:gridCol w:w="1769"/>
      </w:tblGrid>
      <w:tr w:rsidR="00176DED" w:rsidRPr="00E87245" w14:paraId="1CADAFBF" w14:textId="77777777" w:rsidTr="00BE6D0A">
        <w:trPr>
          <w:jc w:val="center"/>
        </w:trPr>
        <w:tc>
          <w:tcPr>
            <w:tcW w:w="1324" w:type="pct"/>
            <w:shd w:val="clear" w:color="auto" w:fill="F0F4F8"/>
            <w:vAlign w:val="center"/>
          </w:tcPr>
          <w:p w14:paraId="6D60CA20" w14:textId="77777777" w:rsidR="00176DED" w:rsidRPr="00ED6743" w:rsidRDefault="000F48EB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Istituzione</w:t>
            </w:r>
            <w:proofErr w:type="spellEnd"/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Università </w:t>
            </w:r>
            <w:proofErr w:type="spellStart"/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Ospitante</w:t>
            </w:r>
            <w:proofErr w:type="spellEnd"/>
          </w:p>
        </w:tc>
        <w:tc>
          <w:tcPr>
            <w:tcW w:w="809" w:type="pct"/>
            <w:shd w:val="clear" w:color="auto" w:fill="F0F4F8"/>
            <w:vAlign w:val="center"/>
          </w:tcPr>
          <w:p w14:paraId="353725BC" w14:textId="77777777" w:rsidR="00176DED" w:rsidRPr="00ED6743" w:rsidRDefault="000F48EB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Paese / Città</w:t>
            </w:r>
          </w:p>
        </w:tc>
        <w:tc>
          <w:tcPr>
            <w:tcW w:w="662" w:type="pct"/>
            <w:shd w:val="clear" w:color="auto" w:fill="F0F4F8"/>
            <w:vAlign w:val="center"/>
          </w:tcPr>
          <w:p w14:paraId="1FAF7DBB" w14:textId="77777777" w:rsidR="00176DED" w:rsidRPr="00ED6743" w:rsidRDefault="000F48EB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Data </w:t>
            </w:r>
            <w:proofErr w:type="spellStart"/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Inizio</w:t>
            </w:r>
            <w:proofErr w:type="spellEnd"/>
          </w:p>
        </w:tc>
        <w:tc>
          <w:tcPr>
            <w:tcW w:w="662" w:type="pct"/>
            <w:shd w:val="clear" w:color="auto" w:fill="F0F4F8"/>
            <w:vAlign w:val="center"/>
          </w:tcPr>
          <w:p w14:paraId="2A774002" w14:textId="77777777" w:rsidR="00176DED" w:rsidRPr="00ED6743" w:rsidRDefault="000F48EB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Data Fine</w:t>
            </w:r>
          </w:p>
        </w:tc>
        <w:tc>
          <w:tcPr>
            <w:tcW w:w="662" w:type="pct"/>
            <w:shd w:val="clear" w:color="auto" w:fill="F0F4F8"/>
            <w:vAlign w:val="center"/>
          </w:tcPr>
          <w:p w14:paraId="3BDF54BC" w14:textId="77777777" w:rsidR="00176DED" w:rsidRPr="00ED6743" w:rsidRDefault="000F48EB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Durata</w:t>
            </w:r>
            <w:proofErr w:type="spellEnd"/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Totale</w:t>
            </w:r>
            <w:proofErr w:type="spellEnd"/>
          </w:p>
        </w:tc>
        <w:tc>
          <w:tcPr>
            <w:tcW w:w="882" w:type="pct"/>
            <w:shd w:val="clear" w:color="auto" w:fill="F0F4F8"/>
            <w:vAlign w:val="center"/>
          </w:tcPr>
          <w:p w14:paraId="01C27922" w14:textId="77777777" w:rsidR="00176DED" w:rsidRPr="00ED6743" w:rsidRDefault="000F48EB">
            <w:pPr>
              <w:spacing w:before="80" w:after="8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>Referente</w:t>
            </w:r>
            <w:proofErr w:type="spellEnd"/>
            <w:r w:rsidRPr="00ED67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Estero</w:t>
            </w:r>
          </w:p>
        </w:tc>
      </w:tr>
      <w:tr w:rsidR="00176DED" w:rsidRPr="00E87245" w14:paraId="2CAAF4CF" w14:textId="77777777" w:rsidTr="00BE6D0A">
        <w:trPr>
          <w:jc w:val="center"/>
        </w:trPr>
        <w:tc>
          <w:tcPr>
            <w:tcW w:w="1324" w:type="pct"/>
            <w:vAlign w:val="center"/>
          </w:tcPr>
          <w:p w14:paraId="4E3BF42D" w14:textId="77777777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9" w:type="pct"/>
            <w:vAlign w:val="center"/>
          </w:tcPr>
          <w:p w14:paraId="6D133F42" w14:textId="77777777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vAlign w:val="center"/>
          </w:tcPr>
          <w:p w14:paraId="166EA9CF" w14:textId="77777777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vAlign w:val="center"/>
          </w:tcPr>
          <w:p w14:paraId="2E753428" w14:textId="77777777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vAlign w:val="center"/>
          </w:tcPr>
          <w:p w14:paraId="615EA0B8" w14:textId="77777777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2" w:type="pct"/>
            <w:vAlign w:val="center"/>
          </w:tcPr>
          <w:p w14:paraId="0648A9E9" w14:textId="77777777" w:rsidR="00176DED" w:rsidRPr="00ED6743" w:rsidRDefault="00176DED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6D0A" w:rsidRPr="00E87245" w14:paraId="67C0F2F4" w14:textId="77777777" w:rsidTr="00BE6D0A">
        <w:trPr>
          <w:jc w:val="center"/>
        </w:trPr>
        <w:tc>
          <w:tcPr>
            <w:tcW w:w="1324" w:type="pct"/>
            <w:vAlign w:val="center"/>
          </w:tcPr>
          <w:p w14:paraId="78F0B505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9" w:type="pct"/>
            <w:vAlign w:val="center"/>
          </w:tcPr>
          <w:p w14:paraId="455D7D59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vAlign w:val="center"/>
          </w:tcPr>
          <w:p w14:paraId="2E9E94FA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vAlign w:val="center"/>
          </w:tcPr>
          <w:p w14:paraId="14C605E7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vAlign w:val="center"/>
          </w:tcPr>
          <w:p w14:paraId="0BDD228C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2" w:type="pct"/>
            <w:vAlign w:val="center"/>
          </w:tcPr>
          <w:p w14:paraId="3D830E1B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6D0A" w:rsidRPr="00E87245" w14:paraId="1275DE37" w14:textId="77777777" w:rsidTr="00BE6D0A">
        <w:trPr>
          <w:jc w:val="center"/>
        </w:trPr>
        <w:tc>
          <w:tcPr>
            <w:tcW w:w="1324" w:type="pct"/>
            <w:vAlign w:val="center"/>
          </w:tcPr>
          <w:p w14:paraId="56F38876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9" w:type="pct"/>
            <w:vAlign w:val="center"/>
          </w:tcPr>
          <w:p w14:paraId="57C6F9EC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vAlign w:val="center"/>
          </w:tcPr>
          <w:p w14:paraId="076EB186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vAlign w:val="center"/>
          </w:tcPr>
          <w:p w14:paraId="3C9D0C8A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vAlign w:val="center"/>
          </w:tcPr>
          <w:p w14:paraId="6FF6E013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2" w:type="pct"/>
            <w:vAlign w:val="center"/>
          </w:tcPr>
          <w:p w14:paraId="6CFF1FDA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6D0A" w:rsidRPr="00E87245" w14:paraId="71EC85EC" w14:textId="77777777" w:rsidTr="00BE6D0A">
        <w:trPr>
          <w:jc w:val="center"/>
        </w:trPr>
        <w:tc>
          <w:tcPr>
            <w:tcW w:w="1324" w:type="pct"/>
            <w:vAlign w:val="center"/>
          </w:tcPr>
          <w:p w14:paraId="71090EAF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9" w:type="pct"/>
            <w:vAlign w:val="center"/>
          </w:tcPr>
          <w:p w14:paraId="03854AE9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vAlign w:val="center"/>
          </w:tcPr>
          <w:p w14:paraId="2B977F86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vAlign w:val="center"/>
          </w:tcPr>
          <w:p w14:paraId="6E03F7F7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vAlign w:val="center"/>
          </w:tcPr>
          <w:p w14:paraId="294CB917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2" w:type="pct"/>
            <w:vAlign w:val="center"/>
          </w:tcPr>
          <w:p w14:paraId="7F6572A8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6D0A" w:rsidRPr="00E87245" w14:paraId="2B3880CB" w14:textId="77777777" w:rsidTr="00BE6D0A">
        <w:trPr>
          <w:jc w:val="center"/>
        </w:trPr>
        <w:tc>
          <w:tcPr>
            <w:tcW w:w="1324" w:type="pct"/>
            <w:vAlign w:val="center"/>
          </w:tcPr>
          <w:p w14:paraId="02E3B326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9" w:type="pct"/>
            <w:vAlign w:val="center"/>
          </w:tcPr>
          <w:p w14:paraId="745C6888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vAlign w:val="center"/>
          </w:tcPr>
          <w:p w14:paraId="18231E4D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vAlign w:val="center"/>
          </w:tcPr>
          <w:p w14:paraId="164E21F4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pct"/>
            <w:vAlign w:val="center"/>
          </w:tcPr>
          <w:p w14:paraId="4E794709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2" w:type="pct"/>
            <w:vAlign w:val="center"/>
          </w:tcPr>
          <w:p w14:paraId="1DA7035B" w14:textId="77777777" w:rsidR="00BE6D0A" w:rsidRPr="00ED6743" w:rsidRDefault="00BE6D0A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16FF8D7" w14:textId="77777777" w:rsidR="00C851A6" w:rsidRDefault="00C851A6">
      <w:pPr>
        <w:keepNext/>
        <w:spacing w:before="160" w:after="40"/>
        <w:rPr>
          <w:rFonts w:ascii="Times New Roman" w:hAnsi="Times New Roman" w:cs="Times New Roman"/>
          <w:b/>
          <w:sz w:val="21"/>
          <w:lang w:val="it-IT"/>
        </w:rPr>
      </w:pPr>
    </w:p>
    <w:p w14:paraId="357E86A3" w14:textId="50E08C37" w:rsidR="00176DED" w:rsidRPr="00DF7028" w:rsidRDefault="000F48EB">
      <w:pPr>
        <w:keepNext/>
        <w:spacing w:before="160" w:after="40"/>
        <w:rPr>
          <w:rFonts w:ascii="Times New Roman" w:hAnsi="Times New Roman" w:cs="Times New Roman"/>
          <w:sz w:val="24"/>
          <w:szCs w:val="24"/>
          <w:lang w:val="it-IT"/>
        </w:rPr>
      </w:pPr>
      <w:r w:rsidRPr="00DF7028">
        <w:rPr>
          <w:rFonts w:ascii="Times New Roman" w:hAnsi="Times New Roman" w:cs="Times New Roman"/>
          <w:b/>
          <w:sz w:val="24"/>
          <w:szCs w:val="24"/>
          <w:lang w:val="it-IT"/>
        </w:rPr>
        <w:t>a) Attività scientifiche e formative svolte durante la mobilità:</w:t>
      </w:r>
    </w:p>
    <w:p w14:paraId="51FFE219" w14:textId="6A612253" w:rsidR="00176DED" w:rsidRPr="00DF7028" w:rsidRDefault="000F48EB">
      <w:pPr>
        <w:spacing w:after="80"/>
        <w:rPr>
          <w:rFonts w:ascii="Times New Roman" w:hAnsi="Times New Roman" w:cs="Times New Roman"/>
          <w:sz w:val="24"/>
          <w:szCs w:val="24"/>
          <w:lang w:val="it-IT"/>
        </w:rPr>
      </w:pPr>
      <w:r w:rsidRPr="00DF7028">
        <w:rPr>
          <w:rFonts w:ascii="Times New Roman" w:hAnsi="Times New Roman" w:cs="Times New Roman"/>
          <w:i/>
          <w:sz w:val="24"/>
          <w:szCs w:val="24"/>
          <w:lang w:val="it-IT"/>
        </w:rPr>
        <w:t xml:space="preserve">Descrivere nel dettaglio le attività di ricerca </w:t>
      </w:r>
      <w:r w:rsidR="00E154F0" w:rsidRPr="00DF7028">
        <w:rPr>
          <w:rFonts w:ascii="Times New Roman" w:hAnsi="Times New Roman" w:cs="Times New Roman"/>
          <w:i/>
          <w:sz w:val="24"/>
          <w:szCs w:val="24"/>
          <w:lang w:val="it-IT"/>
        </w:rPr>
        <w:t>svolte</w:t>
      </w:r>
      <w:r w:rsidRPr="00DF7028">
        <w:rPr>
          <w:rFonts w:ascii="Times New Roman" w:hAnsi="Times New Roman" w:cs="Times New Roman"/>
          <w:i/>
          <w:sz w:val="24"/>
          <w:szCs w:val="24"/>
          <w:lang w:val="it-IT"/>
        </w:rPr>
        <w:t>, la consultazione di archivi/biblioteche, le attività di laboratorio, la frequenza di corsi o seminari presso l</w:t>
      </w:r>
      <w:r w:rsidR="00BE6D0A" w:rsidRPr="00DF7028">
        <w:rPr>
          <w:rFonts w:ascii="Times New Roman" w:hAnsi="Times New Roman" w:cs="Times New Roman"/>
          <w:i/>
          <w:sz w:val="24"/>
          <w:szCs w:val="24"/>
          <w:lang w:val="it-IT"/>
        </w:rPr>
        <w:t>’</w:t>
      </w:r>
      <w:r w:rsidRPr="00DF7028">
        <w:rPr>
          <w:rFonts w:ascii="Times New Roman" w:hAnsi="Times New Roman" w:cs="Times New Roman"/>
          <w:i/>
          <w:sz w:val="24"/>
          <w:szCs w:val="24"/>
          <w:lang w:val="it-IT"/>
        </w:rPr>
        <w:t>istituzione ospitante.</w:t>
      </w:r>
    </w:p>
    <w:p w14:paraId="6091AC7A" w14:textId="44886EA9" w:rsidR="00176DED" w:rsidRPr="00DF7028" w:rsidRDefault="00BE6D0A">
      <w:pPr>
        <w:spacing w:after="160"/>
        <w:rPr>
          <w:rFonts w:ascii="Times New Roman" w:hAnsi="Times New Roman" w:cs="Times New Roman"/>
          <w:sz w:val="24"/>
          <w:szCs w:val="24"/>
          <w:lang w:val="it-IT"/>
        </w:rPr>
      </w:pPr>
      <w:r w:rsidRPr="00DF7028">
        <w:rPr>
          <w:rFonts w:ascii="Times New Roman" w:hAnsi="Times New Roman" w:cs="Times New Roman"/>
          <w:i/>
          <w:sz w:val="24"/>
          <w:szCs w:val="24"/>
          <w:lang w:val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F92A487" w14:textId="524AAE44" w:rsidR="00176DED" w:rsidRPr="00DF7028" w:rsidRDefault="000F48EB">
      <w:pPr>
        <w:keepNext/>
        <w:spacing w:before="160" w:after="40"/>
        <w:rPr>
          <w:rFonts w:ascii="Times New Roman" w:hAnsi="Times New Roman" w:cs="Times New Roman"/>
          <w:sz w:val="24"/>
          <w:szCs w:val="24"/>
          <w:lang w:val="it-IT"/>
        </w:rPr>
      </w:pPr>
      <w:r w:rsidRPr="00DF7028">
        <w:rPr>
          <w:rFonts w:ascii="Times New Roman" w:hAnsi="Times New Roman" w:cs="Times New Roman"/>
          <w:b/>
          <w:sz w:val="24"/>
          <w:szCs w:val="24"/>
          <w:lang w:val="it-IT"/>
        </w:rPr>
        <w:t xml:space="preserve">b) </w:t>
      </w:r>
      <w:proofErr w:type="spellStart"/>
      <w:r w:rsidRPr="00DF7028">
        <w:rPr>
          <w:rFonts w:ascii="Times New Roman" w:hAnsi="Times New Roman" w:cs="Times New Roman"/>
          <w:b/>
          <w:i/>
          <w:iCs/>
          <w:sz w:val="24"/>
          <w:szCs w:val="24"/>
          <w:lang w:val="it-IT"/>
        </w:rPr>
        <w:t>Outcomes</w:t>
      </w:r>
      <w:proofErr w:type="spellEnd"/>
      <w:r w:rsidRPr="00DF7028">
        <w:rPr>
          <w:rFonts w:ascii="Times New Roman" w:hAnsi="Times New Roman" w:cs="Times New Roman"/>
          <w:b/>
          <w:sz w:val="24"/>
          <w:szCs w:val="24"/>
          <w:lang w:val="it-IT"/>
        </w:rPr>
        <w:t xml:space="preserve"> dell</w:t>
      </w:r>
      <w:r w:rsidR="00BE6D0A" w:rsidRPr="00DF7028">
        <w:rPr>
          <w:rFonts w:ascii="Times New Roman" w:hAnsi="Times New Roman" w:cs="Times New Roman"/>
          <w:b/>
          <w:sz w:val="24"/>
          <w:szCs w:val="24"/>
          <w:lang w:val="it-IT"/>
        </w:rPr>
        <w:t>’</w:t>
      </w:r>
      <w:r w:rsidRPr="00DF7028">
        <w:rPr>
          <w:rFonts w:ascii="Times New Roman" w:hAnsi="Times New Roman" w:cs="Times New Roman"/>
          <w:b/>
          <w:sz w:val="24"/>
          <w:szCs w:val="24"/>
          <w:lang w:val="it-IT"/>
        </w:rPr>
        <w:t>esperienza internazionale (Pubblicazioni, Collaborazioni, Convegni):</w:t>
      </w:r>
    </w:p>
    <w:p w14:paraId="47BEB193" w14:textId="1BAE8E5B" w:rsidR="00176DED" w:rsidRPr="00DF7028" w:rsidRDefault="000F48EB" w:rsidP="000D79A6">
      <w:pPr>
        <w:spacing w:after="8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DF7028">
        <w:rPr>
          <w:rFonts w:ascii="Times New Roman" w:hAnsi="Times New Roman" w:cs="Times New Roman"/>
          <w:i/>
          <w:sz w:val="24"/>
          <w:szCs w:val="24"/>
          <w:lang w:val="it-IT"/>
        </w:rPr>
        <w:t>Indicare eventuali articoli scaturiti, progetti di ricerca o collaborazioni scientifiche avviate con l</w:t>
      </w:r>
      <w:r w:rsidR="00BE6D0A" w:rsidRPr="00DF7028">
        <w:rPr>
          <w:rFonts w:ascii="Times New Roman" w:hAnsi="Times New Roman" w:cs="Times New Roman"/>
          <w:i/>
          <w:sz w:val="24"/>
          <w:szCs w:val="24"/>
          <w:lang w:val="it-IT"/>
        </w:rPr>
        <w:t>’</w:t>
      </w:r>
      <w:r w:rsidRPr="00DF7028">
        <w:rPr>
          <w:rFonts w:ascii="Times New Roman" w:hAnsi="Times New Roman" w:cs="Times New Roman"/>
          <w:i/>
          <w:sz w:val="24"/>
          <w:szCs w:val="24"/>
          <w:lang w:val="it-IT"/>
        </w:rPr>
        <w:t xml:space="preserve">ente ospitante, e </w:t>
      </w:r>
      <w:r w:rsidR="000D79A6" w:rsidRPr="00DF7028">
        <w:rPr>
          <w:rFonts w:ascii="Times New Roman" w:hAnsi="Times New Roman" w:cs="Times New Roman"/>
          <w:i/>
          <w:sz w:val="24"/>
          <w:szCs w:val="24"/>
          <w:lang w:val="it-IT"/>
        </w:rPr>
        <w:t>relazion</w:t>
      </w:r>
      <w:r w:rsidRPr="00DF7028">
        <w:rPr>
          <w:rFonts w:ascii="Times New Roman" w:hAnsi="Times New Roman" w:cs="Times New Roman"/>
          <w:i/>
          <w:sz w:val="24"/>
          <w:szCs w:val="24"/>
          <w:lang w:val="it-IT"/>
        </w:rPr>
        <w:t>i tenute a seminari o convegni all</w:t>
      </w:r>
      <w:r w:rsidR="00BE6D0A" w:rsidRPr="00DF7028">
        <w:rPr>
          <w:rFonts w:ascii="Times New Roman" w:hAnsi="Times New Roman" w:cs="Times New Roman"/>
          <w:i/>
          <w:sz w:val="24"/>
          <w:szCs w:val="24"/>
          <w:lang w:val="it-IT"/>
        </w:rPr>
        <w:t>’</w:t>
      </w:r>
      <w:r w:rsidRPr="00DF7028">
        <w:rPr>
          <w:rFonts w:ascii="Times New Roman" w:hAnsi="Times New Roman" w:cs="Times New Roman"/>
          <w:i/>
          <w:sz w:val="24"/>
          <w:szCs w:val="24"/>
          <w:lang w:val="it-IT"/>
        </w:rPr>
        <w:t>estero.</w:t>
      </w:r>
    </w:p>
    <w:p w14:paraId="5E0D547A" w14:textId="77777777" w:rsidR="0080278A" w:rsidRDefault="00BE6D0A" w:rsidP="00DF7028">
      <w:pPr>
        <w:spacing w:after="160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DF7028">
        <w:rPr>
          <w:rFonts w:ascii="Times New Roman" w:hAnsi="Times New Roman" w:cs="Times New Roman"/>
          <w:i/>
          <w:sz w:val="24"/>
          <w:szCs w:val="24"/>
          <w:lang w:val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DF7028">
        <w:rPr>
          <w:rFonts w:ascii="Times New Roman" w:hAnsi="Times New Roman" w:cs="Times New Roman"/>
          <w:i/>
          <w:sz w:val="24"/>
          <w:szCs w:val="24"/>
          <w:lang w:val="it-IT"/>
        </w:rPr>
        <w:br/>
      </w:r>
    </w:p>
    <w:p w14:paraId="4FBBFBA3" w14:textId="322F5CF1" w:rsidR="00176DED" w:rsidRPr="00DF7028" w:rsidRDefault="000F48EB" w:rsidP="00DF7028">
      <w:pPr>
        <w:spacing w:after="160"/>
        <w:rPr>
          <w:rFonts w:ascii="Times New Roman" w:hAnsi="Times New Roman" w:cs="Times New Roman"/>
          <w:sz w:val="24"/>
          <w:szCs w:val="24"/>
          <w:lang w:val="it-IT"/>
        </w:rPr>
      </w:pPr>
      <w:r w:rsidRPr="00DF7028">
        <w:rPr>
          <w:rFonts w:ascii="Times New Roman" w:hAnsi="Times New Roman" w:cs="Times New Roman"/>
          <w:b/>
          <w:sz w:val="24"/>
          <w:szCs w:val="24"/>
          <w:lang w:val="it-IT"/>
        </w:rPr>
        <w:t>c) Impatto della mobilità sul percorso di ricerca e sulla tesi di dottorato:</w:t>
      </w:r>
    </w:p>
    <w:p w14:paraId="79B16F9B" w14:textId="6C1D35A0" w:rsidR="00176DED" w:rsidRPr="00DF7028" w:rsidRDefault="000F48EB">
      <w:pPr>
        <w:spacing w:after="80"/>
        <w:rPr>
          <w:rFonts w:ascii="Times New Roman" w:hAnsi="Times New Roman" w:cs="Times New Roman"/>
          <w:sz w:val="24"/>
          <w:szCs w:val="24"/>
          <w:lang w:val="it-IT"/>
        </w:rPr>
      </w:pPr>
      <w:r w:rsidRPr="00DF7028">
        <w:rPr>
          <w:rFonts w:ascii="Times New Roman" w:hAnsi="Times New Roman" w:cs="Times New Roman"/>
          <w:i/>
          <w:sz w:val="24"/>
          <w:szCs w:val="24"/>
          <w:lang w:val="it-IT"/>
        </w:rPr>
        <w:t>Descrivere sinteticamente in che modo il periodo all</w:t>
      </w:r>
      <w:r w:rsidR="00BE6D0A" w:rsidRPr="00DF7028">
        <w:rPr>
          <w:rFonts w:ascii="Times New Roman" w:hAnsi="Times New Roman" w:cs="Times New Roman"/>
          <w:i/>
          <w:sz w:val="24"/>
          <w:szCs w:val="24"/>
          <w:lang w:val="it-IT"/>
        </w:rPr>
        <w:t>’</w:t>
      </w:r>
      <w:r w:rsidRPr="00DF7028">
        <w:rPr>
          <w:rFonts w:ascii="Times New Roman" w:hAnsi="Times New Roman" w:cs="Times New Roman"/>
          <w:i/>
          <w:sz w:val="24"/>
          <w:szCs w:val="24"/>
          <w:lang w:val="it-IT"/>
        </w:rPr>
        <w:t>estero ha contribuito allo sviluppo scientifico del progetto.</w:t>
      </w:r>
    </w:p>
    <w:p w14:paraId="3F6BADEF" w14:textId="3CE8271E" w:rsidR="00BE6D0A" w:rsidRPr="00E87245" w:rsidRDefault="00BE6D0A" w:rsidP="00BE6D0A">
      <w:pPr>
        <w:spacing w:after="160"/>
        <w:rPr>
          <w:rFonts w:ascii="Times New Roman" w:hAnsi="Times New Roman" w:cs="Times New Roman"/>
          <w:lang w:val="it-IT"/>
        </w:rPr>
      </w:pPr>
      <w:r w:rsidRPr="00DF7028">
        <w:rPr>
          <w:rFonts w:ascii="Times New Roman" w:hAnsi="Times New Roman" w:cs="Times New Roman"/>
          <w:i/>
          <w:sz w:val="24"/>
          <w:szCs w:val="24"/>
          <w:lang w:val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E87245">
        <w:rPr>
          <w:rFonts w:ascii="Times New Roman" w:hAnsi="Times New Roman" w:cs="Times New Roman"/>
          <w:i/>
          <w:sz w:val="20"/>
          <w:lang w:val="it-IT"/>
        </w:rPr>
        <w:br/>
      </w:r>
    </w:p>
    <w:p w14:paraId="6D8CC0F7" w14:textId="75909F2B" w:rsidR="00BE6D0A" w:rsidRPr="00BE6D0A" w:rsidRDefault="00BE6D0A" w:rsidP="00BE6D0A">
      <w:pPr>
        <w:keepNext/>
        <w:shd w:val="clear" w:color="auto" w:fill="DBE5F1" w:themeFill="accent1" w:themeFillTint="33"/>
        <w:spacing w:before="320" w:after="120"/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b/>
          <w:sz w:val="28"/>
          <w:lang w:val="it-IT"/>
        </w:rPr>
        <w:t>5</w:t>
      </w:r>
      <w:r w:rsidRPr="00BE6D0A">
        <w:rPr>
          <w:rFonts w:ascii="Times New Roman" w:hAnsi="Times New Roman" w:cs="Times New Roman"/>
          <w:b/>
          <w:sz w:val="28"/>
          <w:lang w:val="it-IT"/>
        </w:rPr>
        <w:t xml:space="preserve">. </w:t>
      </w:r>
      <w:r w:rsidRPr="00BE6D0A">
        <w:rPr>
          <w:rFonts w:ascii="Times New Roman" w:hAnsi="Times New Roman" w:cs="Times New Roman"/>
          <w:b/>
          <w:sz w:val="28"/>
          <w:shd w:val="clear" w:color="auto" w:fill="DBE5F1" w:themeFill="accent1" w:themeFillTint="33"/>
          <w:lang w:val="it-IT"/>
        </w:rPr>
        <w:t>Avanzamento del Progetto di Ricerca</w:t>
      </w:r>
    </w:p>
    <w:p w14:paraId="473AAE21" w14:textId="522401D6" w:rsidR="00BE6D0A" w:rsidRPr="00DF7028" w:rsidRDefault="00BE6D0A" w:rsidP="00BE6D0A">
      <w:pPr>
        <w:spacing w:after="160"/>
        <w:rPr>
          <w:rFonts w:ascii="Times New Roman" w:hAnsi="Times New Roman" w:cs="Times New Roman"/>
          <w:sz w:val="24"/>
          <w:szCs w:val="24"/>
          <w:lang w:val="it-IT"/>
        </w:rPr>
      </w:pPr>
      <w:r w:rsidRPr="00DF7028">
        <w:rPr>
          <w:rFonts w:ascii="Times New Roman" w:hAnsi="Times New Roman" w:cs="Times New Roman"/>
          <w:i/>
          <w:sz w:val="24"/>
          <w:szCs w:val="24"/>
          <w:lang w:val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DF7028">
        <w:rPr>
          <w:rFonts w:ascii="Times New Roman" w:hAnsi="Times New Roman" w:cs="Times New Roman"/>
          <w:i/>
          <w:sz w:val="24"/>
          <w:szCs w:val="24"/>
          <w:lang w:val="it-IT"/>
        </w:rPr>
        <w:br/>
      </w:r>
    </w:p>
    <w:p w14:paraId="3F6CF865" w14:textId="3136F9BC" w:rsidR="00176DED" w:rsidRPr="00E87245" w:rsidRDefault="00176DED">
      <w:pPr>
        <w:spacing w:after="80"/>
        <w:rPr>
          <w:rFonts w:ascii="Times New Roman" w:hAnsi="Times New Roman" w:cs="Times New Roman"/>
          <w:lang w:val="it-IT"/>
        </w:rPr>
      </w:pPr>
    </w:p>
    <w:tbl>
      <w:tblPr>
        <w:tblW w:w="0" w:type="auto"/>
        <w:jc w:val="center"/>
        <w:tblBorders>
          <w:top w:val="single" w:sz="4" w:space="0" w:color="FFFFFF"/>
          <w:bottom w:val="single" w:sz="6" w:space="0" w:color="FFFFFF"/>
          <w:insideH w:val="single" w:sz="4" w:space="0" w:color="FFFFFF"/>
        </w:tblBorders>
        <w:tblLook w:val="04A0" w:firstRow="1" w:lastRow="0" w:firstColumn="1" w:lastColumn="0" w:noHBand="0" w:noVBand="1"/>
      </w:tblPr>
      <w:tblGrid>
        <w:gridCol w:w="4896"/>
        <w:gridCol w:w="4896"/>
      </w:tblGrid>
      <w:tr w:rsidR="00176DED" w:rsidRPr="00E87245" w14:paraId="43C78F15" w14:textId="77777777">
        <w:trPr>
          <w:jc w:val="center"/>
        </w:trPr>
        <w:tc>
          <w:tcPr>
            <w:tcW w:w="4896" w:type="dxa"/>
          </w:tcPr>
          <w:p w14:paraId="66E2558B" w14:textId="22116545" w:rsidR="00176DED" w:rsidRPr="00DF7028" w:rsidRDefault="00BE6D0A" w:rsidP="00E872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028"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  <w:r w:rsidR="000F48EB" w:rsidRPr="00DF7028">
              <w:rPr>
                <w:rFonts w:ascii="Times New Roman" w:hAnsi="Times New Roman" w:cs="Times New Roman"/>
                <w:b/>
                <w:sz w:val="24"/>
                <w:szCs w:val="24"/>
              </w:rPr>
              <w:t>ata: ____ / ____ / ________</w:t>
            </w:r>
            <w:r w:rsidR="00E87245" w:rsidRPr="00DF70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</w:t>
            </w:r>
          </w:p>
        </w:tc>
        <w:tc>
          <w:tcPr>
            <w:tcW w:w="4896" w:type="dxa"/>
          </w:tcPr>
          <w:p w14:paraId="13F89DB9" w14:textId="65E46C14" w:rsidR="00176DED" w:rsidRPr="00DF7028" w:rsidRDefault="00E872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0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</w:t>
            </w:r>
            <w:proofErr w:type="spellStart"/>
            <w:r w:rsidR="000F48EB" w:rsidRPr="00DF7028">
              <w:rPr>
                <w:rFonts w:ascii="Times New Roman" w:hAnsi="Times New Roman" w:cs="Times New Roman"/>
                <w:b/>
                <w:sz w:val="24"/>
                <w:szCs w:val="24"/>
              </w:rPr>
              <w:t>Firma</w:t>
            </w:r>
            <w:proofErr w:type="spellEnd"/>
            <w:r w:rsidR="000F48EB" w:rsidRPr="00DF70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del </w:t>
            </w:r>
            <w:proofErr w:type="spellStart"/>
            <w:r w:rsidR="000F48EB" w:rsidRPr="00DF7028">
              <w:rPr>
                <w:rFonts w:ascii="Times New Roman" w:hAnsi="Times New Roman" w:cs="Times New Roman"/>
                <w:b/>
                <w:sz w:val="24"/>
                <w:szCs w:val="24"/>
              </w:rPr>
              <w:t>Dottorando</w:t>
            </w:r>
            <w:proofErr w:type="spellEnd"/>
            <w:r w:rsidR="000F48EB" w:rsidRPr="00DF702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0F48EB" w:rsidRPr="00DF7028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0F48EB" w:rsidRPr="00DF7028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____________________________________</w:t>
            </w:r>
          </w:p>
        </w:tc>
      </w:tr>
    </w:tbl>
    <w:p w14:paraId="72E1FDA8" w14:textId="77777777" w:rsidR="00A864A7" w:rsidRPr="00E87245" w:rsidRDefault="00A864A7">
      <w:pPr>
        <w:rPr>
          <w:rFonts w:ascii="Times New Roman" w:hAnsi="Times New Roman" w:cs="Times New Roman"/>
          <w:lang w:val="it-IT"/>
        </w:rPr>
      </w:pPr>
    </w:p>
    <w:p w14:paraId="6FCD4AED" w14:textId="41F36B03" w:rsidR="00EA252F" w:rsidRPr="00E87245" w:rsidRDefault="00BE6D0A" w:rsidP="00BE6D0A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it-IT" w:eastAsia="it-IT"/>
        </w:rPr>
      </w:pPr>
      <w:r w:rsidRPr="00BE6D0A">
        <w:rPr>
          <w:rFonts w:ascii="Times New Roman" w:hAnsi="Times New Roman" w:cs="Times New Roman"/>
          <w:b/>
          <w:bCs/>
          <w:lang w:val="it-IT"/>
        </w:rPr>
        <w:t>Di</w:t>
      </w:r>
      <w:r w:rsidR="00EA252F" w:rsidRPr="00BE6D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it-IT" w:eastAsia="it-IT"/>
        </w:rPr>
        <w:t>c</w:t>
      </w:r>
      <w:r w:rsidR="00EA252F" w:rsidRPr="00E872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it-IT" w:eastAsia="it-IT"/>
        </w:rPr>
        <w:t>hiarazione sostitutiva di certificazioni e dell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it-IT" w:eastAsia="it-IT"/>
        </w:rPr>
        <w:t>’</w:t>
      </w:r>
      <w:r w:rsidR="00EA252F" w:rsidRPr="00E872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it-IT" w:eastAsia="it-IT"/>
        </w:rPr>
        <w:t>atto di notorietà</w:t>
      </w:r>
    </w:p>
    <w:p w14:paraId="31C068EC" w14:textId="77777777" w:rsidR="00EA252F" w:rsidRDefault="00EA252F" w:rsidP="00EA252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</w:pPr>
      <w:r w:rsidRPr="00E87245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(Artt. 19, 46 e 47 del D.P.R. 28/12/2000, n.445)</w:t>
      </w:r>
    </w:p>
    <w:p w14:paraId="50EC64FA" w14:textId="77777777" w:rsidR="00E87245" w:rsidRPr="00E87245" w:rsidRDefault="00E87245" w:rsidP="00EA252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</w:pPr>
    </w:p>
    <w:p w14:paraId="3D86051E" w14:textId="3B45BCD1" w:rsidR="00EA252F" w:rsidRPr="00E87245" w:rsidRDefault="00EA252F" w:rsidP="00EA252F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</w:pPr>
      <w:r w:rsidRPr="00E87245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I</w:t>
      </w:r>
      <w:r w:rsidR="00BE6D0A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l</w:t>
      </w:r>
      <w:r w:rsidRPr="00E87245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/La sottoscritto/a</w:t>
      </w:r>
      <w:r w:rsidRPr="00E872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it-IT" w:eastAsia="it-IT"/>
        </w:rPr>
        <w:t> Nome e Cognome</w:t>
      </w:r>
      <w:r w:rsidRPr="00E87245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, Codice fiscale ..., nato/a </w:t>
      </w:r>
      <w:proofErr w:type="spellStart"/>
      <w:r w:rsidRPr="00E87245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a</w:t>
      </w:r>
      <w:proofErr w:type="spellEnd"/>
      <w:r w:rsidRPr="00E87245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..., il ../../...., attualmente residente in .......</w:t>
      </w:r>
      <w:r w:rsidRPr="00E872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it-IT" w:eastAsia="it-IT"/>
        </w:rPr>
        <w:t>, in Via/Piazza, n. ..., CAP ......</w:t>
      </w:r>
      <w:r w:rsidRPr="00E87245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, e domiciliato/a in .......</w:t>
      </w:r>
      <w:r w:rsidRPr="00E872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it-IT" w:eastAsia="it-IT"/>
        </w:rPr>
        <w:t>, in Via/Piazza, n. ..., CAP .....,</w:t>
      </w:r>
      <w:r w:rsidRPr="00E87245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 consapevole di quanto prescritto dall</w:t>
      </w:r>
      <w:r w:rsidR="00BE6D0A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’</w:t>
      </w:r>
      <w:r w:rsidRPr="00E87245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art. 76 del D.P.R. 28 dicembre 2000, n. 445 sulla responsabilità penale cui può andare incontro in caso di falsità in atti di dichiarazioni mendaci e della conseguente decadenza dai benefici concessi sulla base di una dichiarazione non veritiera, ai sensi e per gli effetti del citato D.P.R. n. 445/2000 e sotto la propria personale responsabilità:</w:t>
      </w:r>
    </w:p>
    <w:p w14:paraId="597F3281" w14:textId="77777777" w:rsidR="00EA252F" w:rsidRPr="00E87245" w:rsidRDefault="00EA252F" w:rsidP="00EA252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</w:pPr>
      <w:r w:rsidRPr="00E872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it-IT" w:eastAsia="it-IT"/>
        </w:rPr>
        <w:t> </w:t>
      </w:r>
    </w:p>
    <w:p w14:paraId="7FC15A33" w14:textId="77777777" w:rsidR="00EA252F" w:rsidRPr="00E87245" w:rsidRDefault="00EA252F" w:rsidP="00EA252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</w:pPr>
      <w:r w:rsidRPr="00E872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it-IT" w:eastAsia="it-IT"/>
        </w:rPr>
        <w:t>dichiara</w:t>
      </w:r>
    </w:p>
    <w:p w14:paraId="32EC5C04" w14:textId="311FC620" w:rsidR="00EA252F" w:rsidRPr="00E87245" w:rsidRDefault="00EA252F" w:rsidP="002304A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</w:pPr>
      <w:r w:rsidRPr="00E87245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che quanto dichiarato nella Relazione annuale sulle attività svolte e sui risultati conseguiti</w:t>
      </w:r>
      <w:r w:rsidR="00E87245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</w:t>
      </w:r>
      <w:r w:rsidRPr="00E87245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corrisponde al vero.</w:t>
      </w:r>
    </w:p>
    <w:p w14:paraId="3092DB2C" w14:textId="77777777" w:rsidR="00EA252F" w:rsidRPr="00E87245" w:rsidRDefault="00EA252F" w:rsidP="00EA25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</w:pPr>
      <w:r w:rsidRPr="00E87245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Letto, confermato e sottoscritto</w:t>
      </w:r>
    </w:p>
    <w:p w14:paraId="0CEEF909" w14:textId="77777777" w:rsidR="00EA252F" w:rsidRPr="00E87245" w:rsidRDefault="00EA252F" w:rsidP="00EA252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</w:pPr>
    </w:p>
    <w:p w14:paraId="60E9F4E9" w14:textId="195B611B" w:rsidR="00EA252F" w:rsidRDefault="00EA252F" w:rsidP="00E872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it-IT" w:eastAsia="it-IT"/>
        </w:rPr>
      </w:pPr>
      <w:r w:rsidRPr="00E87245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Luogo e data</w:t>
      </w:r>
      <w:r w:rsidR="00E87245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                                                                                                     </w:t>
      </w:r>
      <w:r w:rsidRPr="00E872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it-IT" w:eastAsia="it-IT"/>
        </w:rPr>
        <w:t>Il</w:t>
      </w:r>
      <w:r w:rsidR="00BE6D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it-IT" w:eastAsia="it-IT"/>
        </w:rPr>
        <w:t xml:space="preserve">/La </w:t>
      </w:r>
      <w:r w:rsidRPr="00E872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it-IT" w:eastAsia="it-IT"/>
        </w:rPr>
        <w:t>dichiarante</w:t>
      </w:r>
    </w:p>
    <w:p w14:paraId="2C3836E7" w14:textId="77777777" w:rsidR="00E87245" w:rsidRDefault="00E87245" w:rsidP="00E872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it-IT" w:eastAsia="it-IT"/>
        </w:rPr>
      </w:pPr>
    </w:p>
    <w:p w14:paraId="43BD2562" w14:textId="66F0D6B4" w:rsidR="00E87245" w:rsidRPr="00E87245" w:rsidRDefault="00E87245" w:rsidP="00E872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it-IT" w:eastAsia="it-IT"/>
        </w:rPr>
        <w:t xml:space="preserve">                                                                                                          __________________________</w:t>
      </w:r>
    </w:p>
    <w:p w14:paraId="0A6582A3" w14:textId="77777777" w:rsidR="00EA252F" w:rsidRPr="00E87245" w:rsidRDefault="00EA252F" w:rsidP="00EA25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14:paraId="73516195" w14:textId="77777777" w:rsidR="00EA252F" w:rsidRDefault="00EA252F" w:rsidP="00EA252F">
      <w:pPr>
        <w:rPr>
          <w:rFonts w:ascii="Times New Roman" w:hAnsi="Times New Roman" w:cs="Times New Roman"/>
          <w:lang w:val="it-IT"/>
        </w:rPr>
      </w:pPr>
    </w:p>
    <w:p w14:paraId="2F4E2A38" w14:textId="77777777" w:rsidR="00C851A6" w:rsidRDefault="00C851A6" w:rsidP="00EA252F">
      <w:pPr>
        <w:rPr>
          <w:rFonts w:ascii="Times New Roman" w:hAnsi="Times New Roman" w:cs="Times New Roman"/>
          <w:lang w:val="it-IT"/>
        </w:rPr>
      </w:pPr>
    </w:p>
    <w:p w14:paraId="44108E68" w14:textId="77777777" w:rsidR="00C851A6" w:rsidRDefault="00C851A6" w:rsidP="00EA252F">
      <w:pPr>
        <w:rPr>
          <w:rFonts w:ascii="Times New Roman" w:hAnsi="Times New Roman" w:cs="Times New Roman"/>
          <w:lang w:val="it-IT"/>
        </w:rPr>
      </w:pPr>
    </w:p>
    <w:p w14:paraId="23B844FC" w14:textId="419AEFAB" w:rsidR="0080278A" w:rsidRDefault="0080278A" w:rsidP="00C851A6">
      <w:pPr>
        <w:spacing w:before="240" w:after="480"/>
        <w:jc w:val="center"/>
        <w:rPr>
          <w:rFonts w:ascii="Times New Roman" w:hAnsi="Times New Roman" w:cs="Times New Roman"/>
          <w:b/>
          <w:sz w:val="28"/>
          <w:szCs w:val="28"/>
          <w:lang w:val="it-IT"/>
        </w:rPr>
      </w:pPr>
      <w:r w:rsidRPr="0080278A">
        <w:rPr>
          <w:rFonts w:ascii="Times New Roman" w:hAnsi="Times New Roman" w:cs="Times New Roman"/>
          <w:b/>
          <w:noProof/>
          <w:sz w:val="28"/>
          <w:szCs w:val="28"/>
          <w:lang w:val="it-IT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FE95BB9" wp14:editId="702A1742">
                <wp:simplePos x="0" y="0"/>
                <wp:positionH relativeFrom="column">
                  <wp:posOffset>4306570</wp:posOffset>
                </wp:positionH>
                <wp:positionV relativeFrom="paragraph">
                  <wp:posOffset>1905</wp:posOffset>
                </wp:positionV>
                <wp:extent cx="2033905" cy="1404620"/>
                <wp:effectExtent l="0" t="0" r="23495" b="22225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390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585886" w14:textId="4380194F" w:rsidR="0080278A" w:rsidRPr="0080278A" w:rsidRDefault="0080278A" w:rsidP="0080278A">
                            <w:pPr>
                              <w:jc w:val="right"/>
                              <w:rPr>
                                <w:lang w:val="it-IT"/>
                              </w:rPr>
                            </w:pPr>
                            <w:proofErr w:type="spellStart"/>
                            <w:r>
                              <w:t>Allegato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alla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relazione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annuale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FE95BB9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339.1pt;margin-top:.15pt;width:160.1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">
                <v:textbox style="mso-fit-shape-to-text:t">
                  <w:txbxContent>
                    <w:p w14:paraId="32585886" w14:textId="4380194F" w:rsidR="0080278A" w:rsidRPr="0080278A" w:rsidRDefault="0080278A" w:rsidP="0080278A">
                      <w:pPr>
                        <w:jc w:val="right"/>
                        <w:rPr>
                          <w:lang w:val="it-IT"/>
                        </w:rPr>
                      </w:pPr>
                      <w:proofErr w:type="spellStart"/>
                      <w:r>
                        <w:t>Allegato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alla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relazione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annuale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09B737B" w14:textId="77777777" w:rsidR="001D71A0" w:rsidRDefault="001D71A0" w:rsidP="001D71A0">
      <w:pPr>
        <w:jc w:val="center"/>
      </w:pPr>
    </w:p>
    <w:p w14:paraId="16AA3C55" w14:textId="77777777" w:rsidR="001D71A0" w:rsidRPr="0005568A" w:rsidRDefault="001D71A0" w:rsidP="001D71A0">
      <w:pPr>
        <w:spacing w:after="0"/>
        <w:jc w:val="center"/>
      </w:pPr>
      <w:r>
        <w:rPr>
          <w:noProof/>
        </w:rPr>
        <w:drawing>
          <wp:inline distT="0" distB="0" distL="0" distR="0" wp14:anchorId="502D4C08" wp14:editId="74CABD59">
            <wp:extent cx="2727830" cy="1188000"/>
            <wp:effectExtent l="0" t="0" r="3175" b="6350"/>
            <wp:docPr id="41286034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7542781" name="Immagine 1577542781"/>
                    <pic:cNvPicPr/>
                  </pic:nvPicPr>
                  <pic:blipFill rotWithShape="1">
                    <a:blip r:embed="rId8"/>
                    <a:srcRect t="6691" b="121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7830" cy="118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D94C18" w14:textId="77777777" w:rsidR="001D71A0" w:rsidRDefault="001D71A0" w:rsidP="001D71A0">
      <w:pPr>
        <w:spacing w:after="0"/>
        <w:jc w:val="center"/>
        <w:rPr>
          <w:rFonts w:ascii="Times New Roman" w:hAnsi="Times New Roman" w:cs="Times New Roman"/>
          <w:b/>
          <w:bCs/>
          <w:smallCaps/>
          <w:sz w:val="28"/>
          <w:szCs w:val="28"/>
          <w:lang w:val="it-IT"/>
        </w:rPr>
      </w:pPr>
    </w:p>
    <w:p w14:paraId="7A48E592" w14:textId="77777777" w:rsidR="001D71A0" w:rsidRPr="00227E26" w:rsidRDefault="001D71A0" w:rsidP="001D71A0">
      <w:pPr>
        <w:spacing w:after="0"/>
        <w:jc w:val="center"/>
        <w:rPr>
          <w:rFonts w:ascii="Times New Roman" w:hAnsi="Times New Roman" w:cs="Times New Roman"/>
          <w:b/>
          <w:bCs/>
          <w:smallCaps/>
          <w:sz w:val="28"/>
          <w:szCs w:val="28"/>
          <w:lang w:val="it-IT"/>
        </w:rPr>
      </w:pPr>
      <w:r w:rsidRPr="00227E26">
        <w:rPr>
          <w:rFonts w:ascii="Times New Roman" w:hAnsi="Times New Roman" w:cs="Times New Roman"/>
          <w:b/>
          <w:bCs/>
          <w:smallCaps/>
          <w:sz w:val="28"/>
          <w:szCs w:val="28"/>
          <w:lang w:val="it-IT"/>
        </w:rPr>
        <w:t>Università degli Studi di Messina</w:t>
      </w:r>
    </w:p>
    <w:p w14:paraId="599BFC5C" w14:textId="77777777" w:rsidR="001D71A0" w:rsidRPr="00227E26" w:rsidRDefault="001D71A0" w:rsidP="001D71A0">
      <w:pPr>
        <w:spacing w:after="0"/>
        <w:jc w:val="center"/>
        <w:rPr>
          <w:rFonts w:ascii="Times New Roman" w:hAnsi="Times New Roman" w:cs="Times New Roman"/>
          <w:b/>
          <w:bCs/>
          <w:smallCaps/>
          <w:sz w:val="28"/>
          <w:szCs w:val="28"/>
          <w:lang w:val="it-IT"/>
        </w:rPr>
      </w:pPr>
      <w:r w:rsidRPr="00227E26">
        <w:rPr>
          <w:rFonts w:ascii="Times New Roman" w:hAnsi="Times New Roman" w:cs="Times New Roman"/>
          <w:b/>
          <w:bCs/>
          <w:smallCaps/>
          <w:sz w:val="28"/>
          <w:szCs w:val="28"/>
          <w:lang w:val="it-IT"/>
        </w:rPr>
        <w:t>Dottorato di Ricerca in Scienze Giuridiche</w:t>
      </w:r>
    </w:p>
    <w:p w14:paraId="4E1401F2" w14:textId="77777777" w:rsidR="001D71A0" w:rsidRDefault="001D71A0" w:rsidP="00C851A6">
      <w:pPr>
        <w:spacing w:before="240" w:after="480"/>
        <w:jc w:val="center"/>
        <w:rPr>
          <w:rFonts w:ascii="Times New Roman" w:hAnsi="Times New Roman" w:cs="Times New Roman"/>
          <w:b/>
          <w:sz w:val="28"/>
          <w:szCs w:val="28"/>
          <w:lang w:val="it-IT"/>
        </w:rPr>
      </w:pPr>
    </w:p>
    <w:p w14:paraId="4FAA284C" w14:textId="2A2AFC0B" w:rsidR="00C851A6" w:rsidRPr="00227E26" w:rsidRDefault="00C851A6" w:rsidP="00C851A6">
      <w:pPr>
        <w:spacing w:before="240" w:after="480"/>
        <w:jc w:val="center"/>
        <w:rPr>
          <w:rFonts w:ascii="Times New Roman" w:hAnsi="Times New Roman" w:cs="Times New Roman"/>
          <w:sz w:val="28"/>
          <w:szCs w:val="28"/>
          <w:lang w:val="it-IT"/>
        </w:rPr>
      </w:pPr>
      <w:r w:rsidRPr="00227E26">
        <w:rPr>
          <w:rFonts w:ascii="Times New Roman" w:hAnsi="Times New Roman" w:cs="Times New Roman"/>
          <w:b/>
          <w:sz w:val="28"/>
          <w:szCs w:val="28"/>
          <w:lang w:val="it-IT"/>
        </w:rPr>
        <w:t>RENDICONTAZIONE FINANZIARI</w:t>
      </w:r>
      <w:r w:rsidR="0080278A">
        <w:rPr>
          <w:rFonts w:ascii="Times New Roman" w:hAnsi="Times New Roman" w:cs="Times New Roman"/>
          <w:b/>
          <w:sz w:val="28"/>
          <w:szCs w:val="28"/>
          <w:lang w:val="it-IT"/>
        </w:rPr>
        <w:t>A</w:t>
      </w:r>
      <w:r w:rsidRPr="00227E26">
        <w:rPr>
          <w:rFonts w:ascii="Times New Roman" w:hAnsi="Times New Roman" w:cs="Times New Roman"/>
          <w:b/>
          <w:sz w:val="28"/>
          <w:szCs w:val="28"/>
          <w:lang w:val="it-IT"/>
        </w:rPr>
        <w:t xml:space="preserve">  </w:t>
      </w:r>
      <w:r w:rsidRPr="00227E26">
        <w:rPr>
          <w:rFonts w:ascii="Times New Roman" w:hAnsi="Times New Roman" w:cs="Times New Roman"/>
          <w:b/>
          <w:sz w:val="28"/>
          <w:szCs w:val="28"/>
          <w:lang w:val="it-IT"/>
        </w:rPr>
        <w:br/>
      </w:r>
    </w:p>
    <w:p w14:paraId="4DD8BD6E" w14:textId="77777777" w:rsidR="00C851A6" w:rsidRPr="00227E26" w:rsidRDefault="00C851A6" w:rsidP="00C851A6">
      <w:pPr>
        <w:keepNext/>
        <w:shd w:val="clear" w:color="auto" w:fill="DBE5F1" w:themeFill="accent1" w:themeFillTint="33"/>
        <w:spacing w:before="360" w:after="120"/>
        <w:rPr>
          <w:rFonts w:ascii="Times New Roman" w:hAnsi="Times New Roman" w:cs="Times New Roman"/>
          <w:sz w:val="24"/>
          <w:szCs w:val="24"/>
          <w:lang w:val="it-IT"/>
        </w:rPr>
      </w:pPr>
      <w:r w:rsidRPr="00227E26">
        <w:rPr>
          <w:rFonts w:ascii="Times New Roman" w:hAnsi="Times New Roman" w:cs="Times New Roman"/>
          <w:b/>
          <w:sz w:val="24"/>
          <w:szCs w:val="24"/>
          <w:lang w:val="it-IT"/>
        </w:rPr>
        <w:t>SEZIONE 1: DATI ANAGRAFICI E DI CARRIERA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3"/>
        <w:gridCol w:w="6074"/>
      </w:tblGrid>
      <w:tr w:rsidR="00C851A6" w:rsidRPr="00E87245" w14:paraId="768E6926" w14:textId="77777777" w:rsidTr="007D2106">
        <w:trPr>
          <w:jc w:val="center"/>
        </w:trPr>
        <w:tc>
          <w:tcPr>
            <w:tcW w:w="1974" w:type="pct"/>
          </w:tcPr>
          <w:p w14:paraId="0EE80C4A" w14:textId="77777777" w:rsidR="00C851A6" w:rsidRPr="00E87245" w:rsidRDefault="00C851A6" w:rsidP="007D2106">
            <w:pPr>
              <w:spacing w:before="80" w:after="80"/>
              <w:rPr>
                <w:rFonts w:ascii="Times New Roman" w:hAnsi="Times New Roman" w:cs="Times New Roman"/>
              </w:rPr>
            </w:pPr>
            <w:r w:rsidRPr="00E87245">
              <w:rPr>
                <w:rFonts w:ascii="Times New Roman" w:hAnsi="Times New Roman" w:cs="Times New Roman"/>
                <w:b/>
                <w:sz w:val="20"/>
              </w:rPr>
              <w:t xml:space="preserve">Nome e </w:t>
            </w:r>
            <w:proofErr w:type="spellStart"/>
            <w:r w:rsidRPr="00E87245">
              <w:rPr>
                <w:rFonts w:ascii="Times New Roman" w:hAnsi="Times New Roman" w:cs="Times New Roman"/>
                <w:b/>
                <w:sz w:val="20"/>
              </w:rPr>
              <w:t>Cognome</w:t>
            </w:r>
            <w:proofErr w:type="spellEnd"/>
            <w:r w:rsidRPr="00E87245">
              <w:rPr>
                <w:rFonts w:ascii="Times New Roman" w:hAnsi="Times New Roman" w:cs="Times New Roman"/>
                <w:b/>
                <w:sz w:val="20"/>
              </w:rPr>
              <w:t>:</w:t>
            </w:r>
          </w:p>
        </w:tc>
        <w:tc>
          <w:tcPr>
            <w:tcW w:w="3026" w:type="pct"/>
          </w:tcPr>
          <w:p w14:paraId="772C38DD" w14:textId="77777777" w:rsidR="00C851A6" w:rsidRPr="00E87245" w:rsidRDefault="00C851A6" w:rsidP="007D2106">
            <w:pPr>
              <w:spacing w:before="80" w:after="80"/>
              <w:rPr>
                <w:rFonts w:ascii="Times New Roman" w:hAnsi="Times New Roman" w:cs="Times New Roman"/>
              </w:rPr>
            </w:pPr>
          </w:p>
        </w:tc>
      </w:tr>
      <w:tr w:rsidR="00C851A6" w:rsidRPr="002304AB" w14:paraId="1BC7B9B7" w14:textId="77777777" w:rsidTr="007D2106">
        <w:trPr>
          <w:jc w:val="center"/>
        </w:trPr>
        <w:tc>
          <w:tcPr>
            <w:tcW w:w="1974" w:type="pct"/>
          </w:tcPr>
          <w:p w14:paraId="5064C22D" w14:textId="77777777" w:rsidR="00C851A6" w:rsidRPr="00E87245" w:rsidRDefault="00C851A6" w:rsidP="007D2106">
            <w:pPr>
              <w:spacing w:before="80" w:after="80"/>
              <w:rPr>
                <w:rFonts w:ascii="Times New Roman" w:hAnsi="Times New Roman" w:cs="Times New Roman"/>
                <w:lang w:val="it-IT"/>
              </w:rPr>
            </w:pPr>
            <w:r w:rsidRPr="00E87245">
              <w:rPr>
                <w:rFonts w:ascii="Times New Roman" w:hAnsi="Times New Roman" w:cs="Times New Roman"/>
                <w:b/>
                <w:sz w:val="20"/>
                <w:lang w:val="it-IT"/>
              </w:rPr>
              <w:t>Ciclo di Dottorato e Anno di Corso:</w:t>
            </w:r>
          </w:p>
        </w:tc>
        <w:tc>
          <w:tcPr>
            <w:tcW w:w="3026" w:type="pct"/>
          </w:tcPr>
          <w:p w14:paraId="447A1D6D" w14:textId="77777777" w:rsidR="00C851A6" w:rsidRPr="00E87245" w:rsidRDefault="00C851A6" w:rsidP="007D2106">
            <w:pPr>
              <w:spacing w:before="80" w:after="80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C851A6" w:rsidRPr="00E87245" w14:paraId="658CA93C" w14:textId="77777777" w:rsidTr="007D2106">
        <w:trPr>
          <w:jc w:val="center"/>
        </w:trPr>
        <w:tc>
          <w:tcPr>
            <w:tcW w:w="1974" w:type="pct"/>
          </w:tcPr>
          <w:p w14:paraId="582C5029" w14:textId="77777777" w:rsidR="00C851A6" w:rsidRPr="00E87245" w:rsidRDefault="00C851A6" w:rsidP="007D2106">
            <w:pPr>
              <w:spacing w:before="80" w:after="80"/>
              <w:rPr>
                <w:rFonts w:ascii="Times New Roman" w:hAnsi="Times New Roman" w:cs="Times New Roman"/>
              </w:rPr>
            </w:pPr>
            <w:r w:rsidRPr="00E87245">
              <w:rPr>
                <w:rFonts w:ascii="Times New Roman" w:hAnsi="Times New Roman" w:cs="Times New Roman"/>
                <w:b/>
                <w:sz w:val="20"/>
              </w:rPr>
              <w:t>Curriculum:</w:t>
            </w:r>
          </w:p>
        </w:tc>
        <w:tc>
          <w:tcPr>
            <w:tcW w:w="3026" w:type="pct"/>
          </w:tcPr>
          <w:p w14:paraId="370C14F4" w14:textId="77777777" w:rsidR="00C851A6" w:rsidRPr="00E87245" w:rsidRDefault="00C851A6" w:rsidP="007D2106">
            <w:pPr>
              <w:spacing w:before="80" w:after="80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C851A6" w:rsidRPr="00E87245" w14:paraId="66BFCDCF" w14:textId="77777777" w:rsidTr="007D2106">
        <w:trPr>
          <w:jc w:val="center"/>
        </w:trPr>
        <w:tc>
          <w:tcPr>
            <w:tcW w:w="1974" w:type="pct"/>
          </w:tcPr>
          <w:p w14:paraId="60453F68" w14:textId="77777777" w:rsidR="00C851A6" w:rsidRPr="00E87245" w:rsidRDefault="00C851A6" w:rsidP="007D2106">
            <w:pPr>
              <w:spacing w:before="80" w:after="80"/>
              <w:rPr>
                <w:rFonts w:ascii="Times New Roman" w:hAnsi="Times New Roman" w:cs="Times New Roman"/>
              </w:rPr>
            </w:pPr>
            <w:proofErr w:type="spellStart"/>
            <w:r w:rsidRPr="00E87245">
              <w:rPr>
                <w:rFonts w:ascii="Times New Roman" w:hAnsi="Times New Roman" w:cs="Times New Roman"/>
                <w:b/>
                <w:sz w:val="20"/>
              </w:rPr>
              <w:t>Supervisor</w:t>
            </w:r>
            <w:r>
              <w:rPr>
                <w:rFonts w:ascii="Times New Roman" w:hAnsi="Times New Roman" w:cs="Times New Roman"/>
                <w:b/>
                <w:sz w:val="20"/>
              </w:rPr>
              <w:t>e</w:t>
            </w:r>
            <w:proofErr w:type="spellEnd"/>
            <w:r w:rsidRPr="00E87245">
              <w:rPr>
                <w:rFonts w:ascii="Times New Roman" w:hAnsi="Times New Roman" w:cs="Times New Roman"/>
                <w:b/>
                <w:sz w:val="20"/>
              </w:rPr>
              <w:t>:</w:t>
            </w:r>
          </w:p>
        </w:tc>
        <w:tc>
          <w:tcPr>
            <w:tcW w:w="3026" w:type="pct"/>
          </w:tcPr>
          <w:p w14:paraId="5B9E661A" w14:textId="77777777" w:rsidR="00C851A6" w:rsidRPr="00E87245" w:rsidRDefault="00C851A6" w:rsidP="007D2106">
            <w:pPr>
              <w:spacing w:before="80" w:after="80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C851A6" w:rsidRPr="00E87245" w14:paraId="668E7771" w14:textId="77777777" w:rsidTr="007D2106">
        <w:trPr>
          <w:jc w:val="center"/>
        </w:trPr>
        <w:tc>
          <w:tcPr>
            <w:tcW w:w="1974" w:type="pct"/>
          </w:tcPr>
          <w:p w14:paraId="67475A49" w14:textId="77777777" w:rsidR="00C851A6" w:rsidRPr="00E87245" w:rsidRDefault="00C851A6" w:rsidP="007D2106">
            <w:pPr>
              <w:spacing w:before="80" w:after="80"/>
              <w:rPr>
                <w:rFonts w:ascii="Times New Roman" w:hAnsi="Times New Roman" w:cs="Times New Roman"/>
                <w:b/>
                <w:sz w:val="20"/>
              </w:rPr>
            </w:pPr>
            <w:r w:rsidRPr="00E87245">
              <w:rPr>
                <w:rFonts w:ascii="Times New Roman" w:hAnsi="Times New Roman" w:cs="Times New Roman"/>
                <w:b/>
                <w:sz w:val="20"/>
              </w:rPr>
              <w:t>Co-</w:t>
            </w:r>
            <w:proofErr w:type="spellStart"/>
            <w:r w:rsidRPr="00E87245">
              <w:rPr>
                <w:rFonts w:ascii="Times New Roman" w:hAnsi="Times New Roman" w:cs="Times New Roman"/>
                <w:b/>
                <w:sz w:val="20"/>
              </w:rPr>
              <w:t>Supervisor</w:t>
            </w:r>
            <w:r>
              <w:rPr>
                <w:rFonts w:ascii="Times New Roman" w:hAnsi="Times New Roman" w:cs="Times New Roman"/>
                <w:b/>
                <w:sz w:val="20"/>
              </w:rPr>
              <w:t>e</w:t>
            </w:r>
            <w:proofErr w:type="spellEnd"/>
            <w:r w:rsidRPr="00E87245">
              <w:rPr>
                <w:rFonts w:ascii="Times New Roman" w:hAnsi="Times New Roman" w:cs="Times New Roman"/>
                <w:b/>
                <w:sz w:val="20"/>
              </w:rPr>
              <w:t>:</w:t>
            </w:r>
          </w:p>
        </w:tc>
        <w:tc>
          <w:tcPr>
            <w:tcW w:w="3026" w:type="pct"/>
          </w:tcPr>
          <w:p w14:paraId="375F856D" w14:textId="77777777" w:rsidR="00C851A6" w:rsidRPr="00E87245" w:rsidRDefault="00C851A6" w:rsidP="007D2106">
            <w:pPr>
              <w:spacing w:before="80" w:after="80"/>
              <w:rPr>
                <w:rFonts w:ascii="Times New Roman" w:hAnsi="Times New Roman" w:cs="Times New Roman"/>
                <w:i/>
                <w:sz w:val="20"/>
                <w:lang w:val="it-IT"/>
              </w:rPr>
            </w:pPr>
          </w:p>
        </w:tc>
      </w:tr>
      <w:tr w:rsidR="00C851A6" w:rsidRPr="00E87245" w14:paraId="3BD7A575" w14:textId="77777777" w:rsidTr="007D2106">
        <w:trPr>
          <w:jc w:val="center"/>
        </w:trPr>
        <w:tc>
          <w:tcPr>
            <w:tcW w:w="1974" w:type="pct"/>
          </w:tcPr>
          <w:p w14:paraId="028929E2" w14:textId="77777777" w:rsidR="00C851A6" w:rsidRPr="00E87245" w:rsidRDefault="00C851A6" w:rsidP="007D2106">
            <w:pPr>
              <w:spacing w:before="80" w:after="80"/>
              <w:rPr>
                <w:rFonts w:ascii="Times New Roman" w:hAnsi="Times New Roman" w:cs="Times New Roman"/>
                <w:lang w:val="it-IT"/>
              </w:rPr>
            </w:pPr>
            <w:r w:rsidRPr="00E87245">
              <w:rPr>
                <w:rFonts w:ascii="Times New Roman" w:hAnsi="Times New Roman" w:cs="Times New Roman"/>
                <w:b/>
                <w:sz w:val="20"/>
                <w:lang w:val="it-IT"/>
              </w:rPr>
              <w:t>Progetto di Ricerca:</w:t>
            </w:r>
          </w:p>
        </w:tc>
        <w:tc>
          <w:tcPr>
            <w:tcW w:w="3026" w:type="pct"/>
          </w:tcPr>
          <w:p w14:paraId="631871EE" w14:textId="77777777" w:rsidR="00C851A6" w:rsidRPr="00E87245" w:rsidRDefault="00C851A6" w:rsidP="007D2106">
            <w:pPr>
              <w:spacing w:before="80" w:after="80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C851A6" w:rsidRPr="00E87245" w14:paraId="7EFF7D14" w14:textId="77777777" w:rsidTr="007D2106">
        <w:trPr>
          <w:jc w:val="center"/>
        </w:trPr>
        <w:tc>
          <w:tcPr>
            <w:tcW w:w="1974" w:type="pct"/>
          </w:tcPr>
          <w:p w14:paraId="5AF35CDC" w14:textId="77777777" w:rsidR="00C851A6" w:rsidRPr="00E87245" w:rsidRDefault="00C851A6" w:rsidP="007D2106">
            <w:pPr>
              <w:spacing w:before="80" w:after="80"/>
              <w:ind w:right="168"/>
              <w:jc w:val="both"/>
              <w:rPr>
                <w:rFonts w:ascii="Times New Roman" w:hAnsi="Times New Roman" w:cs="Times New Roman"/>
                <w:b/>
                <w:sz w:val="20"/>
                <w:lang w:val="it-IT"/>
              </w:rPr>
            </w:pPr>
            <w:r w:rsidRPr="00E87245">
              <w:rPr>
                <w:rFonts w:ascii="Times New Roman" w:hAnsi="Times New Roman" w:cs="Times New Roman"/>
                <w:b/>
                <w:sz w:val="20"/>
                <w:lang w:val="it-IT"/>
              </w:rPr>
              <w:t xml:space="preserve">Periodo di riferimento della rendicontazione: </w:t>
            </w:r>
          </w:p>
        </w:tc>
        <w:tc>
          <w:tcPr>
            <w:tcW w:w="3026" w:type="pct"/>
          </w:tcPr>
          <w:p w14:paraId="453E3837" w14:textId="77777777" w:rsidR="00C851A6" w:rsidRPr="00C04A9C" w:rsidRDefault="00C851A6" w:rsidP="007D2106">
            <w:pPr>
              <w:spacing w:before="80" w:after="80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</w:pPr>
            <w:r w:rsidRPr="00C04A9C"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  <w:t>Dal ____/____ /______ al ____ / ____/______</w:t>
            </w:r>
          </w:p>
        </w:tc>
      </w:tr>
    </w:tbl>
    <w:p w14:paraId="2A62CE77" w14:textId="34F8AC8C" w:rsidR="001D71A0" w:rsidRDefault="00C851A6" w:rsidP="00C851A6">
      <w:pPr>
        <w:spacing w:after="80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227E26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</w:p>
    <w:p w14:paraId="430054D2" w14:textId="77777777" w:rsidR="001D71A0" w:rsidRDefault="001D71A0">
      <w:pPr>
        <w:rPr>
          <w:rFonts w:ascii="Times New Roman" w:hAnsi="Times New Roman" w:cs="Times New Roman"/>
          <w:b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sz w:val="24"/>
          <w:szCs w:val="24"/>
          <w:lang w:val="it-IT"/>
        </w:rPr>
        <w:br w:type="page"/>
      </w:r>
    </w:p>
    <w:p w14:paraId="4A8A4151" w14:textId="77777777" w:rsidR="00C851A6" w:rsidRPr="00227E26" w:rsidRDefault="00C851A6" w:rsidP="00C851A6">
      <w:pPr>
        <w:spacing w:after="80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2B976959" w14:textId="77777777" w:rsidR="00C851A6" w:rsidRPr="00227E26" w:rsidRDefault="00C851A6" w:rsidP="00C851A6">
      <w:pPr>
        <w:keepNext/>
        <w:shd w:val="clear" w:color="auto" w:fill="DBE5F1" w:themeFill="accent1" w:themeFillTint="33"/>
        <w:spacing w:before="360" w:after="120"/>
        <w:rPr>
          <w:rFonts w:ascii="Times New Roman" w:hAnsi="Times New Roman" w:cs="Times New Roman"/>
          <w:sz w:val="24"/>
          <w:szCs w:val="24"/>
          <w:lang w:val="it-IT"/>
        </w:rPr>
      </w:pPr>
      <w:r w:rsidRPr="00227E26">
        <w:rPr>
          <w:rFonts w:ascii="Times New Roman" w:hAnsi="Times New Roman" w:cs="Times New Roman"/>
          <w:b/>
          <w:sz w:val="24"/>
          <w:szCs w:val="24"/>
          <w:lang w:val="it-IT"/>
        </w:rPr>
        <w:t xml:space="preserve">SEZIONE 2: </w:t>
      </w:r>
      <w:r w:rsidRPr="00C851A6">
        <w:rPr>
          <w:rFonts w:ascii="Times New Roman" w:hAnsi="Times New Roman" w:cs="Times New Roman"/>
          <w:b/>
          <w:i/>
          <w:iCs/>
          <w:sz w:val="24"/>
          <w:szCs w:val="24"/>
          <w:lang w:val="it-IT"/>
        </w:rPr>
        <w:t>BUDGET</w:t>
      </w:r>
      <w:r w:rsidRPr="00227E26">
        <w:rPr>
          <w:rFonts w:ascii="Times New Roman" w:hAnsi="Times New Roman" w:cs="Times New Roman"/>
          <w:b/>
          <w:sz w:val="24"/>
          <w:szCs w:val="24"/>
          <w:lang w:val="it-IT"/>
        </w:rPr>
        <w:t xml:space="preserve"> INDIVIDUALE UTILIZZATO E RISULTATI CONSEGUITI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6"/>
        <w:gridCol w:w="2112"/>
        <w:gridCol w:w="5649"/>
      </w:tblGrid>
      <w:tr w:rsidR="00C851A6" w:rsidRPr="002304AB" w14:paraId="745AE9DD" w14:textId="77777777" w:rsidTr="007D2106">
        <w:trPr>
          <w:trHeight w:val="1003"/>
          <w:jc w:val="center"/>
        </w:trPr>
        <w:tc>
          <w:tcPr>
            <w:tcW w:w="5000" w:type="pct"/>
            <w:gridSpan w:val="3"/>
            <w:shd w:val="clear" w:color="auto" w:fill="0B294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DB34676" w14:textId="77777777" w:rsidR="00C851A6" w:rsidRPr="00227E26" w:rsidRDefault="00C851A6" w:rsidP="007D2106">
            <w:pPr>
              <w:spacing w:after="160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  <w:lang w:val="it-IT"/>
              </w:rPr>
            </w:pPr>
            <w:r w:rsidRPr="00067B27">
              <w:rPr>
                <w:rFonts w:ascii="Times New Roman" w:hAnsi="Times New Roman" w:cs="Times New Roman"/>
                <w:b/>
                <w:i/>
                <w:iCs/>
                <w:smallCaps/>
                <w:sz w:val="24"/>
                <w:szCs w:val="24"/>
                <w:lang w:val="it-IT"/>
              </w:rPr>
              <w:t>Budget</w:t>
            </w:r>
            <w:r w:rsidRPr="00227E26">
              <w:rPr>
                <w:rFonts w:ascii="Times New Roman" w:hAnsi="Times New Roman" w:cs="Times New Roman"/>
                <w:b/>
                <w:smallCaps/>
                <w:sz w:val="24"/>
                <w:szCs w:val="24"/>
                <w:lang w:val="it-IT"/>
              </w:rPr>
              <w:t xml:space="preserve"> legato all’incremento del 50% della borsa di studio </w:t>
            </w:r>
          </w:p>
          <w:p w14:paraId="321B95EE" w14:textId="77777777" w:rsidR="0080278A" w:rsidRDefault="00C851A6" w:rsidP="007D2106">
            <w:pPr>
              <w:spacing w:after="160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  <w:lang w:val="it-IT"/>
              </w:rPr>
            </w:pPr>
            <w:r w:rsidRPr="00227E26">
              <w:rPr>
                <w:rFonts w:ascii="Times New Roman" w:hAnsi="Times New Roman" w:cs="Times New Roman"/>
                <w:b/>
                <w:smallCaps/>
                <w:sz w:val="24"/>
                <w:szCs w:val="24"/>
                <w:lang w:val="it-IT"/>
              </w:rPr>
              <w:t>per lo svolgimento di attività di ricerca all</w:t>
            </w:r>
            <w:r>
              <w:rPr>
                <w:rFonts w:ascii="Times New Roman" w:hAnsi="Times New Roman" w:cs="Times New Roman"/>
                <w:b/>
                <w:smallCaps/>
                <w:sz w:val="24"/>
                <w:szCs w:val="24"/>
                <w:lang w:val="it-IT"/>
              </w:rPr>
              <w:t>’</w:t>
            </w:r>
            <w:r w:rsidRPr="00227E26">
              <w:rPr>
                <w:rFonts w:ascii="Times New Roman" w:hAnsi="Times New Roman" w:cs="Times New Roman"/>
                <w:b/>
                <w:smallCaps/>
                <w:sz w:val="24"/>
                <w:szCs w:val="24"/>
                <w:lang w:val="it-IT"/>
              </w:rPr>
              <w:t xml:space="preserve">estero </w:t>
            </w:r>
          </w:p>
          <w:p w14:paraId="51A2F9ED" w14:textId="740655EF" w:rsidR="00C851A6" w:rsidRPr="00227E26" w:rsidRDefault="00C851A6" w:rsidP="007D2106">
            <w:pPr>
              <w:spacing w:after="16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227E26">
              <w:rPr>
                <w:rFonts w:ascii="Times New Roman" w:hAnsi="Times New Roman" w:cs="Times New Roman"/>
                <w:b/>
                <w:smallCaps/>
                <w:sz w:val="24"/>
                <w:szCs w:val="24"/>
                <w:lang w:val="it-IT"/>
              </w:rPr>
              <w:t>autorizzate dal collegio dei docenti (</w:t>
            </w:r>
            <w:r w:rsidRPr="00227E26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art. 21, comma 4, Reg. dottorato)</w:t>
            </w:r>
          </w:p>
        </w:tc>
      </w:tr>
      <w:tr w:rsidR="00C851A6" w:rsidRPr="00227E26" w14:paraId="6B9A838C" w14:textId="77777777" w:rsidTr="007D2106">
        <w:trPr>
          <w:jc w:val="center"/>
        </w:trPr>
        <w:tc>
          <w:tcPr>
            <w:tcW w:w="1134" w:type="pct"/>
            <w:shd w:val="clear" w:color="auto" w:fill="0B294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ECAAB49" w14:textId="77777777" w:rsidR="00C851A6" w:rsidRPr="00227E26" w:rsidRDefault="00C851A6" w:rsidP="007D21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proofErr w:type="spellStart"/>
            <w:r w:rsidRPr="00227E26">
              <w:rPr>
                <w:rFonts w:ascii="Times New Roman" w:hAnsi="Times New Roman" w:cs="Times New Roman"/>
                <w:b/>
                <w:sz w:val="24"/>
                <w:szCs w:val="24"/>
              </w:rPr>
              <w:t>Descrizione</w:t>
            </w:r>
            <w:proofErr w:type="spellEnd"/>
            <w:r w:rsidRPr="00227E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27E26">
              <w:rPr>
                <w:rFonts w:ascii="Times New Roman" w:hAnsi="Times New Roman" w:cs="Times New Roman"/>
                <w:b/>
                <w:sz w:val="24"/>
                <w:szCs w:val="24"/>
              </w:rPr>
              <w:t>Attività</w:t>
            </w:r>
            <w:proofErr w:type="spellEnd"/>
          </w:p>
        </w:tc>
        <w:tc>
          <w:tcPr>
            <w:tcW w:w="1052" w:type="pct"/>
            <w:shd w:val="clear" w:color="auto" w:fill="0B294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019EDDB" w14:textId="77777777" w:rsidR="00C851A6" w:rsidRPr="00227E26" w:rsidRDefault="00C851A6" w:rsidP="007D2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E26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Budget</w:t>
            </w:r>
            <w:r w:rsidRPr="00227E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27E26">
              <w:rPr>
                <w:rFonts w:ascii="Times New Roman" w:hAnsi="Times New Roman" w:cs="Times New Roman"/>
                <w:b/>
                <w:sz w:val="24"/>
                <w:szCs w:val="24"/>
              </w:rPr>
              <w:t>Utilizzato</w:t>
            </w:r>
            <w:proofErr w:type="spellEnd"/>
            <w:r w:rsidRPr="00227E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(€)</w:t>
            </w:r>
          </w:p>
        </w:tc>
        <w:tc>
          <w:tcPr>
            <w:tcW w:w="2814" w:type="pct"/>
            <w:shd w:val="clear" w:color="auto" w:fill="0B294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DC6B856" w14:textId="77777777" w:rsidR="00C851A6" w:rsidRPr="00227E26" w:rsidRDefault="00C851A6" w:rsidP="007D2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E26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Output</w:t>
            </w:r>
            <w:r w:rsidRPr="00227E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27E26">
              <w:rPr>
                <w:rFonts w:ascii="Times New Roman" w:hAnsi="Times New Roman" w:cs="Times New Roman"/>
                <w:b/>
                <w:sz w:val="24"/>
                <w:szCs w:val="24"/>
              </w:rPr>
              <w:t>Scientifico</w:t>
            </w:r>
            <w:proofErr w:type="spellEnd"/>
          </w:p>
        </w:tc>
      </w:tr>
      <w:tr w:rsidR="00C851A6" w:rsidRPr="00227E26" w14:paraId="419E9B7F" w14:textId="77777777" w:rsidTr="007D2106">
        <w:trPr>
          <w:jc w:val="center"/>
        </w:trPr>
        <w:tc>
          <w:tcPr>
            <w:tcW w:w="113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1B57691" w14:textId="77777777" w:rsidR="00C851A6" w:rsidRPr="00C04A9C" w:rsidRDefault="00C851A6" w:rsidP="007D2106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52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99250F2" w14:textId="77777777" w:rsidR="00C851A6" w:rsidRPr="00C04A9C" w:rsidRDefault="00C851A6" w:rsidP="007D2106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81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D383D91" w14:textId="77777777" w:rsidR="00C851A6" w:rsidRPr="00C04A9C" w:rsidRDefault="00C851A6" w:rsidP="007D2106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C851A6" w:rsidRPr="00227E26" w14:paraId="227211E3" w14:textId="77777777" w:rsidTr="007D2106">
        <w:trPr>
          <w:jc w:val="center"/>
        </w:trPr>
        <w:tc>
          <w:tcPr>
            <w:tcW w:w="113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CC03D56" w14:textId="77777777" w:rsidR="00C851A6" w:rsidRPr="00C04A9C" w:rsidRDefault="00C851A6" w:rsidP="007D2106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52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5FE0327" w14:textId="77777777" w:rsidR="00C851A6" w:rsidRPr="00C04A9C" w:rsidRDefault="00C851A6" w:rsidP="007D2106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81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CCBD333" w14:textId="77777777" w:rsidR="00C851A6" w:rsidRPr="00C04A9C" w:rsidRDefault="00C851A6" w:rsidP="007D2106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C851A6" w:rsidRPr="00227E26" w14:paraId="1BF2E681" w14:textId="77777777" w:rsidTr="007D2106">
        <w:trPr>
          <w:jc w:val="center"/>
        </w:trPr>
        <w:tc>
          <w:tcPr>
            <w:tcW w:w="113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D24FA73" w14:textId="77777777" w:rsidR="00C851A6" w:rsidRPr="00C04A9C" w:rsidRDefault="00C851A6" w:rsidP="007D2106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52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EA8BE1B" w14:textId="77777777" w:rsidR="00C851A6" w:rsidRPr="00C04A9C" w:rsidRDefault="00C851A6" w:rsidP="007D2106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81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A91F1B8" w14:textId="77777777" w:rsidR="00C851A6" w:rsidRPr="00C04A9C" w:rsidRDefault="00C851A6" w:rsidP="007D2106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C851A6" w:rsidRPr="00227E26" w14:paraId="08B0311C" w14:textId="77777777" w:rsidTr="007D2106">
        <w:trPr>
          <w:jc w:val="center"/>
        </w:trPr>
        <w:tc>
          <w:tcPr>
            <w:tcW w:w="113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081A15A" w14:textId="77777777" w:rsidR="00C851A6" w:rsidRPr="00C04A9C" w:rsidRDefault="00C851A6" w:rsidP="007D2106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52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817E645" w14:textId="77777777" w:rsidR="00C851A6" w:rsidRPr="00C04A9C" w:rsidRDefault="00C851A6" w:rsidP="007D2106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81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7E9A01C" w14:textId="77777777" w:rsidR="00C851A6" w:rsidRPr="00C04A9C" w:rsidRDefault="00C851A6" w:rsidP="007D2106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C851A6" w:rsidRPr="00227E26" w14:paraId="2676A73E" w14:textId="77777777" w:rsidTr="007D2106">
        <w:trPr>
          <w:jc w:val="center"/>
        </w:trPr>
        <w:tc>
          <w:tcPr>
            <w:tcW w:w="113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A58B7F7" w14:textId="77777777" w:rsidR="00C851A6" w:rsidRPr="00C04A9C" w:rsidRDefault="00C851A6" w:rsidP="007D2106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52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89672CB" w14:textId="77777777" w:rsidR="00C851A6" w:rsidRPr="00C04A9C" w:rsidRDefault="00C851A6" w:rsidP="007D2106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81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EBEBD72" w14:textId="77777777" w:rsidR="00C851A6" w:rsidRPr="00C04A9C" w:rsidRDefault="00C851A6" w:rsidP="007D2106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</w:tbl>
    <w:p w14:paraId="1BDEAEEA" w14:textId="77777777" w:rsidR="00C851A6" w:rsidRPr="00227E26" w:rsidRDefault="00C851A6" w:rsidP="00C851A6">
      <w:pPr>
        <w:spacing w:after="160"/>
        <w:rPr>
          <w:rFonts w:ascii="Times New Roman" w:hAnsi="Times New Roman" w:cs="Times New Roman"/>
          <w:sz w:val="24"/>
          <w:szCs w:val="24"/>
          <w:lang w:val="it-IT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6"/>
        <w:gridCol w:w="2112"/>
        <w:gridCol w:w="5649"/>
      </w:tblGrid>
      <w:tr w:rsidR="00C851A6" w:rsidRPr="002304AB" w14:paraId="24A9C1D7" w14:textId="77777777" w:rsidTr="007D2106">
        <w:trPr>
          <w:trHeight w:val="1003"/>
          <w:jc w:val="center"/>
        </w:trPr>
        <w:tc>
          <w:tcPr>
            <w:tcW w:w="5000" w:type="pct"/>
            <w:gridSpan w:val="3"/>
            <w:shd w:val="clear" w:color="auto" w:fill="0B294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8E90F50" w14:textId="77777777" w:rsidR="00C851A6" w:rsidRPr="00227E26" w:rsidRDefault="00C851A6" w:rsidP="007D2106">
            <w:pPr>
              <w:spacing w:after="160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  <w:lang w:val="it-IT"/>
              </w:rPr>
            </w:pPr>
            <w:r w:rsidRPr="00067B27">
              <w:rPr>
                <w:rFonts w:ascii="Times New Roman" w:hAnsi="Times New Roman" w:cs="Times New Roman"/>
                <w:b/>
                <w:i/>
                <w:iCs/>
                <w:smallCaps/>
                <w:sz w:val="24"/>
                <w:szCs w:val="24"/>
                <w:lang w:val="it-IT"/>
              </w:rPr>
              <w:t>Budget</w:t>
            </w:r>
            <w:r w:rsidRPr="00227E26">
              <w:rPr>
                <w:rFonts w:ascii="Times New Roman" w:hAnsi="Times New Roman" w:cs="Times New Roman"/>
                <w:b/>
                <w:smallCaps/>
                <w:sz w:val="24"/>
                <w:szCs w:val="24"/>
                <w:lang w:val="it-IT"/>
              </w:rPr>
              <w:t xml:space="preserve"> legato all’incremento del 10% della borsa di studio </w:t>
            </w:r>
          </w:p>
          <w:p w14:paraId="2FFD54C4" w14:textId="77777777" w:rsidR="00C851A6" w:rsidRPr="00227E26" w:rsidRDefault="00C851A6" w:rsidP="007D2106">
            <w:pPr>
              <w:spacing w:after="16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227E26">
              <w:rPr>
                <w:rFonts w:ascii="Times New Roman" w:hAnsi="Times New Roman" w:cs="Times New Roman"/>
                <w:b/>
                <w:smallCaps/>
                <w:sz w:val="24"/>
                <w:szCs w:val="24"/>
                <w:lang w:val="it-IT"/>
              </w:rPr>
              <w:t>per esigenze di ricerca o di mobilità (</w:t>
            </w:r>
            <w:r w:rsidRPr="00227E26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art. 21, comma 6, Reg. dottorato)</w:t>
            </w:r>
          </w:p>
        </w:tc>
      </w:tr>
      <w:tr w:rsidR="00C851A6" w:rsidRPr="00227E26" w14:paraId="310CE94C" w14:textId="77777777" w:rsidTr="007D2106">
        <w:trPr>
          <w:jc w:val="center"/>
        </w:trPr>
        <w:tc>
          <w:tcPr>
            <w:tcW w:w="1134" w:type="pct"/>
            <w:shd w:val="clear" w:color="auto" w:fill="0B294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F7E1865" w14:textId="77777777" w:rsidR="00C851A6" w:rsidRPr="00227E26" w:rsidRDefault="00C851A6" w:rsidP="007D21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proofErr w:type="spellStart"/>
            <w:r w:rsidRPr="00227E26">
              <w:rPr>
                <w:rFonts w:ascii="Times New Roman" w:hAnsi="Times New Roman" w:cs="Times New Roman"/>
                <w:b/>
                <w:sz w:val="24"/>
                <w:szCs w:val="24"/>
              </w:rPr>
              <w:t>Descrizione</w:t>
            </w:r>
            <w:proofErr w:type="spellEnd"/>
            <w:r w:rsidRPr="00227E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27E26">
              <w:rPr>
                <w:rFonts w:ascii="Times New Roman" w:hAnsi="Times New Roman" w:cs="Times New Roman"/>
                <w:b/>
                <w:sz w:val="24"/>
                <w:szCs w:val="24"/>
              </w:rPr>
              <w:t>Attività</w:t>
            </w:r>
            <w:proofErr w:type="spellEnd"/>
          </w:p>
        </w:tc>
        <w:tc>
          <w:tcPr>
            <w:tcW w:w="1052" w:type="pct"/>
            <w:shd w:val="clear" w:color="auto" w:fill="0B294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37A9283" w14:textId="77777777" w:rsidR="00C851A6" w:rsidRPr="00227E26" w:rsidRDefault="00C851A6" w:rsidP="007D2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E26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Budget</w:t>
            </w:r>
            <w:r w:rsidRPr="00227E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27E26">
              <w:rPr>
                <w:rFonts w:ascii="Times New Roman" w:hAnsi="Times New Roman" w:cs="Times New Roman"/>
                <w:b/>
                <w:sz w:val="24"/>
                <w:szCs w:val="24"/>
              </w:rPr>
              <w:t>Utilizzato</w:t>
            </w:r>
            <w:proofErr w:type="spellEnd"/>
            <w:r w:rsidRPr="00227E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(€)</w:t>
            </w:r>
          </w:p>
        </w:tc>
        <w:tc>
          <w:tcPr>
            <w:tcW w:w="2814" w:type="pct"/>
            <w:shd w:val="clear" w:color="auto" w:fill="0B294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05391CB" w14:textId="77777777" w:rsidR="00C851A6" w:rsidRPr="00227E26" w:rsidRDefault="00C851A6" w:rsidP="007D2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7E26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Output</w:t>
            </w:r>
            <w:r w:rsidRPr="00227E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27E26">
              <w:rPr>
                <w:rFonts w:ascii="Times New Roman" w:hAnsi="Times New Roman" w:cs="Times New Roman"/>
                <w:b/>
                <w:sz w:val="24"/>
                <w:szCs w:val="24"/>
              </w:rPr>
              <w:t>Scientifico</w:t>
            </w:r>
            <w:proofErr w:type="spellEnd"/>
          </w:p>
        </w:tc>
      </w:tr>
      <w:tr w:rsidR="00C851A6" w:rsidRPr="00227E26" w14:paraId="59586367" w14:textId="77777777" w:rsidTr="007D2106">
        <w:trPr>
          <w:jc w:val="center"/>
        </w:trPr>
        <w:tc>
          <w:tcPr>
            <w:tcW w:w="113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75EC633" w14:textId="77777777" w:rsidR="00C851A6" w:rsidRPr="00C04A9C" w:rsidRDefault="00C851A6" w:rsidP="007D2106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52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9E67834" w14:textId="77777777" w:rsidR="00C851A6" w:rsidRPr="00C04A9C" w:rsidRDefault="00C851A6" w:rsidP="007D2106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81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99E4F63" w14:textId="77777777" w:rsidR="00C851A6" w:rsidRPr="00C04A9C" w:rsidRDefault="00C851A6" w:rsidP="007D2106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C851A6" w:rsidRPr="00227E26" w14:paraId="670495D4" w14:textId="77777777" w:rsidTr="007D2106">
        <w:trPr>
          <w:jc w:val="center"/>
        </w:trPr>
        <w:tc>
          <w:tcPr>
            <w:tcW w:w="113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EEA4979" w14:textId="77777777" w:rsidR="00C851A6" w:rsidRPr="00C04A9C" w:rsidRDefault="00C851A6" w:rsidP="007D2106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52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D1185BD" w14:textId="77777777" w:rsidR="00C851A6" w:rsidRPr="00C04A9C" w:rsidRDefault="00C851A6" w:rsidP="007D2106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81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4449B3F" w14:textId="77777777" w:rsidR="00C851A6" w:rsidRPr="00C04A9C" w:rsidRDefault="00C851A6" w:rsidP="007D2106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C851A6" w:rsidRPr="00227E26" w14:paraId="4083E65D" w14:textId="77777777" w:rsidTr="007D2106">
        <w:trPr>
          <w:jc w:val="center"/>
        </w:trPr>
        <w:tc>
          <w:tcPr>
            <w:tcW w:w="113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5F4CCF8" w14:textId="77777777" w:rsidR="00C851A6" w:rsidRPr="00C04A9C" w:rsidRDefault="00C851A6" w:rsidP="007D2106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52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B680F9A" w14:textId="77777777" w:rsidR="00C851A6" w:rsidRPr="00C04A9C" w:rsidRDefault="00C851A6" w:rsidP="007D2106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81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22B41B1" w14:textId="77777777" w:rsidR="00C851A6" w:rsidRPr="00C04A9C" w:rsidRDefault="00C851A6" w:rsidP="007D2106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C851A6" w:rsidRPr="00227E26" w14:paraId="1E6FB4EB" w14:textId="77777777" w:rsidTr="007D2106">
        <w:trPr>
          <w:jc w:val="center"/>
        </w:trPr>
        <w:tc>
          <w:tcPr>
            <w:tcW w:w="113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F294711" w14:textId="77777777" w:rsidR="00C851A6" w:rsidRPr="00C04A9C" w:rsidRDefault="00C851A6" w:rsidP="007D2106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52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D982362" w14:textId="77777777" w:rsidR="00C851A6" w:rsidRPr="00C04A9C" w:rsidRDefault="00C851A6" w:rsidP="007D2106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81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0920FAA" w14:textId="77777777" w:rsidR="00C851A6" w:rsidRPr="00C04A9C" w:rsidRDefault="00C851A6" w:rsidP="007D2106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C851A6" w:rsidRPr="00227E26" w14:paraId="4DD67586" w14:textId="77777777" w:rsidTr="007D2106">
        <w:trPr>
          <w:jc w:val="center"/>
        </w:trPr>
        <w:tc>
          <w:tcPr>
            <w:tcW w:w="113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E7C4BC6" w14:textId="77777777" w:rsidR="00C851A6" w:rsidRPr="00C04A9C" w:rsidRDefault="00C851A6" w:rsidP="007D2106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52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173D1CE" w14:textId="77777777" w:rsidR="00C851A6" w:rsidRPr="00C04A9C" w:rsidRDefault="00C851A6" w:rsidP="007D2106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814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344B4BD" w14:textId="77777777" w:rsidR="00C851A6" w:rsidRPr="00C04A9C" w:rsidRDefault="00C851A6" w:rsidP="007D2106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</w:tbl>
    <w:p w14:paraId="37677EBB" w14:textId="77777777" w:rsidR="00C851A6" w:rsidRPr="00227E26" w:rsidRDefault="00C851A6" w:rsidP="00C851A6">
      <w:pPr>
        <w:keepNext/>
        <w:spacing w:before="360" w:after="120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227E26">
        <w:rPr>
          <w:rFonts w:ascii="Times New Roman" w:hAnsi="Times New Roman" w:cs="Times New Roman"/>
          <w:b/>
          <w:sz w:val="24"/>
          <w:szCs w:val="24"/>
          <w:lang w:val="it-IT"/>
        </w:rPr>
        <w:t xml:space="preserve">Data </w:t>
      </w:r>
      <w:r>
        <w:rPr>
          <w:rFonts w:ascii="Times New Roman" w:hAnsi="Times New Roman" w:cs="Times New Roman"/>
          <w:b/>
          <w:sz w:val="24"/>
          <w:szCs w:val="24"/>
          <w:lang w:val="it-IT"/>
        </w:rPr>
        <w:t>_________________</w:t>
      </w:r>
      <w:r w:rsidRPr="00227E26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it-IT"/>
        </w:rPr>
        <w:t xml:space="preserve">                                                                 </w:t>
      </w:r>
      <w:r w:rsidRPr="00227E26">
        <w:rPr>
          <w:rFonts w:ascii="Times New Roman" w:hAnsi="Times New Roman" w:cs="Times New Roman"/>
          <w:b/>
          <w:sz w:val="24"/>
          <w:szCs w:val="24"/>
          <w:lang w:val="it-IT"/>
        </w:rPr>
        <w:t>Firma del Dottorando</w:t>
      </w:r>
    </w:p>
    <w:p w14:paraId="187598BD" w14:textId="77777777" w:rsidR="00C851A6" w:rsidRPr="00227E26" w:rsidRDefault="00C851A6" w:rsidP="00C851A6">
      <w:pPr>
        <w:keepNext/>
        <w:spacing w:before="360" w:after="120"/>
        <w:rPr>
          <w:rFonts w:ascii="Times New Roman" w:hAnsi="Times New Roman" w:cs="Times New Roman"/>
          <w:b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sz w:val="24"/>
          <w:szCs w:val="24"/>
          <w:lang w:val="it-IT"/>
        </w:rPr>
        <w:t xml:space="preserve">                                                                                                        ________________________</w:t>
      </w:r>
    </w:p>
    <w:p w14:paraId="73981A25" w14:textId="77777777" w:rsidR="0080278A" w:rsidRDefault="0080278A" w:rsidP="00C851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</w:pPr>
    </w:p>
    <w:p w14:paraId="7E74EA5B" w14:textId="406EBEBC" w:rsidR="00C851A6" w:rsidRPr="00227E26" w:rsidRDefault="00C851A6" w:rsidP="00C851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</w:pPr>
      <w:r w:rsidRPr="00227E26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Dichiarazione sostitutiva di certificazioni e dell’atto di notorietà</w:t>
      </w:r>
    </w:p>
    <w:p w14:paraId="664FA542" w14:textId="77777777" w:rsidR="00C851A6" w:rsidRPr="00227E26" w:rsidRDefault="00C851A6" w:rsidP="00C851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227E26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(Artt. 19, 46 e 47 del D.P.R. 28/12/2000, n.445)</w:t>
      </w:r>
    </w:p>
    <w:p w14:paraId="1883CD17" w14:textId="77777777" w:rsidR="00C851A6" w:rsidRPr="00227E26" w:rsidRDefault="00C851A6" w:rsidP="00C851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14:paraId="135FA55A" w14:textId="77777777" w:rsidR="00C851A6" w:rsidRPr="00227E26" w:rsidRDefault="00C851A6" w:rsidP="00C851A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227E26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IL/La sottoscritto/a</w:t>
      </w:r>
      <w:r w:rsidRPr="00227E26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 Nome e Cognome</w:t>
      </w:r>
      <w:r w:rsidRPr="00227E26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, Codice fiscale ..., nato/a </w:t>
      </w:r>
      <w:proofErr w:type="spellStart"/>
      <w:r w:rsidRPr="00227E26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</w:t>
      </w:r>
      <w:proofErr w:type="spellEnd"/>
      <w:r w:rsidRPr="00227E26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..., il ../../...., attualmente residente in .......</w:t>
      </w:r>
      <w:r w:rsidRPr="00227E26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, in Via/Piazza, n. ..., CAP ......</w:t>
      </w:r>
      <w:r w:rsidRPr="00227E26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, e domiciliato/a in .......</w:t>
      </w:r>
      <w:r w:rsidRPr="00227E26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, in Via/Piazza, n. ..., CAP .....,</w:t>
      </w:r>
      <w:r w:rsidRPr="00227E26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 consapevole di quanto prescritto dall’art. 76 del D.P.R. 28 dicembre 2000, n. 445 sulla responsabilità penale cui può andare incontro in caso di falsità in atti di dichiarazioni mendaci e della conseguente decadenza dai benefici concessi sulla base di una dichiarazione non veritiera, ai sensi e per gli effetti del citato D.P.R. n. 445/2000 e sotto la propria personale responsabilità:</w:t>
      </w:r>
    </w:p>
    <w:p w14:paraId="575737CC" w14:textId="77777777" w:rsidR="00C851A6" w:rsidRPr="00227E26" w:rsidRDefault="00C851A6" w:rsidP="00C851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227E26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 </w:t>
      </w:r>
    </w:p>
    <w:p w14:paraId="48047F9A" w14:textId="77777777" w:rsidR="00C851A6" w:rsidRPr="00227E26" w:rsidRDefault="00C851A6" w:rsidP="00C851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227E26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dichiara</w:t>
      </w:r>
    </w:p>
    <w:p w14:paraId="4D8270E3" w14:textId="77777777" w:rsidR="002304AB" w:rsidRDefault="002304AB" w:rsidP="002304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2304A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che quanto dichiarato nella Rendicontazione finanziaria sul </w:t>
      </w:r>
      <w:r w:rsidRPr="002304A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it-IT" w:eastAsia="it-IT"/>
        </w:rPr>
        <w:t>budget</w:t>
      </w:r>
      <w:r w:rsidRPr="002304AB">
        <w:rPr>
          <w:rFonts w:ascii="Times New Roman" w:eastAsia="Times New Roman" w:hAnsi="Times New Roman" w:cs="Times New Roman"/>
          <w:bCs/>
          <w:sz w:val="24"/>
          <w:szCs w:val="24"/>
          <w:lang w:val="it-IT" w:eastAsia="it-IT"/>
        </w:rPr>
        <w:t xml:space="preserve"> individuale utilizzato e risultati conseguiti</w:t>
      </w:r>
      <w:r w:rsidRPr="002304AB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 xml:space="preserve"> </w:t>
      </w:r>
      <w:r w:rsidRPr="002304A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corrisponde al vero.</w:t>
      </w:r>
    </w:p>
    <w:p w14:paraId="7DC9B537" w14:textId="77777777" w:rsidR="002304AB" w:rsidRPr="002304AB" w:rsidRDefault="002304AB" w:rsidP="002304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14:paraId="2A0D2935" w14:textId="77777777" w:rsidR="00C851A6" w:rsidRPr="00227E26" w:rsidRDefault="00C851A6" w:rsidP="00C851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 w:rsidRPr="00227E26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Letto, confermato e sottoscritto</w:t>
      </w:r>
    </w:p>
    <w:p w14:paraId="592C87F8" w14:textId="77777777" w:rsidR="00C851A6" w:rsidRPr="00227E26" w:rsidRDefault="00C851A6" w:rsidP="00C851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14:paraId="06F886C8" w14:textId="0366C95E" w:rsidR="00C851A6" w:rsidRDefault="00C851A6" w:rsidP="00C851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</w:pPr>
      <w:r w:rsidRPr="00227E26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Luogo e data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                                                                                           </w:t>
      </w:r>
      <w:r w:rsidRPr="00227E26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Il</w:t>
      </w:r>
      <w:r w:rsidR="00E45E38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>/La</w:t>
      </w:r>
      <w:r w:rsidRPr="00227E26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it-IT"/>
        </w:rPr>
        <w:t xml:space="preserve"> dichiarante</w:t>
      </w:r>
    </w:p>
    <w:p w14:paraId="7FBE8914" w14:textId="77777777" w:rsidR="00C851A6" w:rsidRPr="00227E26" w:rsidRDefault="00C851A6" w:rsidP="00C851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14:paraId="41C4115A" w14:textId="3D1723C8" w:rsidR="00EA252F" w:rsidRPr="00C851A6" w:rsidRDefault="00C851A6" w:rsidP="00C851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ab/>
        <w:t xml:space="preserve">  __________________________</w:t>
      </w:r>
    </w:p>
    <w:sectPr w:rsidR="00EA252F" w:rsidRPr="00C851A6" w:rsidSect="00BE6D0A">
      <w:footerReference w:type="default" r:id="rId9"/>
      <w:pgSz w:w="12240" w:h="15840"/>
      <w:pgMar w:top="1152" w:right="1041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F463BE" w14:textId="77777777" w:rsidR="004F3EDC" w:rsidRDefault="004F3EDC" w:rsidP="00F216B3">
      <w:pPr>
        <w:spacing w:after="0" w:line="240" w:lineRule="auto"/>
      </w:pPr>
      <w:r>
        <w:separator/>
      </w:r>
    </w:p>
  </w:endnote>
  <w:endnote w:type="continuationSeparator" w:id="0">
    <w:p w14:paraId="66016AAA" w14:textId="77777777" w:rsidR="004F3EDC" w:rsidRDefault="004F3EDC" w:rsidP="00F216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70139155"/>
      <w:docPartObj>
        <w:docPartGallery w:val="Page Numbers (Bottom of Page)"/>
        <w:docPartUnique/>
      </w:docPartObj>
    </w:sdtPr>
    <w:sdtContent>
      <w:p w14:paraId="4933C893" w14:textId="278EAC29" w:rsidR="00BE6D0A" w:rsidRDefault="00BE6D0A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it-IT"/>
          </w:rPr>
          <w:t>2</w:t>
        </w:r>
        <w:r>
          <w:fldChar w:fldCharType="end"/>
        </w:r>
      </w:p>
    </w:sdtContent>
  </w:sdt>
  <w:p w14:paraId="5615CCEF" w14:textId="77777777" w:rsidR="00BE6D0A" w:rsidRDefault="00BE6D0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70D34C" w14:textId="77777777" w:rsidR="004F3EDC" w:rsidRDefault="004F3EDC" w:rsidP="00F216B3">
      <w:pPr>
        <w:spacing w:after="0" w:line="240" w:lineRule="auto"/>
      </w:pPr>
      <w:r>
        <w:separator/>
      </w:r>
    </w:p>
  </w:footnote>
  <w:footnote w:type="continuationSeparator" w:id="0">
    <w:p w14:paraId="391D8F8C" w14:textId="77777777" w:rsidR="004F3EDC" w:rsidRDefault="004F3EDC" w:rsidP="00F216B3">
      <w:pPr>
        <w:spacing w:after="0" w:line="240" w:lineRule="auto"/>
      </w:pPr>
      <w:r>
        <w:continuationSeparator/>
      </w:r>
    </w:p>
  </w:footnote>
  <w:footnote w:id="1">
    <w:p w14:paraId="1E429469" w14:textId="77777777" w:rsidR="00F216B3" w:rsidRPr="00E87245" w:rsidRDefault="00F216B3" w:rsidP="00F216B3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it-IT"/>
        </w:rPr>
      </w:pPr>
      <w:r w:rsidRPr="00E87245">
        <w:rPr>
          <w:rStyle w:val="Rimandonotaapidipagina"/>
          <w:rFonts w:ascii="Times New Roman" w:hAnsi="Times New Roman" w:cs="Times New Roman"/>
          <w:sz w:val="20"/>
          <w:szCs w:val="20"/>
        </w:rPr>
        <w:footnoteRef/>
      </w:r>
      <w:r w:rsidRPr="00E87245">
        <w:rPr>
          <w:rFonts w:ascii="Times New Roman" w:hAnsi="Times New Roman" w:cs="Times New Roman"/>
          <w:sz w:val="20"/>
          <w:szCs w:val="20"/>
          <w:lang w:val="it-IT"/>
        </w:rPr>
        <w:t xml:space="preserve"> </w:t>
      </w:r>
      <w:r w:rsidRPr="00E87245">
        <w:rPr>
          <w:rFonts w:ascii="Times New Roman" w:hAnsi="Times New Roman" w:cs="Times New Roman"/>
          <w:bCs/>
          <w:sz w:val="20"/>
          <w:szCs w:val="20"/>
          <w:lang w:val="it-IT"/>
        </w:rPr>
        <w:t>Le attività formativa a scelta trovano il seguente riconoscimento in termini di CFU:</w:t>
      </w:r>
    </w:p>
    <w:p w14:paraId="7B4452DD" w14:textId="77777777" w:rsidR="00F216B3" w:rsidRPr="00E87245" w:rsidRDefault="00F216B3" w:rsidP="00F216B3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it-IT"/>
        </w:rPr>
      </w:pPr>
      <w:r w:rsidRPr="00E87245">
        <w:rPr>
          <w:rFonts w:ascii="Times New Roman" w:hAnsi="Times New Roman" w:cs="Times New Roman"/>
          <w:bCs/>
          <w:sz w:val="20"/>
          <w:szCs w:val="20"/>
          <w:lang w:val="it-IT"/>
        </w:rPr>
        <w:t>Partecipazione a convegno, congresso o seminario: 0,25 CFU ogni 4 ore di presenza</w:t>
      </w:r>
    </w:p>
    <w:p w14:paraId="072BD682" w14:textId="77777777" w:rsidR="00F216B3" w:rsidRPr="00E87245" w:rsidRDefault="00F216B3" w:rsidP="00F216B3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it-IT"/>
        </w:rPr>
      </w:pPr>
      <w:r w:rsidRPr="00E87245">
        <w:rPr>
          <w:rFonts w:ascii="Times New Roman" w:hAnsi="Times New Roman" w:cs="Times New Roman"/>
          <w:bCs/>
          <w:sz w:val="20"/>
          <w:szCs w:val="20"/>
          <w:lang w:val="it-IT"/>
        </w:rPr>
        <w:t>Relazione su invito nell’ambito di convegni, congressi o seminari: 2 CFU</w:t>
      </w:r>
    </w:p>
    <w:p w14:paraId="37D0F432" w14:textId="77777777" w:rsidR="00F216B3" w:rsidRPr="00E87245" w:rsidRDefault="00F216B3" w:rsidP="00F216B3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it-IT"/>
        </w:rPr>
      </w:pPr>
      <w:r w:rsidRPr="00E87245">
        <w:rPr>
          <w:rFonts w:ascii="Times New Roman" w:hAnsi="Times New Roman" w:cs="Times New Roman"/>
          <w:bCs/>
          <w:sz w:val="20"/>
          <w:szCs w:val="20"/>
          <w:lang w:val="it-IT"/>
        </w:rPr>
        <w:t>Interventi programmati nell’ambito di convegni: 1 CFU</w:t>
      </w:r>
    </w:p>
    <w:p w14:paraId="6634FA21" w14:textId="77777777" w:rsidR="00F216B3" w:rsidRPr="00E87245" w:rsidRDefault="00F216B3" w:rsidP="00F216B3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it-IT"/>
        </w:rPr>
      </w:pPr>
      <w:r w:rsidRPr="00E87245">
        <w:rPr>
          <w:rFonts w:ascii="Times New Roman" w:hAnsi="Times New Roman" w:cs="Times New Roman"/>
          <w:bCs/>
          <w:sz w:val="20"/>
          <w:szCs w:val="20"/>
          <w:lang w:val="it-IT"/>
        </w:rPr>
        <w:t>Soggiorni di ricerca all’estero quale Erasmus o altra tipologia: 3 CFU</w:t>
      </w:r>
    </w:p>
    <w:p w14:paraId="196CA745" w14:textId="77777777" w:rsidR="00F216B3" w:rsidRPr="00E87245" w:rsidRDefault="00F216B3" w:rsidP="00F216B3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it-IT"/>
        </w:rPr>
      </w:pPr>
      <w:r w:rsidRPr="00E87245">
        <w:rPr>
          <w:rFonts w:ascii="Times New Roman" w:hAnsi="Times New Roman" w:cs="Times New Roman"/>
          <w:bCs/>
          <w:sz w:val="20"/>
          <w:szCs w:val="20"/>
          <w:lang w:val="it-IT"/>
        </w:rPr>
        <w:t xml:space="preserve">Frequenza di corsi di specializzazione, di </w:t>
      </w:r>
      <w:r w:rsidRPr="00E87245">
        <w:rPr>
          <w:rFonts w:ascii="Times New Roman" w:hAnsi="Times New Roman" w:cs="Times New Roman"/>
          <w:bCs/>
          <w:i/>
          <w:iCs/>
          <w:sz w:val="20"/>
          <w:szCs w:val="20"/>
          <w:lang w:val="it-IT"/>
        </w:rPr>
        <w:t>Summer o Winter School</w:t>
      </w:r>
      <w:r w:rsidRPr="00E87245">
        <w:rPr>
          <w:rFonts w:ascii="Times New Roman" w:hAnsi="Times New Roman" w:cs="Times New Roman"/>
          <w:bCs/>
          <w:sz w:val="20"/>
          <w:szCs w:val="20"/>
          <w:lang w:val="it-IT"/>
        </w:rPr>
        <w:t xml:space="preserve"> o di attività formative certificabili, connesse con l’attività formativa e di ricerca del dottorando, valutabili dal collegio dei docenti ai fini dell’attribuzione di crediti formativi: 0,5 CFU per ogni giorno di frequenza.</w:t>
      </w:r>
    </w:p>
    <w:p w14:paraId="7859CF64" w14:textId="77777777" w:rsidR="00F216B3" w:rsidRPr="00E87245" w:rsidRDefault="00F216B3" w:rsidP="00F216B3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it-IT"/>
        </w:rPr>
      </w:pPr>
      <w:r w:rsidRPr="00E87245">
        <w:rPr>
          <w:rFonts w:ascii="Times New Roman" w:hAnsi="Times New Roman" w:cs="Times New Roman"/>
          <w:bCs/>
          <w:sz w:val="20"/>
          <w:szCs w:val="20"/>
          <w:lang w:val="it-IT"/>
        </w:rPr>
        <w:t xml:space="preserve">Pubblicazione di articoli scientifici su rivista scientifica accreditata, di </w:t>
      </w:r>
      <w:bookmarkStart w:id="0" w:name="_Hlk225582585"/>
      <w:r w:rsidRPr="00E87245">
        <w:rPr>
          <w:rFonts w:ascii="Times New Roman" w:hAnsi="Times New Roman" w:cs="Times New Roman"/>
          <w:bCs/>
          <w:sz w:val="20"/>
          <w:szCs w:val="20"/>
          <w:lang w:val="it-IT"/>
        </w:rPr>
        <w:t xml:space="preserve">saggi in volume, di capitoli di libro </w:t>
      </w:r>
      <w:bookmarkEnd w:id="0"/>
      <w:r w:rsidRPr="00E87245">
        <w:rPr>
          <w:rFonts w:ascii="Times New Roman" w:hAnsi="Times New Roman" w:cs="Times New Roman"/>
          <w:bCs/>
          <w:sz w:val="20"/>
          <w:szCs w:val="20"/>
          <w:lang w:val="it-IT"/>
        </w:rPr>
        <w:t>o di monografia, per la quale farà fede la data di accettazione del contributo o la pubblicazione del volume:</w:t>
      </w:r>
    </w:p>
    <w:p w14:paraId="28761A8D" w14:textId="77777777" w:rsidR="00F216B3" w:rsidRPr="00E87245" w:rsidRDefault="00F216B3" w:rsidP="00F216B3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E87245">
        <w:rPr>
          <w:rFonts w:ascii="Times New Roman" w:hAnsi="Times New Roman" w:cs="Times New Roman"/>
          <w:bCs/>
          <w:sz w:val="20"/>
          <w:szCs w:val="20"/>
        </w:rPr>
        <w:t>monografia: 4 CFU;</w:t>
      </w:r>
    </w:p>
    <w:p w14:paraId="55E56A5D" w14:textId="77777777" w:rsidR="00F216B3" w:rsidRPr="00E87245" w:rsidRDefault="00F216B3" w:rsidP="00F216B3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it-IT"/>
        </w:rPr>
      </w:pPr>
      <w:r w:rsidRPr="00E87245">
        <w:rPr>
          <w:rFonts w:ascii="Times New Roman" w:hAnsi="Times New Roman" w:cs="Times New Roman"/>
          <w:bCs/>
          <w:sz w:val="20"/>
          <w:szCs w:val="20"/>
          <w:lang w:val="it-IT"/>
        </w:rPr>
        <w:t>contributo in rivista scientifica di classe A: 2 CFU;</w:t>
      </w:r>
    </w:p>
    <w:p w14:paraId="5D2E5523" w14:textId="77777777" w:rsidR="00F216B3" w:rsidRPr="00E87245" w:rsidRDefault="00F216B3" w:rsidP="00F216B3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it-IT"/>
        </w:rPr>
      </w:pPr>
      <w:r w:rsidRPr="00E87245">
        <w:rPr>
          <w:rFonts w:ascii="Times New Roman" w:hAnsi="Times New Roman" w:cs="Times New Roman"/>
          <w:bCs/>
          <w:sz w:val="20"/>
          <w:szCs w:val="20"/>
          <w:lang w:val="it-IT"/>
        </w:rPr>
        <w:t>contributo in rivista scientifica accreditata, saggi in volume, capitoli di libro: 1 CFU.</w:t>
      </w:r>
    </w:p>
    <w:p w14:paraId="55851A5F" w14:textId="77777777" w:rsidR="00F216B3" w:rsidRPr="00E87245" w:rsidRDefault="00F216B3" w:rsidP="00F216B3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it-IT"/>
        </w:rPr>
      </w:pPr>
      <w:r w:rsidRPr="00E87245">
        <w:rPr>
          <w:rFonts w:ascii="Times New Roman" w:hAnsi="Times New Roman" w:cs="Times New Roman"/>
          <w:bCs/>
          <w:sz w:val="20"/>
          <w:szCs w:val="20"/>
          <w:lang w:val="it-IT"/>
        </w:rPr>
        <w:t>Non potranno essere computate in questa voce (attività formative a scelta connesse con la ricerca) le pubblicazioni presentate ai fini dell’ammissione al successivo anno di corso o all’esame finale del Dottorato.</w:t>
      </w:r>
    </w:p>
    <w:p w14:paraId="6E51959C" w14:textId="77777777" w:rsidR="00F216B3" w:rsidRPr="00E87245" w:rsidRDefault="00F216B3" w:rsidP="00F216B3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it-IT"/>
        </w:rPr>
      </w:pPr>
      <w:r w:rsidRPr="00E87245">
        <w:rPr>
          <w:rFonts w:ascii="Times New Roman" w:hAnsi="Times New Roman" w:cs="Times New Roman"/>
          <w:bCs/>
          <w:sz w:val="20"/>
          <w:szCs w:val="20"/>
          <w:lang w:val="it-IT"/>
        </w:rPr>
        <w:t>Attività di tutorato offerta dall’Università Messina debitamente certificata: 3 CFU</w:t>
      </w:r>
    </w:p>
    <w:p w14:paraId="4AE57F7A" w14:textId="77777777" w:rsidR="00F216B3" w:rsidRPr="00E87245" w:rsidRDefault="00F216B3" w:rsidP="00F216B3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it-IT"/>
        </w:rPr>
      </w:pPr>
      <w:r w:rsidRPr="00E87245">
        <w:rPr>
          <w:rFonts w:ascii="Times New Roman" w:hAnsi="Times New Roman" w:cs="Times New Roman"/>
          <w:bCs/>
          <w:sz w:val="20"/>
          <w:szCs w:val="20"/>
          <w:lang w:val="it-IT"/>
        </w:rPr>
        <w:t>Attività di didattica, di didattica integrativa, ivi inclusi i corsi di recupero: 0,5 CFU ogni 6 ore (come risultanti dalla certificazione del docente responsabile dell’insegnamento).</w:t>
      </w:r>
    </w:p>
    <w:p w14:paraId="61584442" w14:textId="77777777" w:rsidR="00F216B3" w:rsidRPr="00E87245" w:rsidRDefault="00F216B3" w:rsidP="00F216B3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it-IT"/>
        </w:rPr>
      </w:pPr>
      <w:r w:rsidRPr="00E87245">
        <w:rPr>
          <w:rFonts w:ascii="Times New Roman" w:hAnsi="Times New Roman" w:cs="Times New Roman"/>
          <w:bCs/>
          <w:sz w:val="20"/>
          <w:szCs w:val="20"/>
          <w:lang w:val="it-IT"/>
        </w:rPr>
        <w:t xml:space="preserve">Attività di terza missione: 0,5 ogni 4 ore (come risultanti dalla certificazione del docente responsabile dell’iniziativa). </w:t>
      </w:r>
    </w:p>
    <w:p w14:paraId="123F891F" w14:textId="77777777" w:rsidR="00F216B3" w:rsidRPr="00E87245" w:rsidRDefault="00F216B3" w:rsidP="00F216B3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it-IT"/>
        </w:rPr>
      </w:pPr>
      <w:r w:rsidRPr="00E87245">
        <w:rPr>
          <w:rFonts w:ascii="Times New Roman" w:hAnsi="Times New Roman" w:cs="Times New Roman"/>
          <w:bCs/>
          <w:sz w:val="20"/>
          <w:szCs w:val="20"/>
          <w:lang w:val="it-IT"/>
        </w:rPr>
        <w:t>Si precisa che i CFU relativi alle attività formative a scelta in esubero rispetto a quanto previsto per ciascun anno di corso (10 CFU per il I e il II anno e 8 CFU per il III anno) non saranno computati ai fini del raggiungimento della soglia annua di 60 CFU annui.</w:t>
      </w:r>
    </w:p>
    <w:p w14:paraId="7825DAF7" w14:textId="77777777" w:rsidR="00F216B3" w:rsidRPr="00E87245" w:rsidRDefault="00F216B3" w:rsidP="00F216B3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it-IT"/>
        </w:rPr>
      </w:pPr>
      <w:r w:rsidRPr="00E87245">
        <w:rPr>
          <w:rFonts w:ascii="Times New Roman" w:hAnsi="Times New Roman" w:cs="Times New Roman"/>
          <w:bCs/>
          <w:sz w:val="20"/>
          <w:szCs w:val="20"/>
          <w:lang w:val="it-IT"/>
        </w:rPr>
        <w:t>Qualora sussistano impedimenti che non consentano la frequenza delle lezioni (sia comuni sia curricolari), è tollerata una quota di assenze, previa presentazione di idonea documentazione giustificativa, secondo i seguenti termini:</w:t>
      </w:r>
    </w:p>
    <w:p w14:paraId="5F4E2BBE" w14:textId="77777777" w:rsidR="00F216B3" w:rsidRPr="00E87245" w:rsidRDefault="00F216B3" w:rsidP="00F216B3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u w:val="single"/>
          <w:lang w:val="it-IT"/>
        </w:rPr>
      </w:pPr>
      <w:r w:rsidRPr="00E87245">
        <w:rPr>
          <w:rFonts w:ascii="Times New Roman" w:hAnsi="Times New Roman" w:cs="Times New Roman"/>
          <w:bCs/>
          <w:sz w:val="20"/>
          <w:szCs w:val="20"/>
          <w:lang w:val="it-IT"/>
        </w:rPr>
        <w:t xml:space="preserve">per i </w:t>
      </w:r>
      <w:r w:rsidRPr="00E87245">
        <w:rPr>
          <w:rFonts w:ascii="Times New Roman" w:hAnsi="Times New Roman" w:cs="Times New Roman"/>
          <w:bCs/>
          <w:i/>
          <w:iCs/>
          <w:sz w:val="20"/>
          <w:szCs w:val="20"/>
          <w:u w:val="single"/>
          <w:lang w:val="it-IT"/>
        </w:rPr>
        <w:t>curricula</w:t>
      </w:r>
      <w:r w:rsidRPr="00E87245">
        <w:rPr>
          <w:rFonts w:ascii="Times New Roman" w:hAnsi="Times New Roman" w:cs="Times New Roman"/>
          <w:bCs/>
          <w:sz w:val="20"/>
          <w:szCs w:val="20"/>
          <w:u w:val="single"/>
          <w:lang w:val="it-IT"/>
        </w:rPr>
        <w:t xml:space="preserve"> in lingua italiana</w:t>
      </w:r>
      <w:r w:rsidRPr="00E87245">
        <w:rPr>
          <w:rFonts w:ascii="Times New Roman" w:hAnsi="Times New Roman" w:cs="Times New Roman"/>
          <w:bCs/>
          <w:sz w:val="20"/>
          <w:szCs w:val="20"/>
          <w:lang w:val="it-IT"/>
        </w:rPr>
        <w:t>, possono essere scomputate complessivamente dalle ore di lezione comuni e curricolari:</w:t>
      </w:r>
      <w:r w:rsidRPr="00E87245">
        <w:rPr>
          <w:rFonts w:ascii="Times New Roman" w:hAnsi="Times New Roman" w:cs="Times New Roman"/>
          <w:bCs/>
          <w:sz w:val="20"/>
          <w:szCs w:val="20"/>
          <w:u w:val="single"/>
          <w:lang w:val="it-IT"/>
        </w:rPr>
        <w:t xml:space="preserve"> </w:t>
      </w:r>
    </w:p>
    <w:p w14:paraId="54F0F529" w14:textId="77777777" w:rsidR="00F216B3" w:rsidRPr="00E87245" w:rsidRDefault="00F216B3" w:rsidP="00F216B3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E87245">
        <w:rPr>
          <w:rFonts w:ascii="Times New Roman" w:hAnsi="Times New Roman" w:cs="Times New Roman"/>
          <w:bCs/>
          <w:sz w:val="20"/>
          <w:szCs w:val="20"/>
        </w:rPr>
        <w:t xml:space="preserve">primo anno: max 12 ore;  </w:t>
      </w:r>
    </w:p>
    <w:p w14:paraId="3AF9F744" w14:textId="77777777" w:rsidR="00F216B3" w:rsidRPr="00E87245" w:rsidRDefault="00F216B3" w:rsidP="00F216B3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E87245">
        <w:rPr>
          <w:rFonts w:ascii="Times New Roman" w:hAnsi="Times New Roman" w:cs="Times New Roman"/>
          <w:bCs/>
          <w:sz w:val="20"/>
          <w:szCs w:val="20"/>
        </w:rPr>
        <w:t xml:space="preserve">secondo anno: max 9 ore;   </w:t>
      </w:r>
    </w:p>
    <w:p w14:paraId="228FCF96" w14:textId="77777777" w:rsidR="00F216B3" w:rsidRPr="00E87245" w:rsidRDefault="00F216B3" w:rsidP="00F216B3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E87245">
        <w:rPr>
          <w:rFonts w:ascii="Times New Roman" w:hAnsi="Times New Roman" w:cs="Times New Roman"/>
          <w:bCs/>
          <w:sz w:val="20"/>
          <w:szCs w:val="20"/>
        </w:rPr>
        <w:t>terzo anno: max 6 ore.</w:t>
      </w:r>
    </w:p>
    <w:p w14:paraId="021B65D8" w14:textId="77777777" w:rsidR="00F216B3" w:rsidRPr="00E87245" w:rsidRDefault="00F216B3" w:rsidP="00F216B3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u w:val="single"/>
        </w:rPr>
      </w:pPr>
    </w:p>
    <w:p w14:paraId="64D3AA7C" w14:textId="7722AD54" w:rsidR="00F216B3" w:rsidRPr="00BE6D0A" w:rsidRDefault="00F216B3" w:rsidP="00F216B3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u w:val="single"/>
          <w:lang w:val="it-IT"/>
        </w:rPr>
      </w:pPr>
      <w:r w:rsidRPr="00E87245">
        <w:rPr>
          <w:rFonts w:ascii="Times New Roman" w:hAnsi="Times New Roman" w:cs="Times New Roman"/>
          <w:bCs/>
          <w:sz w:val="20"/>
          <w:szCs w:val="20"/>
          <w:lang w:val="it-IT"/>
        </w:rPr>
        <w:t xml:space="preserve">Per il quinto </w:t>
      </w:r>
      <w:r w:rsidRPr="00E87245">
        <w:rPr>
          <w:rFonts w:ascii="Times New Roman" w:hAnsi="Times New Roman" w:cs="Times New Roman"/>
          <w:bCs/>
          <w:i/>
          <w:iCs/>
          <w:sz w:val="20"/>
          <w:szCs w:val="20"/>
          <w:lang w:val="it-IT"/>
        </w:rPr>
        <w:t>Curriculum</w:t>
      </w:r>
      <w:r w:rsidRPr="00E87245">
        <w:rPr>
          <w:rFonts w:ascii="Times New Roman" w:hAnsi="Times New Roman" w:cs="Times New Roman"/>
          <w:bCs/>
          <w:sz w:val="20"/>
          <w:szCs w:val="20"/>
          <w:lang w:val="it-IT"/>
        </w:rPr>
        <w:t xml:space="preserve">, in </w:t>
      </w:r>
      <w:r w:rsidRPr="00E87245">
        <w:rPr>
          <w:rFonts w:ascii="Times New Roman" w:hAnsi="Times New Roman" w:cs="Times New Roman"/>
          <w:bCs/>
          <w:sz w:val="20"/>
          <w:szCs w:val="20"/>
          <w:u w:val="single"/>
          <w:lang w:val="it-IT"/>
        </w:rPr>
        <w:t>lingua inglese</w:t>
      </w:r>
      <w:r w:rsidRPr="00E87245">
        <w:rPr>
          <w:rFonts w:ascii="Times New Roman" w:hAnsi="Times New Roman" w:cs="Times New Roman"/>
          <w:bCs/>
          <w:sz w:val="20"/>
          <w:szCs w:val="20"/>
          <w:lang w:val="it-IT"/>
        </w:rPr>
        <w:t>, possono essere scomputate complessivamente dalle ore di lezione e dai seminari interdisciplinari, multidisciplinari e transdisciplinari:</w:t>
      </w:r>
      <w:r w:rsidRPr="00E87245">
        <w:rPr>
          <w:rFonts w:ascii="Times New Roman" w:hAnsi="Times New Roman" w:cs="Times New Roman"/>
          <w:bCs/>
          <w:sz w:val="20"/>
          <w:szCs w:val="20"/>
          <w:u w:val="single"/>
          <w:lang w:val="it-IT"/>
        </w:rPr>
        <w:t xml:space="preserve"> </w:t>
      </w:r>
    </w:p>
    <w:p w14:paraId="274054B4" w14:textId="77777777" w:rsidR="00F216B3" w:rsidRPr="00E87245" w:rsidRDefault="00F216B3" w:rsidP="00F216B3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E87245">
        <w:rPr>
          <w:rFonts w:ascii="Times New Roman" w:hAnsi="Times New Roman" w:cs="Times New Roman"/>
          <w:bCs/>
          <w:sz w:val="20"/>
          <w:szCs w:val="20"/>
        </w:rPr>
        <w:t xml:space="preserve">primo anno: max 12 ore;  </w:t>
      </w:r>
    </w:p>
    <w:p w14:paraId="69FE4851" w14:textId="77777777" w:rsidR="00F216B3" w:rsidRPr="00E87245" w:rsidRDefault="00F216B3" w:rsidP="00F216B3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E87245">
        <w:rPr>
          <w:rFonts w:ascii="Times New Roman" w:hAnsi="Times New Roman" w:cs="Times New Roman"/>
          <w:bCs/>
          <w:sz w:val="20"/>
          <w:szCs w:val="20"/>
        </w:rPr>
        <w:t xml:space="preserve">secondo anno: max 9 ore;   </w:t>
      </w:r>
    </w:p>
    <w:p w14:paraId="5B293DD7" w14:textId="77777777" w:rsidR="00F216B3" w:rsidRPr="00E87245" w:rsidRDefault="00F216B3" w:rsidP="00F216B3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E87245">
        <w:rPr>
          <w:rFonts w:ascii="Times New Roman" w:hAnsi="Times New Roman" w:cs="Times New Roman"/>
          <w:bCs/>
          <w:sz w:val="20"/>
          <w:szCs w:val="20"/>
        </w:rPr>
        <w:t>terzo anno: 6 ore.</w:t>
      </w:r>
    </w:p>
    <w:p w14:paraId="466EEF61" w14:textId="583648F4" w:rsidR="00F216B3" w:rsidRPr="00E87245" w:rsidRDefault="00F216B3" w:rsidP="00F216B3">
      <w:pPr>
        <w:pStyle w:val="Testonotaapidipagina"/>
        <w:jc w:val="both"/>
        <w:rPr>
          <w:rFonts w:ascii="Times New Roman" w:hAnsi="Times New Roman" w:cs="Times New Roman"/>
          <w:bCs/>
          <w:lang w:val="it-IT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26E525E"/>
    <w:multiLevelType w:val="hybridMultilevel"/>
    <w:tmpl w:val="3D80B71C"/>
    <w:lvl w:ilvl="0" w:tplc="88FA705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AD91B89"/>
    <w:multiLevelType w:val="hybridMultilevel"/>
    <w:tmpl w:val="177C51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4536CC"/>
    <w:multiLevelType w:val="hybridMultilevel"/>
    <w:tmpl w:val="86D88B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7829C1"/>
    <w:multiLevelType w:val="multilevel"/>
    <w:tmpl w:val="36F6F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B391B74"/>
    <w:multiLevelType w:val="hybridMultilevel"/>
    <w:tmpl w:val="86D88B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6743651">
    <w:abstractNumId w:val="8"/>
  </w:num>
  <w:num w:numId="2" w16cid:durableId="1745100580">
    <w:abstractNumId w:val="6"/>
  </w:num>
  <w:num w:numId="3" w16cid:durableId="666978503">
    <w:abstractNumId w:val="5"/>
  </w:num>
  <w:num w:numId="4" w16cid:durableId="2113931454">
    <w:abstractNumId w:val="4"/>
  </w:num>
  <w:num w:numId="5" w16cid:durableId="1514805404">
    <w:abstractNumId w:val="7"/>
  </w:num>
  <w:num w:numId="6" w16cid:durableId="2048018198">
    <w:abstractNumId w:val="3"/>
  </w:num>
  <w:num w:numId="7" w16cid:durableId="1193033102">
    <w:abstractNumId w:val="2"/>
  </w:num>
  <w:num w:numId="8" w16cid:durableId="1704598616">
    <w:abstractNumId w:val="1"/>
  </w:num>
  <w:num w:numId="9" w16cid:durableId="1841768346">
    <w:abstractNumId w:val="0"/>
  </w:num>
  <w:num w:numId="10" w16cid:durableId="1714231098">
    <w:abstractNumId w:val="10"/>
  </w:num>
  <w:num w:numId="11" w16cid:durableId="121965118">
    <w:abstractNumId w:val="12"/>
  </w:num>
  <w:num w:numId="12" w16cid:durableId="1796484763">
    <w:abstractNumId w:val="9"/>
  </w:num>
  <w:num w:numId="13" w16cid:durableId="2046363261">
    <w:abstractNumId w:val="13"/>
  </w:num>
  <w:num w:numId="14" w16cid:durableId="167110517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7253"/>
    <w:rsid w:val="00034616"/>
    <w:rsid w:val="0006063C"/>
    <w:rsid w:val="00064353"/>
    <w:rsid w:val="00076B18"/>
    <w:rsid w:val="000A27BA"/>
    <w:rsid w:val="000D5963"/>
    <w:rsid w:val="000D79A6"/>
    <w:rsid w:val="000F48EB"/>
    <w:rsid w:val="00107895"/>
    <w:rsid w:val="0015074B"/>
    <w:rsid w:val="00176DED"/>
    <w:rsid w:val="001D71A0"/>
    <w:rsid w:val="002304AB"/>
    <w:rsid w:val="0025135C"/>
    <w:rsid w:val="0029639D"/>
    <w:rsid w:val="002C7F3D"/>
    <w:rsid w:val="00326F90"/>
    <w:rsid w:val="0038577F"/>
    <w:rsid w:val="00463716"/>
    <w:rsid w:val="00497D81"/>
    <w:rsid w:val="004F3EDC"/>
    <w:rsid w:val="00683864"/>
    <w:rsid w:val="006B17A4"/>
    <w:rsid w:val="006C6377"/>
    <w:rsid w:val="0079327C"/>
    <w:rsid w:val="007C28B0"/>
    <w:rsid w:val="0080278A"/>
    <w:rsid w:val="00842951"/>
    <w:rsid w:val="00855223"/>
    <w:rsid w:val="009D0C2A"/>
    <w:rsid w:val="009D59E8"/>
    <w:rsid w:val="00A41518"/>
    <w:rsid w:val="00A824E9"/>
    <w:rsid w:val="00A864A7"/>
    <w:rsid w:val="00AA1D8D"/>
    <w:rsid w:val="00B110CD"/>
    <w:rsid w:val="00B47730"/>
    <w:rsid w:val="00BD7B67"/>
    <w:rsid w:val="00BE6D0A"/>
    <w:rsid w:val="00C04A9C"/>
    <w:rsid w:val="00C851A6"/>
    <w:rsid w:val="00CB0664"/>
    <w:rsid w:val="00D1750B"/>
    <w:rsid w:val="00DC67A7"/>
    <w:rsid w:val="00DF215C"/>
    <w:rsid w:val="00DF7028"/>
    <w:rsid w:val="00E118D3"/>
    <w:rsid w:val="00E154F0"/>
    <w:rsid w:val="00E33397"/>
    <w:rsid w:val="00E45E38"/>
    <w:rsid w:val="00E71CFF"/>
    <w:rsid w:val="00E87245"/>
    <w:rsid w:val="00E9297F"/>
    <w:rsid w:val="00EA04F1"/>
    <w:rsid w:val="00EA252F"/>
    <w:rsid w:val="00ED6743"/>
    <w:rsid w:val="00F216B3"/>
    <w:rsid w:val="00FC659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AF6110"/>
  <w14:defaultImageDpi w14:val="300"/>
  <w15:docId w15:val="{881E5BAC-9FF0-499D-A660-679B81496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F216B3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F216B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F216B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1386</Words>
  <Characters>7905</Characters>
  <Application>Microsoft Office Word</Application>
  <DocSecurity>0</DocSecurity>
  <Lines>65</Lines>
  <Paragraphs>18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9273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Giuseppina Panebianco</cp:lastModifiedBy>
  <cp:revision>5</cp:revision>
  <dcterms:created xsi:type="dcterms:W3CDTF">2026-09-08T07:43:00Z</dcterms:created>
  <dcterms:modified xsi:type="dcterms:W3CDTF">2026-09-19T11:25:00Z</dcterms:modified>
  <cp:category/>
</cp:coreProperties>
</file>