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95C6D" w14:textId="74B0E84C" w:rsidR="00076B18" w:rsidRPr="00D776D0" w:rsidRDefault="00417FEC" w:rsidP="00076B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776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CC9BED" wp14:editId="0493A224">
            <wp:extent cx="2727830" cy="1188000"/>
            <wp:effectExtent l="0" t="0" r="3175" b="6350"/>
            <wp:docPr id="15775427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42781" name="Immagine 1577542781"/>
                    <pic:cNvPicPr/>
                  </pic:nvPicPr>
                  <pic:blipFill rotWithShape="1">
                    <a:blip r:embed="rId8"/>
                    <a:srcRect t="6691" b="1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30" cy="11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5B8389" w14:textId="77777777" w:rsidR="00076B18" w:rsidRPr="00D776D0" w:rsidRDefault="00076B18" w:rsidP="00076B1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D776D0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Università degli Studi di Messina</w:t>
      </w:r>
    </w:p>
    <w:p w14:paraId="3FD1F29D" w14:textId="77777777" w:rsidR="00076B18" w:rsidRPr="00D776D0" w:rsidRDefault="00076B18" w:rsidP="00076B1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D776D0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Dottorato di Ricerca in Scienze Giuridiche</w:t>
      </w:r>
    </w:p>
    <w:p w14:paraId="2C82D385" w14:textId="77777777" w:rsidR="00076B18" w:rsidRPr="00F448BC" w:rsidRDefault="00076B18">
      <w:pPr>
        <w:spacing w:after="40"/>
        <w:jc w:val="center"/>
        <w:rPr>
          <w:rFonts w:ascii="Times New Roman" w:hAnsi="Times New Roman" w:cs="Times New Roman"/>
          <w:b/>
          <w:color w:val="182B49"/>
          <w:sz w:val="28"/>
          <w:szCs w:val="28"/>
          <w:lang w:val="it-IT"/>
        </w:rPr>
      </w:pPr>
    </w:p>
    <w:p w14:paraId="23632DFE" w14:textId="77777777" w:rsidR="00B6448E" w:rsidRPr="00F448BC" w:rsidRDefault="00000000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F448BC">
        <w:rPr>
          <w:rFonts w:ascii="Times New Roman" w:hAnsi="Times New Roman" w:cs="Times New Roman"/>
          <w:b/>
          <w:sz w:val="28"/>
          <w:szCs w:val="28"/>
          <w:lang w:val="it-IT"/>
        </w:rPr>
        <w:t xml:space="preserve">RELAZIONE ANNUALE </w:t>
      </w:r>
      <w:r w:rsidR="00581226" w:rsidRPr="00F448BC">
        <w:rPr>
          <w:rFonts w:ascii="Times New Roman" w:hAnsi="Times New Roman" w:cs="Times New Roman"/>
          <w:b/>
          <w:sz w:val="28"/>
          <w:szCs w:val="28"/>
          <w:lang w:val="it-IT"/>
        </w:rPr>
        <w:t>SULLE</w:t>
      </w:r>
      <w:r w:rsidRPr="00F448BC">
        <w:rPr>
          <w:rFonts w:ascii="Times New Roman" w:hAnsi="Times New Roman" w:cs="Times New Roman"/>
          <w:b/>
          <w:sz w:val="28"/>
          <w:szCs w:val="28"/>
          <w:lang w:val="it-IT"/>
        </w:rPr>
        <w:t xml:space="preserve"> ATTIVITÀ </w:t>
      </w:r>
      <w:r w:rsidR="00581226" w:rsidRPr="00F448BC">
        <w:rPr>
          <w:rFonts w:ascii="Times New Roman" w:hAnsi="Times New Roman" w:cs="Times New Roman"/>
          <w:b/>
          <w:sz w:val="28"/>
          <w:szCs w:val="28"/>
          <w:lang w:val="it-IT"/>
        </w:rPr>
        <w:t>SVOLTE</w:t>
      </w:r>
      <w:r w:rsidR="00860371" w:rsidRPr="00F448BC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</w:p>
    <w:p w14:paraId="44E4DE49" w14:textId="3324BC93" w:rsidR="00176DED" w:rsidRPr="00F448BC" w:rsidRDefault="00860371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F448BC">
        <w:rPr>
          <w:rFonts w:ascii="Times New Roman" w:hAnsi="Times New Roman" w:cs="Times New Roman"/>
          <w:b/>
          <w:sz w:val="28"/>
          <w:szCs w:val="28"/>
          <w:lang w:val="it-IT"/>
        </w:rPr>
        <w:t>E SUI RISULTATI CONSEGUITI</w:t>
      </w:r>
    </w:p>
    <w:p w14:paraId="1D1BFB76" w14:textId="12FBA9FA" w:rsidR="00B6448E" w:rsidRPr="00F448BC" w:rsidRDefault="00B6448E">
      <w:pPr>
        <w:spacing w:after="4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F448BC">
        <w:rPr>
          <w:rFonts w:ascii="Times New Roman" w:hAnsi="Times New Roman" w:cs="Times New Roman"/>
          <w:b/>
          <w:sz w:val="28"/>
          <w:szCs w:val="28"/>
          <w:lang w:val="it-IT"/>
        </w:rPr>
        <w:t>Cicli XXXIX, XL, XLI</w:t>
      </w:r>
    </w:p>
    <w:p w14:paraId="2E6FB2C8" w14:textId="73F1E188" w:rsidR="00176DED" w:rsidRPr="005D6487" w:rsidRDefault="00000000" w:rsidP="007075E7">
      <w:pPr>
        <w:keepNext/>
        <w:shd w:val="clear" w:color="auto" w:fill="DBE5F1" w:themeFill="accent1" w:themeFillTint="33"/>
        <w:spacing w:before="320" w:after="120"/>
        <w:ind w:right="-129"/>
        <w:rPr>
          <w:rFonts w:ascii="Times New Roman" w:hAnsi="Times New Roman" w:cs="Times New Roman"/>
          <w:sz w:val="28"/>
          <w:szCs w:val="28"/>
          <w:lang w:val="it-IT"/>
        </w:rPr>
      </w:pP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 xml:space="preserve">Dati Anagrafici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6074"/>
      </w:tblGrid>
      <w:tr w:rsidR="00176DED" w:rsidRPr="00D776D0" w14:paraId="07B3372F" w14:textId="77777777" w:rsidTr="0020449A">
        <w:trPr>
          <w:jc w:val="center"/>
        </w:trPr>
        <w:tc>
          <w:tcPr>
            <w:tcW w:w="1974" w:type="pct"/>
          </w:tcPr>
          <w:p w14:paraId="0E2A748E" w14:textId="0E955825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Nome e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Cognome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D776D0"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26" w:type="pct"/>
          </w:tcPr>
          <w:p w14:paraId="0DC63385" w14:textId="2D3F09D7" w:rsidR="00176DED" w:rsidRPr="00F448BC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984F5D" w14:paraId="1118C680" w14:textId="77777777" w:rsidTr="0020449A">
        <w:trPr>
          <w:jc w:val="center"/>
        </w:trPr>
        <w:tc>
          <w:tcPr>
            <w:tcW w:w="1974" w:type="pct"/>
          </w:tcPr>
          <w:p w14:paraId="0158AC97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Ciclo di Dottorato e Anno di Corso:</w:t>
            </w:r>
          </w:p>
        </w:tc>
        <w:tc>
          <w:tcPr>
            <w:tcW w:w="3026" w:type="pct"/>
          </w:tcPr>
          <w:p w14:paraId="41E1DE45" w14:textId="27165239" w:rsidR="00176DED" w:rsidRPr="00F448BC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176DED" w:rsidRPr="00D776D0" w14:paraId="2A935B13" w14:textId="77777777" w:rsidTr="0020449A">
        <w:trPr>
          <w:jc w:val="center"/>
        </w:trPr>
        <w:tc>
          <w:tcPr>
            <w:tcW w:w="1974" w:type="pct"/>
          </w:tcPr>
          <w:p w14:paraId="7E83DBBC" w14:textId="3EE9524E" w:rsidR="00176DED" w:rsidRPr="00F448BC" w:rsidRDefault="000D79A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Curriculum:</w:t>
            </w:r>
          </w:p>
        </w:tc>
        <w:tc>
          <w:tcPr>
            <w:tcW w:w="3026" w:type="pct"/>
          </w:tcPr>
          <w:p w14:paraId="2391C731" w14:textId="025BFD20" w:rsidR="00176DED" w:rsidRPr="00F448BC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176DED" w:rsidRPr="00D776D0" w14:paraId="0A0E700B" w14:textId="77777777" w:rsidTr="0020449A">
        <w:trPr>
          <w:jc w:val="center"/>
        </w:trPr>
        <w:tc>
          <w:tcPr>
            <w:tcW w:w="1974" w:type="pct"/>
          </w:tcPr>
          <w:p w14:paraId="7219AB2F" w14:textId="5187AAA7" w:rsidR="00176DED" w:rsidRPr="00F448BC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Supervisor</w:t>
            </w:r>
            <w:r w:rsidR="0061697D"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026" w:type="pct"/>
          </w:tcPr>
          <w:p w14:paraId="5DC92E9F" w14:textId="1E51932E" w:rsidR="00176DED" w:rsidRPr="00F448BC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76B18" w:rsidRPr="00D776D0" w14:paraId="2951F024" w14:textId="77777777" w:rsidTr="0020449A">
        <w:trPr>
          <w:jc w:val="center"/>
        </w:trPr>
        <w:tc>
          <w:tcPr>
            <w:tcW w:w="1974" w:type="pct"/>
          </w:tcPr>
          <w:p w14:paraId="3FB88630" w14:textId="5CAAA295" w:rsidR="00076B18" w:rsidRPr="00F448BC" w:rsidRDefault="00076B18" w:rsidP="00076B18">
            <w:pPr>
              <w:spacing w:before="80" w:after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Co-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Supervisor</w:t>
            </w:r>
            <w:r w:rsidR="0061697D"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026" w:type="pct"/>
          </w:tcPr>
          <w:p w14:paraId="2500C352" w14:textId="475C4AAF" w:rsidR="00076B18" w:rsidRPr="00F448BC" w:rsidRDefault="00076B18" w:rsidP="00076B18">
            <w:pPr>
              <w:spacing w:before="80" w:after="80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</w:tc>
      </w:tr>
      <w:tr w:rsidR="00076B18" w:rsidRPr="00D776D0" w14:paraId="1E9E7BED" w14:textId="77777777" w:rsidTr="0020449A">
        <w:trPr>
          <w:jc w:val="center"/>
        </w:trPr>
        <w:tc>
          <w:tcPr>
            <w:tcW w:w="1974" w:type="pct"/>
          </w:tcPr>
          <w:p w14:paraId="1CB23CAE" w14:textId="38E2E82D" w:rsidR="00076B18" w:rsidRPr="00F448BC" w:rsidRDefault="00076B18" w:rsidP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Progetto di Ricerca:</w:t>
            </w:r>
          </w:p>
        </w:tc>
        <w:tc>
          <w:tcPr>
            <w:tcW w:w="3026" w:type="pct"/>
          </w:tcPr>
          <w:p w14:paraId="7CCEA50A" w14:textId="69489E86" w:rsidR="00076B18" w:rsidRPr="00F448BC" w:rsidRDefault="00076B18" w:rsidP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76B18" w:rsidRPr="00F448BC" w14:paraId="3EF4ACE9" w14:textId="77777777" w:rsidTr="0020449A">
        <w:trPr>
          <w:jc w:val="center"/>
        </w:trPr>
        <w:tc>
          <w:tcPr>
            <w:tcW w:w="1974" w:type="pct"/>
          </w:tcPr>
          <w:p w14:paraId="46CB3DA8" w14:textId="2503E7A8" w:rsidR="00076B18" w:rsidRPr="00F448BC" w:rsidRDefault="00076B18" w:rsidP="002A7A0F">
            <w:pPr>
              <w:spacing w:before="80" w:after="80"/>
              <w:ind w:right="109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Periodo di riferimento della rendicontazione: </w:t>
            </w:r>
          </w:p>
        </w:tc>
        <w:tc>
          <w:tcPr>
            <w:tcW w:w="3026" w:type="pct"/>
          </w:tcPr>
          <w:p w14:paraId="7E091EEF" w14:textId="0C37E76F" w:rsidR="00076B18" w:rsidRPr="00F448BC" w:rsidRDefault="00F448BC" w:rsidP="00076B18">
            <w:pPr>
              <w:spacing w:before="80" w:after="8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Dal ____/____ /______ al ____ / ____/______</w:t>
            </w:r>
          </w:p>
        </w:tc>
      </w:tr>
    </w:tbl>
    <w:p w14:paraId="41050059" w14:textId="77777777" w:rsidR="00176DED" w:rsidRPr="00D776D0" w:rsidRDefault="00176DED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77EB3A95" w14:textId="77777777" w:rsidR="00176DED" w:rsidRPr="005D6487" w:rsidRDefault="00000000" w:rsidP="007075E7">
      <w:pPr>
        <w:keepNext/>
        <w:shd w:val="clear" w:color="auto" w:fill="DBE5F1" w:themeFill="accent1" w:themeFillTint="33"/>
        <w:spacing w:before="320" w:after="120"/>
        <w:ind w:right="-129"/>
        <w:rPr>
          <w:rFonts w:ascii="Times New Roman" w:hAnsi="Times New Roman" w:cs="Times New Roman"/>
          <w:sz w:val="28"/>
          <w:szCs w:val="28"/>
          <w:lang w:val="it-IT"/>
        </w:rPr>
      </w:pP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>1. Attività Formative Svolte</w:t>
      </w:r>
    </w:p>
    <w:p w14:paraId="4D1D5A4C" w14:textId="1188A33A" w:rsidR="00176DED" w:rsidRPr="00D776D0" w:rsidRDefault="00000000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A. </w:t>
      </w:r>
      <w:r w:rsidR="00FA3259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c</w:t>
      </w:r>
      <w:r w:rsidR="0061697D" w:rsidRPr="00D776D0">
        <w:rPr>
          <w:rFonts w:ascii="Times New Roman" w:hAnsi="Times New Roman" w:cs="Times New Roman"/>
          <w:b/>
          <w:sz w:val="24"/>
          <w:szCs w:val="24"/>
          <w:lang w:val="it-IT"/>
        </w:rPr>
        <w:t>u</w:t>
      </w:r>
      <w:r w:rsidR="00FA3259" w:rsidRPr="00D776D0">
        <w:rPr>
          <w:rFonts w:ascii="Times New Roman" w:hAnsi="Times New Roman" w:cs="Times New Roman"/>
          <w:b/>
          <w:sz w:val="24"/>
          <w:szCs w:val="24"/>
          <w:lang w:val="it-IT"/>
        </w:rPr>
        <w:t>rricolari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4583"/>
        <w:gridCol w:w="2584"/>
        <w:gridCol w:w="972"/>
      </w:tblGrid>
      <w:tr w:rsidR="00176DED" w:rsidRPr="00D776D0" w14:paraId="5E4B25FE" w14:textId="77777777" w:rsidTr="0020449A">
        <w:trPr>
          <w:jc w:val="center"/>
        </w:trPr>
        <w:tc>
          <w:tcPr>
            <w:tcW w:w="1908" w:type="dxa"/>
            <w:shd w:val="clear" w:color="auto" w:fill="F0F4F8"/>
            <w:vAlign w:val="center"/>
          </w:tcPr>
          <w:p w14:paraId="7A1DF883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4608" w:type="dxa"/>
            <w:shd w:val="clear" w:color="auto" w:fill="F0F4F8"/>
            <w:vAlign w:val="center"/>
          </w:tcPr>
          <w:p w14:paraId="6AD3B0CC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/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Descrizione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Modulo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2592" w:type="dxa"/>
            <w:shd w:val="clear" w:color="auto" w:fill="F0F4F8"/>
            <w:vAlign w:val="center"/>
          </w:tcPr>
          <w:p w14:paraId="56328203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Organizzatore</w:t>
            </w:r>
          </w:p>
        </w:tc>
        <w:tc>
          <w:tcPr>
            <w:tcW w:w="975" w:type="dxa"/>
            <w:shd w:val="clear" w:color="auto" w:fill="F0F4F8"/>
            <w:vAlign w:val="center"/>
          </w:tcPr>
          <w:p w14:paraId="6AB28953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D776D0" w14:paraId="49219A6E" w14:textId="77777777" w:rsidTr="0020449A">
        <w:trPr>
          <w:jc w:val="center"/>
        </w:trPr>
        <w:tc>
          <w:tcPr>
            <w:tcW w:w="1908" w:type="dxa"/>
            <w:vAlign w:val="center"/>
          </w:tcPr>
          <w:p w14:paraId="03FD703F" w14:textId="29435A14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8" w:type="dxa"/>
            <w:vAlign w:val="center"/>
          </w:tcPr>
          <w:p w14:paraId="2CC7D4BD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093924D0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0460458" w14:textId="00FCC0E3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D776D0" w14:paraId="4AAEFF24" w14:textId="77777777" w:rsidTr="0020449A">
        <w:trPr>
          <w:jc w:val="center"/>
        </w:trPr>
        <w:tc>
          <w:tcPr>
            <w:tcW w:w="1908" w:type="dxa"/>
            <w:vAlign w:val="center"/>
          </w:tcPr>
          <w:p w14:paraId="292E4E8C" w14:textId="43A35422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8" w:type="dxa"/>
            <w:vAlign w:val="center"/>
          </w:tcPr>
          <w:p w14:paraId="70880981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2DE17FFE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EF7FCEE" w14:textId="7B8072D8" w:rsidR="00176DED" w:rsidRPr="00F448BC" w:rsidRDefault="00176DED" w:rsidP="003531B7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78A99D80" w14:textId="77777777" w:rsidTr="0020449A">
        <w:trPr>
          <w:jc w:val="center"/>
        </w:trPr>
        <w:tc>
          <w:tcPr>
            <w:tcW w:w="1908" w:type="dxa"/>
            <w:vAlign w:val="center"/>
          </w:tcPr>
          <w:p w14:paraId="670D128E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8" w:type="dxa"/>
            <w:vAlign w:val="center"/>
          </w:tcPr>
          <w:p w14:paraId="7B8DC951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097132A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56B1A8E8" w14:textId="77777777" w:rsidR="00D776D0" w:rsidRPr="00F448BC" w:rsidRDefault="00D776D0" w:rsidP="003531B7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2C515F5" w14:textId="77777777" w:rsidTr="0020449A">
        <w:trPr>
          <w:jc w:val="center"/>
        </w:trPr>
        <w:tc>
          <w:tcPr>
            <w:tcW w:w="1908" w:type="dxa"/>
            <w:vAlign w:val="center"/>
          </w:tcPr>
          <w:p w14:paraId="6DD7C5A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8" w:type="dxa"/>
            <w:vAlign w:val="center"/>
          </w:tcPr>
          <w:p w14:paraId="09C6F6E2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30F9F3C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009CB33" w14:textId="77777777" w:rsidR="00D776D0" w:rsidRPr="00F448BC" w:rsidRDefault="00D776D0" w:rsidP="003531B7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0FEF8494" w14:textId="77777777" w:rsidTr="0020449A">
        <w:trPr>
          <w:jc w:val="center"/>
        </w:trPr>
        <w:tc>
          <w:tcPr>
            <w:tcW w:w="1908" w:type="dxa"/>
            <w:vAlign w:val="center"/>
          </w:tcPr>
          <w:p w14:paraId="464FD2B9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8" w:type="dxa"/>
            <w:vAlign w:val="center"/>
          </w:tcPr>
          <w:p w14:paraId="7F53D42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4DFDD66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E17BE62" w14:textId="77777777" w:rsidR="00D776D0" w:rsidRPr="00F448BC" w:rsidRDefault="00D776D0" w:rsidP="003531B7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B7CCC4" w14:textId="77777777" w:rsidR="00F448BC" w:rsidRDefault="00F448BC">
      <w:pPr>
        <w:keepNext/>
        <w:spacing w:before="200" w:after="8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55644F6" w14:textId="7B8EAE0B" w:rsidR="00176DED" w:rsidRPr="00D776D0" w:rsidRDefault="00DE76B6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B.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Lezioni e s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eminari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nterdisciplinari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e multidisciplinari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D776D0" w14:paraId="1DCABA8A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49A0709A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2B0C989E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Titolo del Seminario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1D47A29E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Relatore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</w:p>
        </w:tc>
        <w:tc>
          <w:tcPr>
            <w:tcW w:w="441" w:type="pct"/>
            <w:shd w:val="clear" w:color="auto" w:fill="F0F4F8"/>
            <w:vAlign w:val="center"/>
          </w:tcPr>
          <w:p w14:paraId="60364A3C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D776D0" w14:paraId="46F2A7C9" w14:textId="77777777" w:rsidTr="00D776D0">
        <w:trPr>
          <w:jc w:val="center"/>
        </w:trPr>
        <w:tc>
          <w:tcPr>
            <w:tcW w:w="882" w:type="pct"/>
            <w:vAlign w:val="center"/>
          </w:tcPr>
          <w:p w14:paraId="0562F257" w14:textId="60FC05C3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FF79B8B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916F638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0F08A34" w14:textId="29654700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D776D0" w14:paraId="172F53C5" w14:textId="77777777" w:rsidTr="00D776D0">
        <w:trPr>
          <w:jc w:val="center"/>
        </w:trPr>
        <w:tc>
          <w:tcPr>
            <w:tcW w:w="882" w:type="pct"/>
            <w:vAlign w:val="center"/>
          </w:tcPr>
          <w:p w14:paraId="661B9B04" w14:textId="3B066179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C16CFDB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230D183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5E256F8" w14:textId="30E0568E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58D6BCA0" w14:textId="77777777" w:rsidTr="00D776D0">
        <w:trPr>
          <w:jc w:val="center"/>
        </w:trPr>
        <w:tc>
          <w:tcPr>
            <w:tcW w:w="882" w:type="pct"/>
            <w:vAlign w:val="center"/>
          </w:tcPr>
          <w:p w14:paraId="395FB721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8014DA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50CAFE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2C5C9AC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73F3D854" w14:textId="77777777" w:rsidTr="00D776D0">
        <w:trPr>
          <w:jc w:val="center"/>
        </w:trPr>
        <w:tc>
          <w:tcPr>
            <w:tcW w:w="882" w:type="pct"/>
            <w:vAlign w:val="center"/>
          </w:tcPr>
          <w:p w14:paraId="23241EB2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BBA572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6AE2764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22A1853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3CF56CBA" w14:textId="77777777" w:rsidTr="00D776D0">
        <w:trPr>
          <w:jc w:val="center"/>
        </w:trPr>
        <w:tc>
          <w:tcPr>
            <w:tcW w:w="882" w:type="pct"/>
            <w:vAlign w:val="center"/>
          </w:tcPr>
          <w:p w14:paraId="7724EF5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EFEAD27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B459532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7798BCF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1A054E" w14:textId="45373CEA" w:rsidR="00564A17" w:rsidRPr="00D776D0" w:rsidRDefault="00DE76B6">
      <w:pPr>
        <w:keepNext/>
        <w:spacing w:before="200" w:after="8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C. </w:t>
      </w:r>
      <w:r w:rsidR="0061697D" w:rsidRPr="00C06191">
        <w:rPr>
          <w:rFonts w:ascii="Times New Roman" w:hAnsi="Times New Roman" w:cs="Times New Roman"/>
          <w:b/>
          <w:smallCaps/>
          <w:sz w:val="24"/>
          <w:szCs w:val="24"/>
          <w:lang w:val="it-IT"/>
        </w:rPr>
        <w:t>Ulteriori attività formative</w:t>
      </w:r>
      <w:r w:rsidR="00D776D0" w:rsidRPr="00C06191">
        <w:rPr>
          <w:rFonts w:ascii="Times New Roman" w:hAnsi="Times New Roman" w:cs="Times New Roman"/>
          <w:b/>
          <w:smallCaps/>
          <w:sz w:val="24"/>
          <w:szCs w:val="24"/>
          <w:lang w:val="it-IT"/>
        </w:rPr>
        <w:t>:</w:t>
      </w:r>
    </w:p>
    <w:p w14:paraId="0DAD60B8" w14:textId="60DBAE88" w:rsidR="00176DED" w:rsidRPr="00D776D0" w:rsidRDefault="00564A17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C.1.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di perfezionamento informatico</w:t>
      </w:r>
      <w:r w:rsidR="00DE76B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D776D0" w14:paraId="77784D58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4F643681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528BCD87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Ambito (Informatico / Linguistico) e Titolo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585885A4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Sede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570BB700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D776D0" w14:paraId="55D8E1CF" w14:textId="77777777" w:rsidTr="00D776D0">
        <w:trPr>
          <w:jc w:val="center"/>
        </w:trPr>
        <w:tc>
          <w:tcPr>
            <w:tcW w:w="882" w:type="pct"/>
            <w:vAlign w:val="center"/>
          </w:tcPr>
          <w:p w14:paraId="5D3C1AB5" w14:textId="4A6046A8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5D987C4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53A4743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7CCC61C" w14:textId="76302AA1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D776D0" w14:paraId="636606C8" w14:textId="77777777" w:rsidTr="00D776D0">
        <w:trPr>
          <w:jc w:val="center"/>
        </w:trPr>
        <w:tc>
          <w:tcPr>
            <w:tcW w:w="882" w:type="pct"/>
            <w:vAlign w:val="center"/>
          </w:tcPr>
          <w:p w14:paraId="7C5BA088" w14:textId="1FF0192C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22A758B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1EC4451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005A3B4" w14:textId="4147AFCD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61F9BCBD" w14:textId="77777777" w:rsidTr="00D776D0">
        <w:trPr>
          <w:jc w:val="center"/>
        </w:trPr>
        <w:tc>
          <w:tcPr>
            <w:tcW w:w="882" w:type="pct"/>
            <w:vAlign w:val="center"/>
          </w:tcPr>
          <w:p w14:paraId="60AA95E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B46758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9165F2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A4D4916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23DC6C82" w14:textId="77777777" w:rsidTr="00D776D0">
        <w:trPr>
          <w:jc w:val="center"/>
        </w:trPr>
        <w:tc>
          <w:tcPr>
            <w:tcW w:w="882" w:type="pct"/>
            <w:vAlign w:val="center"/>
          </w:tcPr>
          <w:p w14:paraId="3431FED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D0A2C0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A483C6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040DFF5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73206FB3" w14:textId="77777777" w:rsidTr="00D776D0">
        <w:trPr>
          <w:jc w:val="center"/>
        </w:trPr>
        <w:tc>
          <w:tcPr>
            <w:tcW w:w="882" w:type="pct"/>
            <w:vAlign w:val="center"/>
          </w:tcPr>
          <w:p w14:paraId="683C3E17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A26E73F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182557E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016BB69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54C2E4" w14:textId="2DA49C39" w:rsidR="00564A17" w:rsidRPr="00D776D0" w:rsidRDefault="00564A17" w:rsidP="00564A17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C.2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di perfezionamento linguistico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564A17" w:rsidRPr="00D776D0" w14:paraId="31C3B033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07C55C21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396C136A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Ambito (Informatico / Linguistico) e Titolo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0231908B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Sede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4282DF77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564A17" w:rsidRPr="00D776D0" w14:paraId="216EC54B" w14:textId="77777777" w:rsidTr="00D776D0">
        <w:trPr>
          <w:jc w:val="center"/>
        </w:trPr>
        <w:tc>
          <w:tcPr>
            <w:tcW w:w="882" w:type="pct"/>
            <w:vAlign w:val="center"/>
          </w:tcPr>
          <w:p w14:paraId="3B4B6873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6F2C809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3AF0ED51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7CD136B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A17" w:rsidRPr="00D776D0" w14:paraId="4D310605" w14:textId="77777777" w:rsidTr="00D776D0">
        <w:trPr>
          <w:jc w:val="center"/>
        </w:trPr>
        <w:tc>
          <w:tcPr>
            <w:tcW w:w="882" w:type="pct"/>
            <w:vAlign w:val="center"/>
          </w:tcPr>
          <w:p w14:paraId="3193846C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34BE33A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158E032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99D9385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21166A1" w14:textId="77777777" w:rsidTr="00D776D0">
        <w:trPr>
          <w:jc w:val="center"/>
        </w:trPr>
        <w:tc>
          <w:tcPr>
            <w:tcW w:w="882" w:type="pct"/>
            <w:vAlign w:val="center"/>
          </w:tcPr>
          <w:p w14:paraId="688E8947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F3547BA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A0D89BA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46998A2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3DEBE010" w14:textId="77777777" w:rsidTr="00D776D0">
        <w:trPr>
          <w:jc w:val="center"/>
        </w:trPr>
        <w:tc>
          <w:tcPr>
            <w:tcW w:w="882" w:type="pct"/>
            <w:vAlign w:val="center"/>
          </w:tcPr>
          <w:p w14:paraId="2EC880FC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D0920E8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2404A8F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7792777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D5C1CBD" w14:textId="77777777" w:rsidTr="00D776D0">
        <w:trPr>
          <w:jc w:val="center"/>
        </w:trPr>
        <w:tc>
          <w:tcPr>
            <w:tcW w:w="882" w:type="pct"/>
            <w:vAlign w:val="center"/>
          </w:tcPr>
          <w:p w14:paraId="4F0AF842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2E2E03A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4C112A0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DF439D8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1F110E" w14:textId="6DCA159B" w:rsidR="00176DED" w:rsidRPr="00D776D0" w:rsidRDefault="00D776D0" w:rsidP="00E4203F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E4203F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3</w:t>
      </w:r>
      <w:r w:rsidR="00E4203F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di valorizzazione e disseminazione dei risultati, della proprietà intellettuale e dell</w:t>
      </w:r>
      <w:r w:rsidR="00F448BC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>accesso aperto ai dati e ai prodotti della ricerca</w:t>
      </w:r>
      <w:r w:rsidR="00564A17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D776D0" w14:paraId="000670E8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2EDE1D3B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1A141D6E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Ambito Tematico e Titolo del Modulo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10B9B2E5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3F10BBEE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D776D0" w14:paraId="002F0CE5" w14:textId="77777777" w:rsidTr="00D776D0">
        <w:trPr>
          <w:jc w:val="center"/>
        </w:trPr>
        <w:tc>
          <w:tcPr>
            <w:tcW w:w="882" w:type="pct"/>
            <w:vAlign w:val="center"/>
          </w:tcPr>
          <w:p w14:paraId="122626C9" w14:textId="221B85E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CAAB0D4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B4EAB46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40D602A" w14:textId="3C92E066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D776D0" w14:paraId="7EFAA26C" w14:textId="77777777" w:rsidTr="00D776D0">
        <w:trPr>
          <w:jc w:val="center"/>
        </w:trPr>
        <w:tc>
          <w:tcPr>
            <w:tcW w:w="882" w:type="pct"/>
            <w:vAlign w:val="center"/>
          </w:tcPr>
          <w:p w14:paraId="280E544E" w14:textId="62A175DA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8C50722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9AF8090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CE3ECA7" w14:textId="69B78A76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022C066D" w14:textId="77777777" w:rsidTr="00D776D0">
        <w:trPr>
          <w:jc w:val="center"/>
        </w:trPr>
        <w:tc>
          <w:tcPr>
            <w:tcW w:w="882" w:type="pct"/>
            <w:vAlign w:val="center"/>
          </w:tcPr>
          <w:p w14:paraId="05FA8FD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86BC094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8C7D97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5ED7848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20562C0" w14:textId="77777777" w:rsidTr="00D776D0">
        <w:trPr>
          <w:jc w:val="center"/>
        </w:trPr>
        <w:tc>
          <w:tcPr>
            <w:tcW w:w="882" w:type="pct"/>
            <w:vAlign w:val="center"/>
          </w:tcPr>
          <w:p w14:paraId="59CE2C2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5814E0E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C9C402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1562CE6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5E9F1ABD" w14:textId="77777777" w:rsidTr="00D776D0">
        <w:trPr>
          <w:jc w:val="center"/>
        </w:trPr>
        <w:tc>
          <w:tcPr>
            <w:tcW w:w="882" w:type="pct"/>
            <w:vAlign w:val="center"/>
          </w:tcPr>
          <w:p w14:paraId="272617A1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B65338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476E383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0030337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C28D25" w14:textId="13703738" w:rsidR="00564A17" w:rsidRPr="00D776D0" w:rsidRDefault="00547AB1" w:rsidP="00564A17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564A17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4</w:t>
      </w:r>
      <w:r w:rsidR="00564A17" w:rsidRPr="00D776D0">
        <w:rPr>
          <w:rFonts w:ascii="Times New Roman" w:hAnsi="Times New Roman" w:cs="Times New Roman"/>
          <w:b/>
          <w:sz w:val="24"/>
          <w:szCs w:val="24"/>
          <w:lang w:val="it-IT"/>
        </w:rPr>
        <w:t>. Attività di gestione della ricerca e della conoscenza dei sistemi di ricerca europei e internazionali.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564A17" w:rsidRPr="00D776D0" w14:paraId="785FF95A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7AAD91EA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6FC3B72A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Ambito Tematico e Titolo del Modulo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4256BB85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1464C180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564A17" w:rsidRPr="00D776D0" w14:paraId="62BD50AB" w14:textId="77777777" w:rsidTr="00D776D0">
        <w:trPr>
          <w:jc w:val="center"/>
        </w:trPr>
        <w:tc>
          <w:tcPr>
            <w:tcW w:w="882" w:type="pct"/>
            <w:vAlign w:val="center"/>
          </w:tcPr>
          <w:p w14:paraId="14EDF832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8574B71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7F5E726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FB16004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A17" w:rsidRPr="00D776D0" w14:paraId="11CBFFB7" w14:textId="77777777" w:rsidTr="00D776D0">
        <w:trPr>
          <w:jc w:val="center"/>
        </w:trPr>
        <w:tc>
          <w:tcPr>
            <w:tcW w:w="882" w:type="pct"/>
            <w:vAlign w:val="center"/>
          </w:tcPr>
          <w:p w14:paraId="13CC9A73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B4DD797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4547CF7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84B0A04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44A97236" w14:textId="77777777" w:rsidTr="00D776D0">
        <w:trPr>
          <w:jc w:val="center"/>
        </w:trPr>
        <w:tc>
          <w:tcPr>
            <w:tcW w:w="882" w:type="pct"/>
            <w:vAlign w:val="center"/>
          </w:tcPr>
          <w:p w14:paraId="36CA7A7E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10CA1183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330E8AFC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FF6A875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6CEA5F8F" w14:textId="77777777" w:rsidTr="00D776D0">
        <w:trPr>
          <w:jc w:val="center"/>
        </w:trPr>
        <w:tc>
          <w:tcPr>
            <w:tcW w:w="882" w:type="pct"/>
            <w:vAlign w:val="center"/>
          </w:tcPr>
          <w:p w14:paraId="2A0D79A7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200BB0E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114FB8D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D03268B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4C504F6" w14:textId="77777777" w:rsidTr="00D776D0">
        <w:trPr>
          <w:jc w:val="center"/>
        </w:trPr>
        <w:tc>
          <w:tcPr>
            <w:tcW w:w="882" w:type="pct"/>
            <w:vAlign w:val="center"/>
          </w:tcPr>
          <w:p w14:paraId="19AEF53C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802B771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B44502D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6C4BE4B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1DD52A" w14:textId="2548A8E0" w:rsidR="00564A17" w:rsidRPr="00D776D0" w:rsidRDefault="00547AB1" w:rsidP="00564A17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564A17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5</w:t>
      </w:r>
      <w:r w:rsidR="00564A17" w:rsidRPr="00D776D0">
        <w:rPr>
          <w:rFonts w:ascii="Times New Roman" w:hAnsi="Times New Roman" w:cs="Times New Roman"/>
          <w:b/>
          <w:sz w:val="24"/>
          <w:szCs w:val="24"/>
          <w:lang w:val="it-IT"/>
        </w:rPr>
        <w:t>. Attività di approfondimento in materia di principi fondamentali di etica, uguaglianza di genere e integrità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564A17" w:rsidRPr="00D776D0" w14:paraId="16AFBFF6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45878340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7AC303AA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Ambito Tematico e Titolo del Modulo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267093A9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47DD7A75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564A17" w:rsidRPr="00D776D0" w14:paraId="28310CF9" w14:textId="77777777" w:rsidTr="00D776D0">
        <w:trPr>
          <w:jc w:val="center"/>
        </w:trPr>
        <w:tc>
          <w:tcPr>
            <w:tcW w:w="882" w:type="pct"/>
            <w:vAlign w:val="center"/>
          </w:tcPr>
          <w:p w14:paraId="6F63F198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8383B05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03D10BF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1B858BC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A17" w:rsidRPr="00D776D0" w14:paraId="198118C7" w14:textId="77777777" w:rsidTr="00D776D0">
        <w:trPr>
          <w:jc w:val="center"/>
        </w:trPr>
        <w:tc>
          <w:tcPr>
            <w:tcW w:w="882" w:type="pct"/>
            <w:vAlign w:val="center"/>
          </w:tcPr>
          <w:p w14:paraId="7CCB7CC7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57ED3B5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D8C9283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4DD5134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379D6756" w14:textId="77777777" w:rsidTr="00D776D0">
        <w:trPr>
          <w:jc w:val="center"/>
        </w:trPr>
        <w:tc>
          <w:tcPr>
            <w:tcW w:w="882" w:type="pct"/>
            <w:vAlign w:val="center"/>
          </w:tcPr>
          <w:p w14:paraId="2387E280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F090DA9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95DD8FA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059945B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72F5E188" w14:textId="77777777" w:rsidTr="00D776D0">
        <w:trPr>
          <w:jc w:val="center"/>
        </w:trPr>
        <w:tc>
          <w:tcPr>
            <w:tcW w:w="882" w:type="pct"/>
            <w:vAlign w:val="center"/>
          </w:tcPr>
          <w:p w14:paraId="6CDCE4CF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142B7D5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793501B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974DAAC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48D3F801" w14:textId="77777777" w:rsidTr="00D776D0">
        <w:trPr>
          <w:jc w:val="center"/>
        </w:trPr>
        <w:tc>
          <w:tcPr>
            <w:tcW w:w="882" w:type="pct"/>
            <w:vAlign w:val="center"/>
          </w:tcPr>
          <w:p w14:paraId="4531FE21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9EF18F2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49CD767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0005BF1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5DD439" w14:textId="77777777" w:rsidR="00C06191" w:rsidRDefault="00C06191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68061BC" w14:textId="6254098E" w:rsidR="003531B7" w:rsidRPr="00D776D0" w:rsidRDefault="00547AB1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D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Attività 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formative a scelta </w:t>
      </w:r>
      <w:r w:rsidR="00C06191">
        <w:rPr>
          <w:rStyle w:val="Rimandonotaapidipagina"/>
          <w:rFonts w:ascii="Times New Roman" w:hAnsi="Times New Roman" w:cs="Times New Roman"/>
          <w:b/>
          <w:sz w:val="24"/>
          <w:szCs w:val="24"/>
          <w:lang w:val="it-IT"/>
        </w:rPr>
        <w:footnoteReference w:id="1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5"/>
        <w:gridCol w:w="7315"/>
        <w:gridCol w:w="907"/>
      </w:tblGrid>
      <w:tr w:rsidR="00D776D0" w:rsidRPr="00D776D0" w14:paraId="60C11251" w14:textId="77777777" w:rsidTr="001B5526">
        <w:trPr>
          <w:jc w:val="center"/>
        </w:trPr>
        <w:tc>
          <w:tcPr>
            <w:tcW w:w="904" w:type="pct"/>
            <w:shd w:val="clear" w:color="auto" w:fill="F0F4F8"/>
            <w:vAlign w:val="center"/>
          </w:tcPr>
          <w:p w14:paraId="0DE78C85" w14:textId="6819DDFA" w:rsidR="00D776D0" w:rsidRPr="00F448BC" w:rsidRDefault="00D776D0" w:rsidP="00D776D0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644" w:type="pct"/>
            <w:shd w:val="clear" w:color="auto" w:fill="F0F4F8"/>
            <w:vAlign w:val="center"/>
          </w:tcPr>
          <w:p w14:paraId="07068750" w14:textId="6EA2CC2E" w:rsidR="00D776D0" w:rsidRPr="00F448BC" w:rsidRDefault="00D776D0" w:rsidP="00D776D0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Descrizione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attività</w:t>
            </w:r>
          </w:p>
        </w:tc>
        <w:tc>
          <w:tcPr>
            <w:tcW w:w="452" w:type="pct"/>
            <w:shd w:val="clear" w:color="auto" w:fill="F0F4F8"/>
            <w:vAlign w:val="center"/>
          </w:tcPr>
          <w:p w14:paraId="2B2FB860" w14:textId="35C152AE" w:rsidR="00D776D0" w:rsidRPr="00F448BC" w:rsidRDefault="00D776D0" w:rsidP="00D776D0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FA3259" w:rsidRPr="00D776D0" w14:paraId="39EC296B" w14:textId="77777777" w:rsidTr="00D776D0">
        <w:trPr>
          <w:jc w:val="center"/>
        </w:trPr>
        <w:tc>
          <w:tcPr>
            <w:tcW w:w="904" w:type="pct"/>
          </w:tcPr>
          <w:p w14:paraId="69E8864A" w14:textId="3671A811" w:rsidR="00FA3259" w:rsidRPr="00F448BC" w:rsidRDefault="00FA3259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4" w:type="pct"/>
          </w:tcPr>
          <w:p w14:paraId="1874AF0F" w14:textId="77777777" w:rsidR="00FA3259" w:rsidRPr="00F448BC" w:rsidRDefault="00FA3259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</w:tcPr>
          <w:p w14:paraId="1390ED4C" w14:textId="77777777" w:rsidR="00FA3259" w:rsidRPr="00F448BC" w:rsidRDefault="00FA3259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776D0" w:rsidRPr="00D776D0" w14:paraId="0B6E9F2C" w14:textId="77777777" w:rsidTr="00D776D0">
        <w:trPr>
          <w:jc w:val="center"/>
        </w:trPr>
        <w:tc>
          <w:tcPr>
            <w:tcW w:w="904" w:type="pct"/>
          </w:tcPr>
          <w:p w14:paraId="206016E7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4" w:type="pct"/>
          </w:tcPr>
          <w:p w14:paraId="215B61E7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</w:tcPr>
          <w:p w14:paraId="49C7A76B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776D0" w:rsidRPr="00D776D0" w14:paraId="3A015A6B" w14:textId="77777777" w:rsidTr="00D776D0">
        <w:trPr>
          <w:jc w:val="center"/>
        </w:trPr>
        <w:tc>
          <w:tcPr>
            <w:tcW w:w="904" w:type="pct"/>
          </w:tcPr>
          <w:p w14:paraId="1ABE3F43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4" w:type="pct"/>
          </w:tcPr>
          <w:p w14:paraId="0F8DB3B3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</w:tcPr>
          <w:p w14:paraId="4A33A302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776D0" w:rsidRPr="00D776D0" w14:paraId="3F72DAF0" w14:textId="77777777" w:rsidTr="00D776D0">
        <w:trPr>
          <w:jc w:val="center"/>
        </w:trPr>
        <w:tc>
          <w:tcPr>
            <w:tcW w:w="904" w:type="pct"/>
          </w:tcPr>
          <w:p w14:paraId="0453B3BC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4" w:type="pct"/>
          </w:tcPr>
          <w:p w14:paraId="1A22D5EB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</w:tcPr>
          <w:p w14:paraId="457548B3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776D0" w:rsidRPr="00D776D0" w14:paraId="3E4E2C97" w14:textId="77777777" w:rsidTr="00D776D0">
        <w:trPr>
          <w:jc w:val="center"/>
        </w:trPr>
        <w:tc>
          <w:tcPr>
            <w:tcW w:w="904" w:type="pct"/>
          </w:tcPr>
          <w:p w14:paraId="145D8EE8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4" w:type="pct"/>
          </w:tcPr>
          <w:p w14:paraId="644019D2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</w:tcPr>
          <w:p w14:paraId="0A2B6855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73DED2EB" w14:textId="0A2CE614" w:rsidR="003531B7" w:rsidRPr="00D776D0" w:rsidRDefault="00000000" w:rsidP="003531B7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TOTALE ORE FORMATIVE MATURATE NELL</w:t>
      </w:r>
      <w:r w:rsidR="00F448BC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ANNO:</w:t>
      </w:r>
    </w:p>
    <w:p w14:paraId="1711F46D" w14:textId="00EC123B" w:rsidR="003531B7" w:rsidRPr="00D776D0" w:rsidRDefault="000D79A6" w:rsidP="003531B7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A.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curricolari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</w:p>
    <w:p w14:paraId="68A36774" w14:textId="13A0FBC9" w:rsidR="003531B7" w:rsidRPr="00D776D0" w:rsidRDefault="00DE76B6" w:rsidP="00547AB1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B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Lezioni e seminari interdisciplinari e multidisciplinari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______ Ore</w:t>
      </w:r>
    </w:p>
    <w:p w14:paraId="1FBFFBD5" w14:textId="02C93D6A" w:rsidR="003531B7" w:rsidRPr="00D776D0" w:rsidRDefault="00DE76B6" w:rsidP="003531B7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="00621A47" w:rsidRPr="00D776D0">
        <w:rPr>
          <w:rFonts w:ascii="Times New Roman" w:hAnsi="Times New Roman" w:cs="Times New Roman"/>
          <w:b/>
          <w:sz w:val="24"/>
          <w:szCs w:val="24"/>
          <w:lang w:val="it-IT"/>
        </w:rPr>
        <w:t>1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di perfezionamento 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Informatic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o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35804BFA" w14:textId="3CD658A3" w:rsidR="003531B7" w:rsidRPr="00D776D0" w:rsidRDefault="00DE76B6" w:rsidP="003531B7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="00621A47" w:rsidRPr="00D776D0">
        <w:rPr>
          <w:rFonts w:ascii="Times New Roman" w:hAnsi="Times New Roman" w:cs="Times New Roman"/>
          <w:b/>
          <w:sz w:val="24"/>
          <w:szCs w:val="24"/>
          <w:lang w:val="it-IT"/>
        </w:rPr>
        <w:t>2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di perfezionamento linguistico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7411DDFD" w14:textId="036E32A5" w:rsidR="003531B7" w:rsidRPr="00D776D0" w:rsidRDefault="00547AB1" w:rsidP="007075E7">
      <w:pPr>
        <w:tabs>
          <w:tab w:val="left" w:pos="0"/>
        </w:tabs>
        <w:spacing w:before="240" w:after="24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C.3</w:t>
      </w:r>
      <w:r w:rsidR="007075E7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di valorizzazione e disseminazione dei risultati, della proprietà intellettuale e</w:t>
      </w:r>
      <w:r w:rsidR="007075E7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>dell</w:t>
      </w:r>
      <w:r w:rsidR="00F448BC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>accesso aperto ai dati e ai prodotti della ricerca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2F011828" w14:textId="2E449F34" w:rsidR="003531B7" w:rsidRPr="00D776D0" w:rsidRDefault="00547AB1" w:rsidP="007075E7">
      <w:pP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4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Attività di gestione della ricerca e della conoscenza dei sistemi di ricerca europei ed internazionali 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______ Ore </w:t>
      </w:r>
    </w:p>
    <w:p w14:paraId="4F2A493C" w14:textId="4ABCCB94" w:rsidR="003531B7" w:rsidRDefault="00547AB1" w:rsidP="007075E7">
      <w:pP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5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Attività di approfondimento in materia di principi fondamentali di etica, uguaglianza di genere e integrità 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______ Ore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64E3D61F" w14:textId="77777777" w:rsidR="00176DED" w:rsidRPr="00D776D0" w:rsidRDefault="00000000" w:rsidP="007075E7">
      <w:pPr>
        <w:keepNext/>
        <w:shd w:val="clear" w:color="auto" w:fill="DAEEF3" w:themeFill="accent5" w:themeFillTint="33"/>
        <w:spacing w:before="320" w:after="12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2</w:t>
      </w: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>. Pubblicazioni Scientifiche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9"/>
        <w:gridCol w:w="2349"/>
        <w:gridCol w:w="2989"/>
      </w:tblGrid>
      <w:tr w:rsidR="00076B18" w:rsidRPr="00D776D0" w14:paraId="432C291E" w14:textId="77777777" w:rsidTr="00D776D0">
        <w:trPr>
          <w:trHeight w:val="486"/>
        </w:trPr>
        <w:tc>
          <w:tcPr>
            <w:tcW w:w="2341" w:type="pct"/>
            <w:shd w:val="clear" w:color="auto" w:fill="F0F4F8"/>
            <w:vAlign w:val="center"/>
          </w:tcPr>
          <w:p w14:paraId="139A4DE3" w14:textId="3AB3B211" w:rsidR="00076B18" w:rsidRPr="00F448BC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del </w:t>
            </w:r>
            <w:proofErr w:type="spellStart"/>
            <w:r w:rsidR="002C6510"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ontributo</w:t>
            </w:r>
            <w:proofErr w:type="spellEnd"/>
          </w:p>
        </w:tc>
        <w:tc>
          <w:tcPr>
            <w:tcW w:w="1170" w:type="pct"/>
            <w:shd w:val="clear" w:color="auto" w:fill="F0F4F8"/>
            <w:vAlign w:val="center"/>
          </w:tcPr>
          <w:p w14:paraId="2F0D5FCC" w14:textId="77777777" w:rsidR="00076B18" w:rsidRPr="00F448BC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Tipologia</w:t>
            </w:r>
            <w:proofErr w:type="spellEnd"/>
          </w:p>
        </w:tc>
        <w:tc>
          <w:tcPr>
            <w:tcW w:w="1489" w:type="pct"/>
            <w:shd w:val="clear" w:color="auto" w:fill="F0F4F8"/>
            <w:vAlign w:val="center"/>
          </w:tcPr>
          <w:p w14:paraId="2F20EA87" w14:textId="4A21257B" w:rsidR="00076B18" w:rsidRPr="00F448BC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Sede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editoriale</w:t>
            </w:r>
          </w:p>
        </w:tc>
      </w:tr>
      <w:tr w:rsidR="00076B18" w:rsidRPr="00D776D0" w14:paraId="2BB68738" w14:textId="77777777" w:rsidTr="00D776D0">
        <w:trPr>
          <w:trHeight w:val="463"/>
        </w:trPr>
        <w:tc>
          <w:tcPr>
            <w:tcW w:w="2341" w:type="pct"/>
            <w:vAlign w:val="center"/>
          </w:tcPr>
          <w:p w14:paraId="10324263" w14:textId="77777777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1AEC347E" w14:textId="216620C9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72A684EF" w14:textId="77777777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6B18" w:rsidRPr="00D776D0" w14:paraId="7D76D159" w14:textId="77777777" w:rsidTr="00D776D0">
        <w:trPr>
          <w:trHeight w:val="453"/>
        </w:trPr>
        <w:tc>
          <w:tcPr>
            <w:tcW w:w="2341" w:type="pct"/>
            <w:vAlign w:val="center"/>
          </w:tcPr>
          <w:p w14:paraId="146E394D" w14:textId="77777777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7F3504F4" w14:textId="66047497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300BF688" w14:textId="77777777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2A70EEDF" w14:textId="77777777" w:rsidTr="00D776D0">
        <w:trPr>
          <w:trHeight w:val="453"/>
        </w:trPr>
        <w:tc>
          <w:tcPr>
            <w:tcW w:w="2341" w:type="pct"/>
            <w:vAlign w:val="center"/>
          </w:tcPr>
          <w:p w14:paraId="5106715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7F371947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7FD1B09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42E2885" w14:textId="77777777" w:rsidTr="00D776D0">
        <w:trPr>
          <w:trHeight w:val="453"/>
        </w:trPr>
        <w:tc>
          <w:tcPr>
            <w:tcW w:w="2341" w:type="pct"/>
            <w:vAlign w:val="center"/>
          </w:tcPr>
          <w:p w14:paraId="0FE15F22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540B522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515A66FF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4E54D71C" w14:textId="77777777" w:rsidTr="00D776D0">
        <w:trPr>
          <w:trHeight w:val="453"/>
        </w:trPr>
        <w:tc>
          <w:tcPr>
            <w:tcW w:w="2341" w:type="pct"/>
            <w:vAlign w:val="center"/>
          </w:tcPr>
          <w:p w14:paraId="1CAF01BF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00E2C96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1755B6D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4A3D17" w14:textId="77777777" w:rsidR="00176DED" w:rsidRPr="00D776D0" w:rsidRDefault="00176DED">
      <w:pPr>
        <w:rPr>
          <w:rFonts w:ascii="Times New Roman" w:hAnsi="Times New Roman" w:cs="Times New Roman"/>
          <w:sz w:val="24"/>
          <w:szCs w:val="24"/>
        </w:rPr>
      </w:pPr>
    </w:p>
    <w:p w14:paraId="05167BA4" w14:textId="2DE05600" w:rsidR="00176DED" w:rsidRPr="00D776D0" w:rsidRDefault="00000000" w:rsidP="007075E7">
      <w:pPr>
        <w:keepNext/>
        <w:shd w:val="clear" w:color="auto" w:fill="DAEEF3" w:themeFill="accent5" w:themeFillTint="33"/>
        <w:spacing w:before="320" w:after="120"/>
        <w:rPr>
          <w:rFonts w:ascii="Times New Roman" w:hAnsi="Times New Roman" w:cs="Times New Roman"/>
          <w:sz w:val="24"/>
          <w:szCs w:val="24"/>
        </w:rPr>
      </w:pPr>
      <w:r w:rsidRPr="00D776D0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5D6487">
        <w:rPr>
          <w:rFonts w:ascii="Times New Roman" w:hAnsi="Times New Roman" w:cs="Times New Roman"/>
          <w:b/>
          <w:sz w:val="28"/>
          <w:szCs w:val="28"/>
        </w:rPr>
        <w:t>Partecipazione</w:t>
      </w:r>
      <w:proofErr w:type="spellEnd"/>
      <w:r w:rsidRPr="005D6487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0D79A6" w:rsidRPr="005D64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6487">
        <w:rPr>
          <w:rFonts w:ascii="Times New Roman" w:hAnsi="Times New Roman" w:cs="Times New Roman"/>
          <w:b/>
          <w:sz w:val="28"/>
          <w:szCs w:val="28"/>
        </w:rPr>
        <w:t>Eventi</w:t>
      </w:r>
      <w:proofErr w:type="spellEnd"/>
      <w:r w:rsidRPr="005D64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6487">
        <w:rPr>
          <w:rFonts w:ascii="Times New Roman" w:hAnsi="Times New Roman" w:cs="Times New Roman"/>
          <w:b/>
          <w:sz w:val="28"/>
          <w:szCs w:val="28"/>
        </w:rPr>
        <w:t>Scientifici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3099"/>
        <w:gridCol w:w="1919"/>
        <w:gridCol w:w="1329"/>
        <w:gridCol w:w="2214"/>
      </w:tblGrid>
      <w:tr w:rsidR="00176DED" w:rsidRPr="00D776D0" w14:paraId="7E2FA769" w14:textId="77777777" w:rsidTr="00D776D0">
        <w:trPr>
          <w:jc w:val="center"/>
        </w:trPr>
        <w:tc>
          <w:tcPr>
            <w:tcW w:w="735" w:type="pct"/>
            <w:shd w:val="clear" w:color="auto" w:fill="F0F4F8"/>
            <w:vAlign w:val="center"/>
          </w:tcPr>
          <w:p w14:paraId="4A9205B7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44" w:type="pct"/>
            <w:shd w:val="clear" w:color="auto" w:fill="F0F4F8"/>
            <w:vAlign w:val="center"/>
          </w:tcPr>
          <w:p w14:paraId="5EF20DBA" w14:textId="480218AC" w:rsidR="00176DED" w:rsidRPr="00F448BC" w:rsidRDefault="00E154F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Evento</w:t>
            </w:r>
            <w:proofErr w:type="spellEnd"/>
          </w:p>
        </w:tc>
        <w:tc>
          <w:tcPr>
            <w:tcW w:w="956" w:type="pct"/>
            <w:shd w:val="clear" w:color="auto" w:fill="F0F4F8"/>
            <w:vAlign w:val="center"/>
          </w:tcPr>
          <w:p w14:paraId="07058705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Ente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</w:p>
        </w:tc>
        <w:tc>
          <w:tcPr>
            <w:tcW w:w="662" w:type="pct"/>
            <w:shd w:val="clear" w:color="auto" w:fill="F0F4F8"/>
            <w:vAlign w:val="center"/>
          </w:tcPr>
          <w:p w14:paraId="7A197440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Ruolo</w:t>
            </w:r>
            <w:proofErr w:type="spellEnd"/>
          </w:p>
        </w:tc>
        <w:tc>
          <w:tcPr>
            <w:tcW w:w="1103" w:type="pct"/>
            <w:shd w:val="clear" w:color="auto" w:fill="F0F4F8"/>
            <w:vAlign w:val="center"/>
          </w:tcPr>
          <w:p w14:paraId="3D8DA640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Intervento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Poster</w:t>
            </w:r>
          </w:p>
        </w:tc>
      </w:tr>
      <w:tr w:rsidR="00176DED" w:rsidRPr="00D776D0" w14:paraId="0456DF6D" w14:textId="77777777" w:rsidTr="00D776D0">
        <w:trPr>
          <w:jc w:val="center"/>
        </w:trPr>
        <w:tc>
          <w:tcPr>
            <w:tcW w:w="735" w:type="pct"/>
            <w:vAlign w:val="center"/>
          </w:tcPr>
          <w:p w14:paraId="05364FE6" w14:textId="2742333B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0FA3DBA3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C2DAEB8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F948CA8" w14:textId="74A7AFEE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20E4CB45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D776D0" w14:paraId="78EFD3EB" w14:textId="77777777" w:rsidTr="00D776D0">
        <w:trPr>
          <w:jc w:val="center"/>
        </w:trPr>
        <w:tc>
          <w:tcPr>
            <w:tcW w:w="735" w:type="pct"/>
            <w:vAlign w:val="center"/>
          </w:tcPr>
          <w:p w14:paraId="13C60568" w14:textId="31B43101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2ECA3216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DF03E86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49B6DED" w14:textId="60152BE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79D4EF5E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329EC6D6" w14:textId="77777777" w:rsidTr="00D776D0">
        <w:trPr>
          <w:jc w:val="center"/>
        </w:trPr>
        <w:tc>
          <w:tcPr>
            <w:tcW w:w="735" w:type="pct"/>
            <w:vAlign w:val="center"/>
          </w:tcPr>
          <w:p w14:paraId="0832794D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136422DE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039A525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525606E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4953E5A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6FB3FED1" w14:textId="77777777" w:rsidTr="00D776D0">
        <w:trPr>
          <w:jc w:val="center"/>
        </w:trPr>
        <w:tc>
          <w:tcPr>
            <w:tcW w:w="735" w:type="pct"/>
            <w:vAlign w:val="center"/>
          </w:tcPr>
          <w:p w14:paraId="3C2ED3B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6B7D64F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4497C5ED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0D90FFB9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0EAF21E5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42868002" w14:textId="77777777" w:rsidTr="00D776D0">
        <w:trPr>
          <w:jc w:val="center"/>
        </w:trPr>
        <w:tc>
          <w:tcPr>
            <w:tcW w:w="735" w:type="pct"/>
            <w:vAlign w:val="center"/>
          </w:tcPr>
          <w:p w14:paraId="32849C14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24646A5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3B50FCA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CF9531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73F614BD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F8C9C2" w14:textId="605E3506" w:rsidR="00176DED" w:rsidRPr="005D6487" w:rsidRDefault="00000000" w:rsidP="007075E7">
      <w:pPr>
        <w:keepNext/>
        <w:shd w:val="clear" w:color="auto" w:fill="DAEEF3" w:themeFill="accent5" w:themeFillTint="33"/>
        <w:spacing w:before="320" w:after="120"/>
        <w:rPr>
          <w:rFonts w:ascii="Times New Roman" w:hAnsi="Times New Roman" w:cs="Times New Roman"/>
          <w:sz w:val="28"/>
          <w:szCs w:val="28"/>
          <w:lang w:val="it-IT"/>
        </w:rPr>
      </w:pP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>4. Mobilità Internazionale e Soggiorni all</w:t>
      </w:r>
      <w:r w:rsidR="00F448BC" w:rsidRPr="005D6487">
        <w:rPr>
          <w:rFonts w:ascii="Times New Roman" w:hAnsi="Times New Roman" w:cs="Times New Roman"/>
          <w:b/>
          <w:sz w:val="28"/>
          <w:szCs w:val="28"/>
          <w:lang w:val="it-IT"/>
        </w:rPr>
        <w:t>’</w:t>
      </w: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>Estero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1624"/>
        <w:gridCol w:w="1329"/>
        <w:gridCol w:w="1329"/>
        <w:gridCol w:w="1329"/>
        <w:gridCol w:w="1769"/>
      </w:tblGrid>
      <w:tr w:rsidR="00176DED" w:rsidRPr="00D776D0" w14:paraId="1CADAFBF" w14:textId="77777777" w:rsidTr="00D776D0">
        <w:trPr>
          <w:jc w:val="center"/>
        </w:trPr>
        <w:tc>
          <w:tcPr>
            <w:tcW w:w="1324" w:type="pct"/>
            <w:shd w:val="clear" w:color="auto" w:fill="F0F4F8"/>
            <w:vAlign w:val="center"/>
          </w:tcPr>
          <w:p w14:paraId="6D60CA20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Istituzione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Università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Ospitante</w:t>
            </w:r>
            <w:proofErr w:type="spellEnd"/>
          </w:p>
        </w:tc>
        <w:tc>
          <w:tcPr>
            <w:tcW w:w="809" w:type="pct"/>
            <w:shd w:val="clear" w:color="auto" w:fill="F0F4F8"/>
            <w:vAlign w:val="center"/>
          </w:tcPr>
          <w:p w14:paraId="353725BC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Paese / Città</w:t>
            </w:r>
          </w:p>
        </w:tc>
        <w:tc>
          <w:tcPr>
            <w:tcW w:w="662" w:type="pct"/>
            <w:shd w:val="clear" w:color="auto" w:fill="F0F4F8"/>
            <w:vAlign w:val="center"/>
          </w:tcPr>
          <w:p w14:paraId="1FAF7DBB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Inizio</w:t>
            </w:r>
            <w:proofErr w:type="spellEnd"/>
          </w:p>
        </w:tc>
        <w:tc>
          <w:tcPr>
            <w:tcW w:w="662" w:type="pct"/>
            <w:shd w:val="clear" w:color="auto" w:fill="F0F4F8"/>
            <w:vAlign w:val="center"/>
          </w:tcPr>
          <w:p w14:paraId="2A774002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 Fine</w:t>
            </w:r>
          </w:p>
        </w:tc>
        <w:tc>
          <w:tcPr>
            <w:tcW w:w="662" w:type="pct"/>
            <w:shd w:val="clear" w:color="auto" w:fill="F0F4F8"/>
            <w:vAlign w:val="center"/>
          </w:tcPr>
          <w:p w14:paraId="3BDF54BC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Durata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  <w:proofErr w:type="spellEnd"/>
          </w:p>
        </w:tc>
        <w:tc>
          <w:tcPr>
            <w:tcW w:w="882" w:type="pct"/>
            <w:shd w:val="clear" w:color="auto" w:fill="F0F4F8"/>
            <w:vAlign w:val="center"/>
          </w:tcPr>
          <w:p w14:paraId="01C27922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Referente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Estero</w:t>
            </w:r>
          </w:p>
        </w:tc>
      </w:tr>
      <w:tr w:rsidR="00176DED" w:rsidRPr="00D776D0" w14:paraId="2CAAF4CF" w14:textId="77777777" w:rsidTr="00D776D0">
        <w:trPr>
          <w:jc w:val="center"/>
        </w:trPr>
        <w:tc>
          <w:tcPr>
            <w:tcW w:w="1324" w:type="pct"/>
            <w:vAlign w:val="center"/>
          </w:tcPr>
          <w:p w14:paraId="4E3BF42D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6D133F42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66EA9CF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E753428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15EA0B8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0648A9E9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26EEF7BD" w14:textId="77777777" w:rsidTr="00D776D0">
        <w:trPr>
          <w:jc w:val="center"/>
        </w:trPr>
        <w:tc>
          <w:tcPr>
            <w:tcW w:w="1324" w:type="pct"/>
            <w:vAlign w:val="center"/>
          </w:tcPr>
          <w:p w14:paraId="197C7AC2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577E1747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B4FDE7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216C66F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EC7818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66C17694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3562768" w14:textId="77777777" w:rsidTr="00D776D0">
        <w:trPr>
          <w:jc w:val="center"/>
        </w:trPr>
        <w:tc>
          <w:tcPr>
            <w:tcW w:w="1324" w:type="pct"/>
            <w:vAlign w:val="center"/>
          </w:tcPr>
          <w:p w14:paraId="59B54F83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1BB82DF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03C8C46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4823BBE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DEC3289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095B6C4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569549FF" w14:textId="77777777" w:rsidTr="00D776D0">
        <w:trPr>
          <w:jc w:val="center"/>
        </w:trPr>
        <w:tc>
          <w:tcPr>
            <w:tcW w:w="1324" w:type="pct"/>
            <w:vAlign w:val="center"/>
          </w:tcPr>
          <w:p w14:paraId="4137A8C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0F52C6F1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75A6CD8F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B28E821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0B5DF32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2E463613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2166AA7F" w14:textId="77777777" w:rsidTr="00D776D0">
        <w:trPr>
          <w:jc w:val="center"/>
        </w:trPr>
        <w:tc>
          <w:tcPr>
            <w:tcW w:w="1324" w:type="pct"/>
            <w:vAlign w:val="center"/>
          </w:tcPr>
          <w:p w14:paraId="5FDE0DCD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64C4625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5CFC860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5EAEBB1E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704D6269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63C5414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7E86A3" w14:textId="77777777" w:rsidR="00176DED" w:rsidRPr="00D776D0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a) Attività scientifiche e formative svolte durante la mobilità:</w:t>
      </w:r>
    </w:p>
    <w:p w14:paraId="51FFE219" w14:textId="3EDB0980" w:rsidR="00176DED" w:rsidRPr="00D776D0" w:rsidRDefault="00000000">
      <w:pPr>
        <w:spacing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 xml:space="preserve">Descrivere nel dettaglio le attività di ricerca </w:t>
      </w:r>
      <w:r w:rsidR="00E154F0" w:rsidRPr="00D776D0">
        <w:rPr>
          <w:rFonts w:ascii="Times New Roman" w:hAnsi="Times New Roman" w:cs="Times New Roman"/>
          <w:i/>
          <w:sz w:val="24"/>
          <w:szCs w:val="24"/>
          <w:lang w:val="it-IT"/>
        </w:rPr>
        <w:t>svolte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, la consultazione di archivi/biblioteche, le attività di laboratorio, la frequenza di corsi o seminari presso l</w:t>
      </w:r>
      <w:r w:rsidR="00F448BC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istituzione ospitante.</w:t>
      </w:r>
    </w:p>
    <w:p w14:paraId="4F92A487" w14:textId="7F12C2AF" w:rsidR="00176DED" w:rsidRPr="00D776D0" w:rsidRDefault="00D776D0" w:rsidP="00D776D0">
      <w:p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br/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b) </w:t>
      </w:r>
      <w:proofErr w:type="spellStart"/>
      <w:r w:rsidRPr="00D776D0"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  <w:t>Outcomes</w:t>
      </w:r>
      <w:proofErr w:type="spellEnd"/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dell</w:t>
      </w:r>
      <w:r w:rsidR="00F448BC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esperienza internazionale (Pubblicazioni, Collaborazioni, Convegni):</w:t>
      </w:r>
    </w:p>
    <w:p w14:paraId="47BEB193" w14:textId="752C081E" w:rsidR="00176DED" w:rsidRPr="00D776D0" w:rsidRDefault="00000000" w:rsidP="000D79A6">
      <w:pPr>
        <w:spacing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Indicare eventuali articoli scaturiti, progetti di ricerca o collaborazioni scientifiche avviate con l</w:t>
      </w:r>
      <w:r w:rsidR="00F448BC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 xml:space="preserve">ente ospitante, e </w:t>
      </w:r>
      <w:r w:rsidR="000D79A6" w:rsidRPr="00D776D0">
        <w:rPr>
          <w:rFonts w:ascii="Times New Roman" w:hAnsi="Times New Roman" w:cs="Times New Roman"/>
          <w:i/>
          <w:sz w:val="24"/>
          <w:szCs w:val="24"/>
          <w:lang w:val="it-IT"/>
        </w:rPr>
        <w:t>relazion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i tenute a seminari o convegni all</w:t>
      </w:r>
      <w:r w:rsidR="00F448BC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estero.</w:t>
      </w:r>
    </w:p>
    <w:p w14:paraId="65C645AE" w14:textId="77777777" w:rsidR="00D776D0" w:rsidRPr="00D776D0" w:rsidRDefault="00D776D0" w:rsidP="00D776D0">
      <w:p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br/>
      </w:r>
    </w:p>
    <w:p w14:paraId="4FBBFBA3" w14:textId="77777777" w:rsidR="00176DED" w:rsidRPr="00D776D0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c) Impatto della mobilità sul percorso di ricerca e sulla tesi di dottorato:</w:t>
      </w:r>
    </w:p>
    <w:p w14:paraId="79B16F9B" w14:textId="00BD9945" w:rsidR="00176DED" w:rsidRPr="00D776D0" w:rsidRDefault="00000000">
      <w:pPr>
        <w:spacing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Descrivere sinteticamente in che modo il periodo all</w:t>
      </w:r>
      <w:r w:rsidR="00F448BC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estero ha contribuito allo sviluppo scientifico del progetto.</w:t>
      </w:r>
    </w:p>
    <w:p w14:paraId="5BB1B9CE" w14:textId="77777777" w:rsidR="00D776D0" w:rsidRPr="00D776D0" w:rsidRDefault="00D776D0" w:rsidP="00D776D0">
      <w:p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br/>
      </w:r>
    </w:p>
    <w:p w14:paraId="351D0145" w14:textId="77777777" w:rsidR="00176DED" w:rsidRPr="005D6487" w:rsidRDefault="00000000" w:rsidP="007075E7">
      <w:pPr>
        <w:keepNext/>
        <w:shd w:val="clear" w:color="auto" w:fill="DAEEF3" w:themeFill="accent5" w:themeFillTint="33"/>
        <w:spacing w:before="320" w:after="120"/>
        <w:rPr>
          <w:rFonts w:ascii="Times New Roman" w:hAnsi="Times New Roman" w:cs="Times New Roman"/>
          <w:sz w:val="28"/>
          <w:szCs w:val="28"/>
          <w:lang w:val="it-IT"/>
        </w:rPr>
      </w:pP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>5. Avanzamento del Progetto di Ricerca</w:t>
      </w:r>
    </w:p>
    <w:p w14:paraId="18AA433C" w14:textId="0A93B222" w:rsidR="00D776D0" w:rsidRPr="00D776D0" w:rsidRDefault="00D776D0" w:rsidP="00D776D0">
      <w:p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br/>
      </w:r>
    </w:p>
    <w:tbl>
      <w:tblPr>
        <w:tblW w:w="0" w:type="auto"/>
        <w:jc w:val="center"/>
        <w:tblBorders>
          <w:top w:val="single" w:sz="4" w:space="0" w:color="FFFFFF"/>
          <w:bottom w:val="single" w:sz="6" w:space="0" w:color="FFFFFF"/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4896"/>
        <w:gridCol w:w="4896"/>
      </w:tblGrid>
      <w:tr w:rsidR="00176DED" w:rsidRPr="00D776D0" w14:paraId="43C78F15" w14:textId="77777777">
        <w:trPr>
          <w:jc w:val="center"/>
        </w:trPr>
        <w:tc>
          <w:tcPr>
            <w:tcW w:w="4896" w:type="dxa"/>
          </w:tcPr>
          <w:p w14:paraId="66E2558B" w14:textId="77777777" w:rsidR="00176DED" w:rsidRPr="00D776D0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t>Data: ____ / ____ / ________</w:t>
            </w:r>
          </w:p>
        </w:tc>
        <w:tc>
          <w:tcPr>
            <w:tcW w:w="4896" w:type="dxa"/>
          </w:tcPr>
          <w:p w14:paraId="13F89DB9" w14:textId="2D75D449" w:rsidR="00176DED" w:rsidRPr="00D776D0" w:rsidRDefault="00D77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proofErr w:type="spellStart"/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  <w:proofErr w:type="spellEnd"/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del </w:t>
            </w:r>
            <w:proofErr w:type="spellStart"/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t>Dottorando</w:t>
            </w:r>
            <w:proofErr w:type="spellEnd"/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___________________________________</w:t>
            </w:r>
          </w:p>
        </w:tc>
      </w:tr>
    </w:tbl>
    <w:p w14:paraId="2F0B290C" w14:textId="77777777" w:rsidR="00CC5516" w:rsidRPr="00D776D0" w:rsidRDefault="00CC5516" w:rsidP="00797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7FB38FC4" w14:textId="77777777" w:rsidR="00A85C1A" w:rsidRDefault="00A85C1A" w:rsidP="00322D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457BB91F" w14:textId="150D7AD1" w:rsidR="00EE752F" w:rsidRPr="00D776D0" w:rsidRDefault="00322DCD" w:rsidP="00322D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</w:t>
      </w:r>
      <w:r w:rsidR="00EE752F"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ichiarazione sostitutiva di certificazioni e dell</w:t>
      </w:r>
      <w:r w:rsidR="00F448B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’</w:t>
      </w:r>
      <w:r w:rsidR="00EE752F"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atto di notorietà</w:t>
      </w:r>
    </w:p>
    <w:p w14:paraId="3679AB2F" w14:textId="77777777" w:rsidR="00EE752F" w:rsidRDefault="00EE752F" w:rsidP="00EE7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(Artt. 19, 46 e 47 del D.P.R. 28/12/2000, n.445)</w:t>
      </w:r>
    </w:p>
    <w:p w14:paraId="13D81D3F" w14:textId="77777777" w:rsidR="00322DCD" w:rsidRPr="00D776D0" w:rsidRDefault="00322DCD" w:rsidP="00EE7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74A90A81" w14:textId="0596C5FD" w:rsidR="00EE752F" w:rsidRPr="00D776D0" w:rsidRDefault="00EE752F" w:rsidP="007976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I/La sottoscritto/a</w:t>
      </w:r>
      <w:r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Nome e Cognome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Codice fiscale ..., nato/a </w:t>
      </w:r>
      <w:proofErr w:type="spellStart"/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proofErr w:type="spellEnd"/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..., il ../../...., attualmente residente in .......</w:t>
      </w:r>
      <w:r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......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e domiciliato/a in .......</w:t>
      </w:r>
      <w:r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.....,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 consapevole di quanto prescritto dall</w:t>
      </w:r>
      <w:r w:rsidR="00F448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’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art. 76 del D.P.R. 28 dicembre 2000, n. 445 sulla responsabilità penale cui può andare incontro in caso di falsità in atti di dichiarazioni mendaci e della conseguente decadenza dai benefici concessi sulla base di una dichiarazione non veritiera, ai sensi e per gli effetti del citato D.P.R. n. 445/2000 e sotto la propria personale responsabilità:</w:t>
      </w:r>
    </w:p>
    <w:p w14:paraId="1404EE4D" w14:textId="77777777" w:rsidR="00EE752F" w:rsidRPr="00D776D0" w:rsidRDefault="00EE752F" w:rsidP="00EE7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</w:t>
      </w:r>
    </w:p>
    <w:p w14:paraId="1C36C7FB" w14:textId="77777777" w:rsidR="00EE752F" w:rsidRPr="00D776D0" w:rsidRDefault="00EE752F" w:rsidP="00EE7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</w:t>
      </w:r>
    </w:p>
    <w:p w14:paraId="086DAF36" w14:textId="01649126" w:rsidR="00EE752F" w:rsidRPr="00D776D0" w:rsidRDefault="00EE752F" w:rsidP="00EE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 quanto dichiarato nella Relazione annuale sulle attività svolte e sui risultati conseguiti</w:t>
      </w:r>
      <w:r w:rsidR="00322D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corrisponde al vero.</w:t>
      </w:r>
    </w:p>
    <w:p w14:paraId="72E76C7A" w14:textId="77777777" w:rsidR="00EE752F" w:rsidRPr="00D776D0" w:rsidRDefault="00EE752F" w:rsidP="00EE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Letto, confermato e sottoscritto</w:t>
      </w:r>
    </w:p>
    <w:p w14:paraId="33397790" w14:textId="60EE05C1" w:rsidR="00EE752F" w:rsidRPr="00D776D0" w:rsidRDefault="00EE752F" w:rsidP="00EE7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7D38F8FF" w14:textId="5C086749" w:rsidR="00EE752F" w:rsidRDefault="00EE752F" w:rsidP="00322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Luogo e data</w:t>
      </w:r>
      <w:r w:rsidR="00322D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                                                                          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</w:t>
      </w:r>
      <w:r w:rsidR="00322D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/La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dichiarante</w:t>
      </w:r>
    </w:p>
    <w:p w14:paraId="4BF149FD" w14:textId="77777777" w:rsidR="006D7C35" w:rsidRDefault="006D7C35" w:rsidP="00322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4B11A7F7" w14:textId="54D7208B" w:rsidR="006D7C35" w:rsidRPr="00D776D0" w:rsidRDefault="006D7C35" w:rsidP="00322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A85C1A">
        <w:rPr>
          <w:rFonts w:ascii="Times New Roman" w:hAnsi="Times New Roman" w:cs="Times New Roman"/>
          <w:b/>
          <w:sz w:val="24"/>
          <w:szCs w:val="24"/>
          <w:lang w:val="it-IT"/>
        </w:rPr>
        <w:t>___________________________________</w:t>
      </w:r>
    </w:p>
    <w:p w14:paraId="2CD15C2A" w14:textId="77777777" w:rsidR="00015877" w:rsidRDefault="00015877" w:rsidP="00A85C1A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2B521A77" w14:textId="77777777" w:rsidR="00015877" w:rsidRDefault="00015877" w:rsidP="00A85C1A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7D8BF333" w14:textId="77777777" w:rsidR="005D6487" w:rsidRDefault="005D6487" w:rsidP="00A85C1A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3D80BE14" w14:textId="527D04CD" w:rsidR="00C06191" w:rsidRDefault="00C06191" w:rsidP="00A85C1A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80278A">
        <w:rPr>
          <w:rFonts w:ascii="Times New Roman" w:hAnsi="Times New Roman" w:cs="Times New Roman"/>
          <w:b/>
          <w:noProof/>
          <w:sz w:val="28"/>
          <w:szCs w:val="28"/>
          <w:lang w:val="it-IT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BECA63" wp14:editId="0A55B0D1">
                <wp:simplePos x="0" y="0"/>
                <wp:positionH relativeFrom="column">
                  <wp:posOffset>4324350</wp:posOffset>
                </wp:positionH>
                <wp:positionV relativeFrom="paragraph">
                  <wp:posOffset>7620</wp:posOffset>
                </wp:positionV>
                <wp:extent cx="2033905" cy="1404620"/>
                <wp:effectExtent l="0" t="0" r="23495" b="222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9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62904" w14:textId="77777777" w:rsidR="00C06191" w:rsidRPr="0080278A" w:rsidRDefault="00C06191" w:rsidP="00C06191">
                            <w:pPr>
                              <w:jc w:val="right"/>
                              <w:rPr>
                                <w:lang w:val="it-IT"/>
                              </w:rPr>
                            </w:pPr>
                            <w:r>
                              <w:t>Allegato alla relazione annuale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BECA6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40.5pt;margin-top:.6pt;width:160.15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">
                <v:textbox style="mso-fit-shape-to-text:t">
                  <w:txbxContent>
                    <w:p w14:paraId="61A62904" w14:textId="77777777" w:rsidR="00C06191" w:rsidRPr="0080278A" w:rsidRDefault="00C06191" w:rsidP="00C06191">
                      <w:pPr>
                        <w:jc w:val="right"/>
                        <w:rPr>
                          <w:lang w:val="it-IT"/>
                        </w:rPr>
                      </w:pPr>
                      <w:r>
                        <w:t>Allegato alla relazione annuale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447F01" w14:textId="77777777" w:rsidR="00984144" w:rsidRDefault="00984144" w:rsidP="00984144">
      <w:pPr>
        <w:jc w:val="center"/>
      </w:pPr>
    </w:p>
    <w:p w14:paraId="0BC903E3" w14:textId="77777777" w:rsidR="00984144" w:rsidRPr="0005568A" w:rsidRDefault="00984144" w:rsidP="00984144">
      <w:pPr>
        <w:spacing w:after="0"/>
        <w:jc w:val="center"/>
      </w:pPr>
      <w:r>
        <w:rPr>
          <w:noProof/>
        </w:rPr>
        <w:drawing>
          <wp:inline distT="0" distB="0" distL="0" distR="0" wp14:anchorId="3A944FE9" wp14:editId="66CA7D40">
            <wp:extent cx="2727830" cy="1188000"/>
            <wp:effectExtent l="0" t="0" r="3175" b="6350"/>
            <wp:docPr id="2301896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42781" name="Immagine 1577542781"/>
                    <pic:cNvPicPr/>
                  </pic:nvPicPr>
                  <pic:blipFill rotWithShape="1">
                    <a:blip r:embed="rId8"/>
                    <a:srcRect t="6691" b="1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30" cy="11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A6C99F" w14:textId="77777777" w:rsidR="00984144" w:rsidRDefault="00984144" w:rsidP="00984144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</w:p>
    <w:p w14:paraId="4E91AE67" w14:textId="77777777" w:rsidR="00984144" w:rsidRPr="00227E26" w:rsidRDefault="00984144" w:rsidP="00984144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Università degli Studi di Messina</w:t>
      </w:r>
    </w:p>
    <w:p w14:paraId="45DC96DC" w14:textId="77777777" w:rsidR="00984144" w:rsidRPr="00227E26" w:rsidRDefault="00984144" w:rsidP="00984144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Dottorato di Ricerca in Scienze Giuridiche</w:t>
      </w:r>
    </w:p>
    <w:p w14:paraId="5A0F5779" w14:textId="77777777" w:rsidR="00984144" w:rsidRDefault="00984144" w:rsidP="00A85C1A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40A7AB1A" w14:textId="10B3BABB" w:rsidR="00A85C1A" w:rsidRPr="00227E26" w:rsidRDefault="00A85C1A" w:rsidP="00A85C1A">
      <w:pPr>
        <w:spacing w:before="240" w:after="48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t>RENDICONTAZIONE FINANZIARI</w:t>
      </w:r>
      <w:r w:rsidR="00C06191">
        <w:rPr>
          <w:rFonts w:ascii="Times New Roman" w:hAnsi="Times New Roman" w:cs="Times New Roman"/>
          <w:b/>
          <w:sz w:val="28"/>
          <w:szCs w:val="28"/>
          <w:lang w:val="it-IT"/>
        </w:rPr>
        <w:t>A</w:t>
      </w: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t xml:space="preserve">  </w:t>
      </w: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br/>
      </w:r>
    </w:p>
    <w:p w14:paraId="7B5BC987" w14:textId="77777777" w:rsidR="00A85C1A" w:rsidRPr="00227E26" w:rsidRDefault="00A85C1A" w:rsidP="00A85C1A">
      <w:pPr>
        <w:keepNext/>
        <w:shd w:val="clear" w:color="auto" w:fill="DBE5F1" w:themeFill="accent1" w:themeFillTint="33"/>
        <w:spacing w:before="360" w:after="120"/>
        <w:rPr>
          <w:rFonts w:ascii="Times New Roman" w:hAnsi="Times New Roman" w:cs="Times New Roman"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>SEZIONE 1: DATI ANAGRAFICI E DI CARRIERA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6074"/>
      </w:tblGrid>
      <w:tr w:rsidR="00A85C1A" w:rsidRPr="00E87245" w14:paraId="153CB2BC" w14:textId="77777777" w:rsidTr="007D2106">
        <w:trPr>
          <w:jc w:val="center"/>
        </w:trPr>
        <w:tc>
          <w:tcPr>
            <w:tcW w:w="1974" w:type="pct"/>
          </w:tcPr>
          <w:p w14:paraId="0B4F2C05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 xml:space="preserve">Nome e </w:t>
            </w: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Cognome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7758658C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</w:rPr>
            </w:pPr>
          </w:p>
        </w:tc>
      </w:tr>
      <w:tr w:rsidR="00A85C1A" w:rsidRPr="00984F5D" w14:paraId="5D80F9F5" w14:textId="77777777" w:rsidTr="007D2106">
        <w:trPr>
          <w:jc w:val="center"/>
        </w:trPr>
        <w:tc>
          <w:tcPr>
            <w:tcW w:w="1974" w:type="pct"/>
          </w:tcPr>
          <w:p w14:paraId="54A187F9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>Ciclo di Dottorato e Anno di Corso:</w:t>
            </w:r>
          </w:p>
        </w:tc>
        <w:tc>
          <w:tcPr>
            <w:tcW w:w="3026" w:type="pct"/>
          </w:tcPr>
          <w:p w14:paraId="53EA45B4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85C1A" w:rsidRPr="00E87245" w14:paraId="7913A38D" w14:textId="77777777" w:rsidTr="007D2106">
        <w:trPr>
          <w:jc w:val="center"/>
        </w:trPr>
        <w:tc>
          <w:tcPr>
            <w:tcW w:w="1974" w:type="pct"/>
          </w:tcPr>
          <w:p w14:paraId="3802179A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>Curriculum:</w:t>
            </w:r>
          </w:p>
        </w:tc>
        <w:tc>
          <w:tcPr>
            <w:tcW w:w="3026" w:type="pct"/>
          </w:tcPr>
          <w:p w14:paraId="4350427E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85C1A" w:rsidRPr="00E87245" w14:paraId="0B04CEAD" w14:textId="77777777" w:rsidTr="007D2106">
        <w:trPr>
          <w:jc w:val="center"/>
        </w:trPr>
        <w:tc>
          <w:tcPr>
            <w:tcW w:w="1974" w:type="pct"/>
          </w:tcPr>
          <w:p w14:paraId="017658E1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Supervisor</w:t>
            </w:r>
            <w:r>
              <w:rPr>
                <w:rFonts w:ascii="Times New Roman" w:hAnsi="Times New Roman" w:cs="Times New Roman"/>
                <w:b/>
                <w:sz w:val="20"/>
              </w:rPr>
              <w:t>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343C5E92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85C1A" w:rsidRPr="00E87245" w14:paraId="4030C4E7" w14:textId="77777777" w:rsidTr="007D2106">
        <w:trPr>
          <w:jc w:val="center"/>
        </w:trPr>
        <w:tc>
          <w:tcPr>
            <w:tcW w:w="1974" w:type="pct"/>
          </w:tcPr>
          <w:p w14:paraId="52797456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b/>
                <w:sz w:val="20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>Co-</w:t>
            </w: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Supervisor</w:t>
            </w:r>
            <w:r>
              <w:rPr>
                <w:rFonts w:ascii="Times New Roman" w:hAnsi="Times New Roman" w:cs="Times New Roman"/>
                <w:b/>
                <w:sz w:val="20"/>
              </w:rPr>
              <w:t>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1870F341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i/>
                <w:sz w:val="20"/>
                <w:lang w:val="it-IT"/>
              </w:rPr>
            </w:pPr>
          </w:p>
        </w:tc>
      </w:tr>
      <w:tr w:rsidR="00A85C1A" w:rsidRPr="00E87245" w14:paraId="29E15EB9" w14:textId="77777777" w:rsidTr="007D2106">
        <w:trPr>
          <w:jc w:val="center"/>
        </w:trPr>
        <w:tc>
          <w:tcPr>
            <w:tcW w:w="1974" w:type="pct"/>
          </w:tcPr>
          <w:p w14:paraId="29FEA5EA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>Progetto di Ricerca:</w:t>
            </w:r>
          </w:p>
        </w:tc>
        <w:tc>
          <w:tcPr>
            <w:tcW w:w="3026" w:type="pct"/>
          </w:tcPr>
          <w:p w14:paraId="292FCD3D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85C1A" w:rsidRPr="00E87245" w14:paraId="34F70CE8" w14:textId="77777777" w:rsidTr="007D2106">
        <w:trPr>
          <w:jc w:val="center"/>
        </w:trPr>
        <w:tc>
          <w:tcPr>
            <w:tcW w:w="1974" w:type="pct"/>
          </w:tcPr>
          <w:p w14:paraId="45FBB693" w14:textId="77777777" w:rsidR="00A85C1A" w:rsidRPr="00E87245" w:rsidRDefault="00A85C1A" w:rsidP="007D2106">
            <w:pPr>
              <w:spacing w:before="80" w:after="80"/>
              <w:ind w:right="168"/>
              <w:jc w:val="both"/>
              <w:rPr>
                <w:rFonts w:ascii="Times New Roman" w:hAnsi="Times New Roman" w:cs="Times New Roman"/>
                <w:b/>
                <w:sz w:val="20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 xml:space="preserve">Periodo di riferimento della rendicontazione: </w:t>
            </w:r>
          </w:p>
        </w:tc>
        <w:tc>
          <w:tcPr>
            <w:tcW w:w="3026" w:type="pct"/>
          </w:tcPr>
          <w:p w14:paraId="6497F74C" w14:textId="77777777" w:rsidR="00A85C1A" w:rsidRPr="00F448BC" w:rsidRDefault="00A85C1A" w:rsidP="007D2106">
            <w:pPr>
              <w:spacing w:before="80" w:after="8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Dal ____/____ /______ al ____ / ____/______</w:t>
            </w:r>
          </w:p>
        </w:tc>
      </w:tr>
    </w:tbl>
    <w:p w14:paraId="04B6E226" w14:textId="77777777" w:rsidR="00A85C1A" w:rsidRDefault="00A85C1A" w:rsidP="00A85C1A">
      <w:p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122DFB7" w14:textId="77777777" w:rsidR="00984144" w:rsidRDefault="00A85C1A" w:rsidP="00A85C1A">
      <w:p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72EF90D4" w14:textId="77777777" w:rsidR="00984144" w:rsidRDefault="00984144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br w:type="page"/>
      </w:r>
    </w:p>
    <w:p w14:paraId="5D511565" w14:textId="31ED2D4C" w:rsidR="00A85C1A" w:rsidRPr="00227E26" w:rsidRDefault="00A85C1A" w:rsidP="00A85C1A">
      <w:pPr>
        <w:spacing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S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EZIONE 2: </w:t>
      </w:r>
      <w:r w:rsidRPr="00F448BC"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  <w:t>BUDGET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INDIVIDUALE UTILIZZATO E RISULTATI CONSEGUITI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2112"/>
        <w:gridCol w:w="5649"/>
      </w:tblGrid>
      <w:tr w:rsidR="00A85C1A" w:rsidRPr="00984F5D" w14:paraId="227A5DEF" w14:textId="77777777" w:rsidTr="007D2106">
        <w:trPr>
          <w:trHeight w:val="1003"/>
          <w:jc w:val="center"/>
        </w:trPr>
        <w:tc>
          <w:tcPr>
            <w:tcW w:w="5000" w:type="pct"/>
            <w:gridSpan w:val="3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F51DEB" w14:textId="2C063001" w:rsidR="00A85C1A" w:rsidRPr="00227E26" w:rsidRDefault="00A85C1A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067B27">
              <w:rPr>
                <w:rFonts w:ascii="Times New Roman" w:hAnsi="Times New Roman" w:cs="Times New Roman"/>
                <w:b/>
                <w:i/>
                <w:iCs/>
                <w:smallCaps/>
                <w:sz w:val="24"/>
                <w:szCs w:val="24"/>
                <w:lang w:val="it-IT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 legato all</w:t>
            </w:r>
            <w:r w:rsidR="00F448BC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’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incremento del 50% della borsa di studio </w:t>
            </w:r>
          </w:p>
          <w:p w14:paraId="33799D4E" w14:textId="77777777" w:rsidR="00C06191" w:rsidRDefault="00A85C1A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per lo svolgimento di attività di ricerca all</w:t>
            </w:r>
            <w:r w:rsidR="00F448BC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’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estero </w:t>
            </w:r>
          </w:p>
          <w:p w14:paraId="1E89AB39" w14:textId="146CF82D" w:rsidR="00A85C1A" w:rsidRPr="00227E26" w:rsidRDefault="00A85C1A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autorizzate dal collegio dei docenti (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art. 21, comma 4, Reg. dottorato)</w:t>
            </w:r>
          </w:p>
        </w:tc>
      </w:tr>
      <w:tr w:rsidR="00A85C1A" w:rsidRPr="00227E26" w14:paraId="6960B4E8" w14:textId="77777777" w:rsidTr="007D2106">
        <w:trPr>
          <w:jc w:val="center"/>
        </w:trPr>
        <w:tc>
          <w:tcPr>
            <w:tcW w:w="113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B726474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  <w:proofErr w:type="spellEnd"/>
          </w:p>
        </w:tc>
        <w:tc>
          <w:tcPr>
            <w:tcW w:w="1052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848CAE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(€)</w:t>
            </w:r>
          </w:p>
        </w:tc>
        <w:tc>
          <w:tcPr>
            <w:tcW w:w="281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15E78C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Output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Scientifico</w:t>
            </w:r>
            <w:proofErr w:type="spellEnd"/>
          </w:p>
        </w:tc>
      </w:tr>
      <w:tr w:rsidR="00A85C1A" w:rsidRPr="00227E26" w14:paraId="72D8AFB2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091A53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43A728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70B4E7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502BCCC3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D93F30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5A1AA3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BC9EFB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4F7A9B86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5B3CEA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3CC250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F740B7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46750B25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AD44DD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379C50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749496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61434E26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395D51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BD9BDC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10F992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14:paraId="6E19E83C" w14:textId="77777777" w:rsidR="00A85C1A" w:rsidRDefault="00A85C1A" w:rsidP="00A85C1A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</w:p>
    <w:p w14:paraId="72EF3D3B" w14:textId="77777777" w:rsidR="00A85C1A" w:rsidRPr="00227E26" w:rsidRDefault="00A85C1A" w:rsidP="00A85C1A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2112"/>
        <w:gridCol w:w="5649"/>
      </w:tblGrid>
      <w:tr w:rsidR="00A85C1A" w:rsidRPr="00984F5D" w14:paraId="1038A588" w14:textId="77777777" w:rsidTr="007D2106">
        <w:trPr>
          <w:trHeight w:val="1003"/>
          <w:jc w:val="center"/>
        </w:trPr>
        <w:tc>
          <w:tcPr>
            <w:tcW w:w="5000" w:type="pct"/>
            <w:gridSpan w:val="3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0CEEF4" w14:textId="0F267DF2" w:rsidR="00A85C1A" w:rsidRPr="00227E26" w:rsidRDefault="00A85C1A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067B27">
              <w:rPr>
                <w:rFonts w:ascii="Times New Roman" w:hAnsi="Times New Roman" w:cs="Times New Roman"/>
                <w:b/>
                <w:i/>
                <w:iCs/>
                <w:smallCaps/>
                <w:sz w:val="24"/>
                <w:szCs w:val="24"/>
                <w:lang w:val="it-IT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 legato all</w:t>
            </w:r>
            <w:r w:rsidR="00F448BC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’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incremento del 10% della borsa di studio </w:t>
            </w:r>
          </w:p>
          <w:p w14:paraId="0E37DD7C" w14:textId="77777777" w:rsidR="00A85C1A" w:rsidRPr="00227E26" w:rsidRDefault="00A85C1A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per esigenze di ricerca o di mobilità (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art. 21, comma 6, Reg. dottorato)</w:t>
            </w:r>
          </w:p>
        </w:tc>
      </w:tr>
      <w:tr w:rsidR="00A85C1A" w:rsidRPr="00227E26" w14:paraId="0E90A69F" w14:textId="77777777" w:rsidTr="007D2106">
        <w:trPr>
          <w:jc w:val="center"/>
        </w:trPr>
        <w:tc>
          <w:tcPr>
            <w:tcW w:w="113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3310D2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  <w:proofErr w:type="spellEnd"/>
          </w:p>
        </w:tc>
        <w:tc>
          <w:tcPr>
            <w:tcW w:w="1052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192DE5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(€)</w:t>
            </w:r>
          </w:p>
        </w:tc>
        <w:tc>
          <w:tcPr>
            <w:tcW w:w="281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02695C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Output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Scientifico</w:t>
            </w:r>
            <w:proofErr w:type="spellEnd"/>
          </w:p>
        </w:tc>
      </w:tr>
      <w:tr w:rsidR="00A85C1A" w:rsidRPr="00227E26" w14:paraId="5552024D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54DE14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D89E92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484A2A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6891517D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2F2408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861B81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D9DA1C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3415E016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F02923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66FFCC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703E60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6B65FFF3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428588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098E92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AF3A8C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788F1E35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18F295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1F07C9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A72B3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14:paraId="2586C7A6" w14:textId="77777777" w:rsidR="00A85C1A" w:rsidRPr="00227E26" w:rsidRDefault="00A85C1A" w:rsidP="00A85C1A">
      <w:pPr>
        <w:keepNext/>
        <w:spacing w:before="360" w:after="12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Data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_________________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>Firma del Dottorando</w:t>
      </w:r>
    </w:p>
    <w:p w14:paraId="3EA5F077" w14:textId="77777777" w:rsidR="00A85C1A" w:rsidRPr="00227E26" w:rsidRDefault="00A85C1A" w:rsidP="00A85C1A">
      <w:pPr>
        <w:keepNext/>
        <w:spacing w:before="360" w:after="120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                                    ________________________</w:t>
      </w:r>
    </w:p>
    <w:p w14:paraId="282070C0" w14:textId="77777777" w:rsidR="00A85C1A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43ABBE1A" w14:textId="54809D72" w:rsidR="00A85C1A" w:rsidRPr="00227E26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Dichiarazione sostitutiva di certificazioni e dell</w:t>
      </w:r>
      <w:r w:rsidR="00F448B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’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atto di notorietà</w:t>
      </w:r>
    </w:p>
    <w:p w14:paraId="2EA8C570" w14:textId="77777777" w:rsidR="00A85C1A" w:rsidRPr="00227E26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(Artt. 19, 46 e 47 del D.P.R. 28/12/2000, n.445)</w:t>
      </w:r>
    </w:p>
    <w:p w14:paraId="1BAB12EF" w14:textId="77777777" w:rsidR="00A85C1A" w:rsidRPr="00227E26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0D022BFA" w14:textId="57B35782" w:rsidR="00A85C1A" w:rsidRPr="00227E26" w:rsidRDefault="00A85C1A" w:rsidP="00A85C1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IL/La sottoscritto/a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Nome e Cognome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Codice fiscale ..., nato/a </w:t>
      </w:r>
      <w:proofErr w:type="spellStart"/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proofErr w:type="spellEnd"/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..., il ../../...., attualmente residente in .......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......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e domiciliato/a in .......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.....,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 consapevole di quanto prescritto dall</w:t>
      </w:r>
      <w:r w:rsidR="00F448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’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art. 76 del D.P.R. 28 dicembre 2000, n. 445 sulla responsabilità penale cui può andare incontro in caso di falsità in atti di dichiarazioni mendaci e della conseguente decadenza dai benefici concessi sulla base di una dichiarazione non veritiera, ai sensi e per gli effetti del citato D.P.R. n. 445/2000 e sotto la propria personale responsabilità:</w:t>
      </w:r>
    </w:p>
    <w:p w14:paraId="525F6D08" w14:textId="7F92459F" w:rsidR="00A85C1A" w:rsidRPr="00227E26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dichiara</w:t>
      </w:r>
    </w:p>
    <w:p w14:paraId="31E6BB67" w14:textId="63BA50F9" w:rsidR="00A85C1A" w:rsidRDefault="00A85C1A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che quanto dichiarato nella </w:t>
      </w:r>
      <w:r w:rsidR="00984F5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Rendicontazione finanziaria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sul </w:t>
      </w:r>
      <w:r w:rsidR="00984F5D" w:rsidRPr="00984F5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it-IT" w:eastAsia="it-IT"/>
        </w:rPr>
        <w:t>budget</w:t>
      </w:r>
      <w:r w:rsidR="00984F5D" w:rsidRPr="00984F5D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 xml:space="preserve"> individuale utilizzato e risultati conseguiti</w:t>
      </w:r>
      <w:r w:rsidR="00984F5D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corrisponde al vero.</w:t>
      </w:r>
    </w:p>
    <w:p w14:paraId="7D8691FF" w14:textId="77777777" w:rsidR="00984F5D" w:rsidRPr="00227E26" w:rsidRDefault="00984F5D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2E493D3E" w14:textId="77777777" w:rsidR="00A85C1A" w:rsidRPr="00227E26" w:rsidRDefault="00A85C1A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Letto, confermato e sottoscritto</w:t>
      </w:r>
    </w:p>
    <w:p w14:paraId="4ABF3B14" w14:textId="77777777" w:rsidR="00A85C1A" w:rsidRPr="00227E26" w:rsidRDefault="00A85C1A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254A5A04" w14:textId="77777777" w:rsidR="00A85C1A" w:rsidRPr="00227E26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306C0693" w14:textId="77777777" w:rsidR="00A85C1A" w:rsidRDefault="00A85C1A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Luogo e data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                                                                                    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Il dichiarante</w:t>
      </w:r>
    </w:p>
    <w:p w14:paraId="3B44F4F1" w14:textId="77777777" w:rsidR="00A85C1A" w:rsidRPr="00227E26" w:rsidRDefault="00A85C1A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72E1FDA8" w14:textId="5B9493B3" w:rsidR="00A864A7" w:rsidRPr="00C06191" w:rsidRDefault="00A85C1A" w:rsidP="00C06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  <w:t xml:space="preserve">  __________________________</w:t>
      </w:r>
    </w:p>
    <w:sectPr w:rsidR="00A864A7" w:rsidRPr="00C06191" w:rsidSect="00D700DD">
      <w:footerReference w:type="default" r:id="rId9"/>
      <w:pgSz w:w="12240" w:h="15840"/>
      <w:pgMar w:top="1152" w:right="1041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7A6BC" w14:textId="77777777" w:rsidR="00FD5161" w:rsidRDefault="00FD5161" w:rsidP="002A7A0F">
      <w:pPr>
        <w:spacing w:after="0" w:line="240" w:lineRule="auto"/>
      </w:pPr>
      <w:r>
        <w:separator/>
      </w:r>
    </w:p>
  </w:endnote>
  <w:endnote w:type="continuationSeparator" w:id="0">
    <w:p w14:paraId="1C2F6E1C" w14:textId="77777777" w:rsidR="00FD5161" w:rsidRDefault="00FD5161" w:rsidP="002A7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2766498"/>
      <w:docPartObj>
        <w:docPartGallery w:val="Page Numbers (Bottom of Page)"/>
        <w:docPartUnique/>
      </w:docPartObj>
    </w:sdtPr>
    <w:sdtContent>
      <w:p w14:paraId="1C73FBDA" w14:textId="1463F8C4" w:rsidR="002A7A0F" w:rsidRDefault="002A7A0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14EA44F9" w14:textId="77777777" w:rsidR="002A7A0F" w:rsidRDefault="002A7A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D507F" w14:textId="77777777" w:rsidR="00FD5161" w:rsidRDefault="00FD5161" w:rsidP="002A7A0F">
      <w:pPr>
        <w:spacing w:after="0" w:line="240" w:lineRule="auto"/>
      </w:pPr>
      <w:r>
        <w:separator/>
      </w:r>
    </w:p>
  </w:footnote>
  <w:footnote w:type="continuationSeparator" w:id="0">
    <w:p w14:paraId="42284048" w14:textId="77777777" w:rsidR="00FD5161" w:rsidRDefault="00FD5161" w:rsidP="002A7A0F">
      <w:pPr>
        <w:spacing w:after="0" w:line="240" w:lineRule="auto"/>
      </w:pPr>
      <w:r>
        <w:continuationSeparator/>
      </w:r>
    </w:p>
  </w:footnote>
  <w:footnote w:id="1">
    <w:p w14:paraId="4CFF67A0" w14:textId="51BA5F54" w:rsidR="00C06191" w:rsidRPr="00C06191" w:rsidRDefault="00C06191" w:rsidP="00C06191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C06191">
        <w:rPr>
          <w:lang w:val="it-IT"/>
        </w:rPr>
        <w:t xml:space="preserve"> </w:t>
      </w:r>
      <w:r w:rsidRPr="00C06191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Possono </w:t>
      </w:r>
      <w:r w:rsidR="00B335AD">
        <w:rPr>
          <w:rFonts w:ascii="Times New Roman" w:hAnsi="Times New Roman" w:cs="Times New Roman"/>
          <w:iCs/>
          <w:sz w:val="24"/>
          <w:szCs w:val="24"/>
          <w:lang w:val="it-IT"/>
        </w:rPr>
        <w:t>essere inseriti</w:t>
      </w:r>
      <w:r w:rsidRPr="00C06191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in questa voce: Partecipazione a convegno, congresso o seminario (1 CFU ogni 20 ore di presenza); Partecipazione a convegno, congresso o seminario come relatore (max 3 CFU); Soggiorno di ricerca all’estero quali Erasmus o altra tipologia (3 CFU); Frequenza di corsi di specializzazione, di </w:t>
      </w:r>
      <w:r w:rsidRPr="00C06191">
        <w:rPr>
          <w:rFonts w:ascii="Times New Roman" w:hAnsi="Times New Roman" w:cs="Times New Roman"/>
          <w:i/>
          <w:sz w:val="24"/>
          <w:szCs w:val="24"/>
          <w:lang w:val="it-IT"/>
        </w:rPr>
        <w:t>summer o winter school</w:t>
      </w:r>
      <w:r w:rsidRPr="00C06191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o di attività formative certificabili, connesse con l’attività formativa e di ricerca del dottorando, valutabili dal collegio dei docenti ai fini dell’attribuzione di crediti formativi (max 3 CFU); Pubblicazione di articoli scientifici su rivista, di saggi in volume, di capitoli di libro o di monografia, per la quale farà fede la data di accettazione del contributo o la pubblicazione del volume, valutabile dal collegio dei docenti ai fini dell’attribuzione di crediti formativi (max 4 CFU); Attività di tutorato offerta dall’UniMe, valutabile dal collegio dei docenti ai fini dell’attribuzione di crediti formativi (max 2 CFU); Attività di didattica, di didattica integrativa, ivi inclusi i corsi di recupero, valutabile dal collegio dei docenti ai fini dell’attribuzione di crediti formativi (max 3 CFU); Attività di terza missione, valutabile dal collegio dei docenti ai fini dell’attribuzione dei crediti formativi e della sua quantificazione (max 2 CFU).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1D6E3A"/>
    <w:multiLevelType w:val="hybridMultilevel"/>
    <w:tmpl w:val="E2BE51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743651">
    <w:abstractNumId w:val="8"/>
  </w:num>
  <w:num w:numId="2" w16cid:durableId="1745100580">
    <w:abstractNumId w:val="6"/>
  </w:num>
  <w:num w:numId="3" w16cid:durableId="666978503">
    <w:abstractNumId w:val="5"/>
  </w:num>
  <w:num w:numId="4" w16cid:durableId="2113931454">
    <w:abstractNumId w:val="4"/>
  </w:num>
  <w:num w:numId="5" w16cid:durableId="1514805404">
    <w:abstractNumId w:val="7"/>
  </w:num>
  <w:num w:numId="6" w16cid:durableId="2048018198">
    <w:abstractNumId w:val="3"/>
  </w:num>
  <w:num w:numId="7" w16cid:durableId="1193033102">
    <w:abstractNumId w:val="2"/>
  </w:num>
  <w:num w:numId="8" w16cid:durableId="1704598616">
    <w:abstractNumId w:val="1"/>
  </w:num>
  <w:num w:numId="9" w16cid:durableId="1841768346">
    <w:abstractNumId w:val="0"/>
  </w:num>
  <w:num w:numId="10" w16cid:durableId="3162326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253"/>
    <w:rsid w:val="00015877"/>
    <w:rsid w:val="00034616"/>
    <w:rsid w:val="0006063C"/>
    <w:rsid w:val="00076B18"/>
    <w:rsid w:val="000D5963"/>
    <w:rsid w:val="000D79A6"/>
    <w:rsid w:val="0015074B"/>
    <w:rsid w:val="00176DED"/>
    <w:rsid w:val="0020449A"/>
    <w:rsid w:val="0029639D"/>
    <w:rsid w:val="002A7A0F"/>
    <w:rsid w:val="002C6510"/>
    <w:rsid w:val="002C7F3D"/>
    <w:rsid w:val="00322DCD"/>
    <w:rsid w:val="00326989"/>
    <w:rsid w:val="00326F90"/>
    <w:rsid w:val="00337455"/>
    <w:rsid w:val="003531B7"/>
    <w:rsid w:val="00417FEC"/>
    <w:rsid w:val="00423C75"/>
    <w:rsid w:val="00425F51"/>
    <w:rsid w:val="0052386B"/>
    <w:rsid w:val="00547AB1"/>
    <w:rsid w:val="00564A17"/>
    <w:rsid w:val="00576423"/>
    <w:rsid w:val="00581226"/>
    <w:rsid w:val="005A0570"/>
    <w:rsid w:val="005D6487"/>
    <w:rsid w:val="0061697D"/>
    <w:rsid w:val="00621A47"/>
    <w:rsid w:val="006C6377"/>
    <w:rsid w:val="006D7C35"/>
    <w:rsid w:val="007075E7"/>
    <w:rsid w:val="00751BB7"/>
    <w:rsid w:val="00797620"/>
    <w:rsid w:val="00860371"/>
    <w:rsid w:val="00871A7E"/>
    <w:rsid w:val="009754FE"/>
    <w:rsid w:val="00984144"/>
    <w:rsid w:val="00984F5D"/>
    <w:rsid w:val="009C139E"/>
    <w:rsid w:val="009F0930"/>
    <w:rsid w:val="00A85C1A"/>
    <w:rsid w:val="00A864A7"/>
    <w:rsid w:val="00AA1D8D"/>
    <w:rsid w:val="00B01474"/>
    <w:rsid w:val="00B11B10"/>
    <w:rsid w:val="00B335AD"/>
    <w:rsid w:val="00B47730"/>
    <w:rsid w:val="00B6448E"/>
    <w:rsid w:val="00BD2CA5"/>
    <w:rsid w:val="00C048F7"/>
    <w:rsid w:val="00C06191"/>
    <w:rsid w:val="00C719EF"/>
    <w:rsid w:val="00C8148F"/>
    <w:rsid w:val="00C91C16"/>
    <w:rsid w:val="00CB0664"/>
    <w:rsid w:val="00CC5516"/>
    <w:rsid w:val="00CF647B"/>
    <w:rsid w:val="00D547D4"/>
    <w:rsid w:val="00D700DD"/>
    <w:rsid w:val="00D776D0"/>
    <w:rsid w:val="00DC67A7"/>
    <w:rsid w:val="00DE76B6"/>
    <w:rsid w:val="00E118D3"/>
    <w:rsid w:val="00E154F0"/>
    <w:rsid w:val="00E4203F"/>
    <w:rsid w:val="00EA670E"/>
    <w:rsid w:val="00EB4920"/>
    <w:rsid w:val="00EB7650"/>
    <w:rsid w:val="00EE752F"/>
    <w:rsid w:val="00F448BC"/>
    <w:rsid w:val="00F619AF"/>
    <w:rsid w:val="00FA3259"/>
    <w:rsid w:val="00FC693F"/>
    <w:rsid w:val="00FD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AF6110"/>
  <w14:defaultImageDpi w14:val="300"/>
  <w15:docId w15:val="{881E5BAC-9FF0-499D-A660-679B8149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pple-converted-space">
    <w:name w:val="apple-converted-space"/>
    <w:basedOn w:val="Carpredefinitoparagrafo"/>
    <w:rsid w:val="00EE752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0619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0619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61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1284</Words>
  <Characters>7324</Characters>
  <Application>Microsoft Office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Giuseppina Panebianco</cp:lastModifiedBy>
  <cp:revision>6</cp:revision>
  <dcterms:created xsi:type="dcterms:W3CDTF">2026-09-08T07:55:00Z</dcterms:created>
  <dcterms:modified xsi:type="dcterms:W3CDTF">2026-09-19T11:24:00Z</dcterms:modified>
  <cp:category/>
</cp:coreProperties>
</file>